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On-screen text: hdwrneavbwm</w:t>
      </w:r>
    </w:p>
    <w:p>
      <w:pPr>
        <w:pStyle w:val="Heading1"/>
        <w:keepNext/>
        <w:keepLines/>
        <w:outlineLvl w:val="0"/>
      </w:pPr>
      <w:r>
        <w:rPr>
          <w:b/>
          <w:color w:val="404040"/>
          <w:sz w:val="32"/>
          <w:rFonts w:ascii="Inter" w:hAnsi="Inter" w:eastAsia="Noto Sans CJK JP" w:cs="Noto Sans CJK JP"/>
        </w:rPr>
        <w:t>Channel Islands National Marine Sanctuary Deep Coral Gardens Expedition</w:t>
      </w:r>
    </w:p>
    <w:p>
      <w:pPr>
        <w:pStyle w:val="Heading2"/>
        <w:keepNext/>
        <w:keepLines/>
        <w:ind w:left="0"/>
        <w:outlineLvl w:val="1"/>
      </w:pPr>
      <w:r>
        <w:rPr>
          <w:b/>
          <w:color w:val="404040"/>
          <w:sz w:val="28"/>
          <w:rFonts w:ascii="Inter" w:hAnsi="Inter" w:eastAsia="Noto Sans CJK JP" w:cs="Noto Sans CJK JP"/>
        </w:rPr>
        <w:t>Brand new article</w:t>
      </w:r>
    </w:p>
    <w:p>
      <w:pPr>
        <w:pStyle w:val="Heading1"/>
        <w:keepNext/>
        <w:keepLines/>
        <w:outlineLvl w:val="0"/>
      </w:pPr>
      <w:r>
        <w:rPr>
          <w:b/>
          <w:color w:val="404040"/>
          <w:sz w:val="32"/>
          <w:rFonts w:ascii="Inter" w:hAnsi="Inter" w:eastAsia="Noto Sans CJK JP" w:cs="Noto Sans CJK JP"/>
        </w:rPr>
        <w:t>Channel Islands National Marine Sanctuary Deep Coral Gardens Expedition</w:t>
      </w:r>
    </w:p>
    <w:p>
      <w:pPr>
        <w:pStyle w:val="Heading2"/>
        <w:keepNext/>
        <w:keepLines/>
        <w:ind w:left="0"/>
        <w:outlineLvl w:val="1"/>
      </w:pPr>
      <w:r>
        <w:rPr>
          <w:b/>
          <w:color w:val="404040"/>
          <w:sz w:val="28"/>
          <w:rFonts w:ascii="Inter" w:hAnsi="Inter" w:eastAsia="Noto Sans CJK JP" w:cs="Noto Sans CJK JP"/>
        </w:rPr>
        <w:t>Brand new article</w:t>
      </w:r>
    </w:p>
    <w:p>
      <w:pPr>
        <w:pStyle w:val="Heading1"/>
        <w:keepNext/>
        <w:keepLines/>
        <w:outlineLvl w:val="0"/>
      </w:pPr>
      <w:r>
        <w:rPr>
          <w:b/>
          <w:color w:val="404040"/>
          <w:sz w:val="32"/>
          <w:rFonts w:ascii="Inter" w:hAnsi="Inter" w:eastAsia="Noto Sans CJK JP" w:cs="Noto Sans CJK JP"/>
        </w:rPr>
        <w:t>Section 1</w:t>
      </w:r>
    </w:p>
    <w:p>
      <w:pPr/>
      <w:r>
        <w:rPr>
          <w:b/>
          <w:color w:val="404040"/>
          <w:sz w:val="24"/>
          <w:rFonts w:ascii="Inter" w:hAnsi="Inter" w:eastAsia="Noto Sans CJK JP" w:cs="Noto Sans CJK JP"/>
        </w:rPr>
        <w:t>Task:</w:t>
      </w:r>
      <w:r>
        <w:rPr>
          <w:color w:val="404040"/>
          <w:sz w:val="24"/>
          <w:rFonts w:ascii="Inter" w:hAnsi="Inter" w:eastAsia="Noto Sans CJK JP" w:cs="Noto Sans CJK JP"/>
        </w:rPr>
        <w:t xml:space="preserve"> Transcribe, word for word, only the on-screen text described below.</w:t>
      </w:r>
    </w:p>
    <w:p>
      <w:pPr/>
      <w:r>
        <w:rPr>
          <w:color w:val="404040"/>
          <w:sz w:val="24"/>
          <w:rFonts w:ascii="Inter" w:hAnsi="Inter" w:eastAsia="Noto Sans CJK JP" w:cs="Noto Sans CJK JP"/>
        </w:rPr>
        <w:t>Look for: This ROV video from the Gull Island Reserve (Channel Islands) has a telemetry overlay. At each notable sighting (corals, groups of rockfish, the sixgill shark, the abandoned net), give the timestamp and transcribe the overlay verbatim: date, time, depth (D), altitude (A), range (R), heading, pitch and roll, and water temperature. Then summarise the depth and temperature range across the video and flag any value you could not read.</w:t>
      </w:r>
    </w:p>
    <w:p>
      <w:pPr/>
      <w:r>
        <w:rPr>
          <w:b/>
          <w:color w:val="404040"/>
          <w:sz w:val="24"/>
          <w:rFonts w:ascii="Inter" w:hAnsi="Inter" w:eastAsia="Noto Sans CJK JP" w:cs="Noto Sans CJK JP"/>
        </w:rPr>
        <w:t>Result</w:t>
      </w:r>
    </w:p>
    <w:p>
      <w:pPr/>
      <w:r>
        <w:rPr>
          <w:b/>
          <w:color w:val="404040"/>
          <w:sz w:val="24"/>
          <w:rFonts w:ascii="Inter" w:hAnsi="Inter" w:eastAsia="Noto Sans CJK JP" w:cs="Noto Sans CJK JP"/>
        </w:rPr>
        <w:t>Corals</w:t>
      </w:r>
      <w:r>
        <w:rPr>
          <w:color w:val="404040"/>
          <w:sz w:val="24"/>
          <w:rFonts w:ascii="Inter" w:hAnsi="Inter" w:eastAsia="Noto Sans CJK JP" w:cs="Noto Sans CJK JP"/>
        </w:rPr>
        <w:t xml:space="preserve">  </w:t>
        <w:br/>
        <w:t xml:space="preserve">[0:00:09]  </w:t>
        <w:br/>
        <w:t xml:space="preserve">06-08-2019  </w:t>
        <w:br/>
        <w:t xml:space="preserve">16:14:42:08  </w:t>
        <w:br/>
        <w:t xml:space="preserve">D: 70.8 m  </w:t>
        <w:br/>
        <w:t xml:space="preserve">A: 1.4 m  </w:t>
        <w:br/>
        <w:t xml:space="preserve">R: 1.9 m  </w:t>
        <w:br/>
        <w:t xml:space="preserve">P: -9.6°  </w:t>
        <w:br/>
        <w:t xml:space="preserve">R: 8.0°  </w:t>
        <w:br/>
        <w:t>10.3°C</w:t>
      </w:r>
    </w:p>
    <w:p>
      <w:pPr/>
      <w:r>
        <w:rPr>
          <w:color w:val="404040"/>
          <w:sz w:val="24"/>
          <w:rFonts w:ascii="Inter" w:hAnsi="Inter" w:eastAsia="Noto Sans CJK JP" w:cs="Noto Sans CJK JP"/>
        </w:rPr>
        <w:t xml:space="preserve">[0:00:11]  </w:t>
        <w:br/>
        <w:t xml:space="preserve">C: -0.9  </w:t>
        <w:br/>
        <w:t xml:space="preserve">P: -8.1°  </w:t>
        <w:br/>
        <w:t xml:space="preserve">R: 8.6°  </w:t>
        <w:br/>
        <w:t xml:space="preserve">D: 70.9 m  </w:t>
        <w:br/>
        <w:t xml:space="preserve">R: 1.8 m  </w:t>
        <w:br/>
        <w:t xml:space="preserve">278  </w:t>
        <w:br/>
        <w:t xml:space="preserve">A: 1.4 m  </w:t>
        <w:br/>
        <w:t xml:space="preserve">06-08-2019  </w:t>
        <w:br/>
        <w:t xml:space="preserve">16:14:44:10  </w:t>
        <w:br/>
        <w:t>10.3°C</w:t>
      </w:r>
    </w:p>
    <w:p>
      <w:pPr/>
      <w:r>
        <w:rPr>
          <w:color w:val="404040"/>
          <w:sz w:val="24"/>
          <w:rFonts w:ascii="Inter" w:hAnsi="Inter" w:eastAsia="Noto Sans CJK JP" w:cs="Noto Sans CJK JP"/>
        </w:rPr>
        <w:t xml:space="preserve">[0:00:13]  </w:t>
        <w:br/>
        <w:t xml:space="preserve">C: -0.9  </w:t>
        <w:br/>
        <w:t xml:space="preserve">P: -8.2°  </w:t>
        <w:br/>
        <w:t xml:space="preserve">R: 8.2°  </w:t>
        <w:br/>
        <w:t xml:space="preserve">D: 70.9 m  </w:t>
        <w:br/>
        <w:t xml:space="preserve">R: 1.6 m  </w:t>
        <w:br/>
        <w:t xml:space="preserve">277  </w:t>
        <w:br/>
        <w:t xml:space="preserve">A: 1.5 m  </w:t>
        <w:br/>
        <w:t xml:space="preserve">06-08-2019  </w:t>
        <w:br/>
        <w:t xml:space="preserve">16:14:46:10  </w:t>
        <w:br/>
        <w:t>10.4°C</w:t>
      </w:r>
    </w:p>
    <w:p>
      <w:pPr/>
      <w:r>
        <w:rPr>
          <w:color w:val="404040"/>
          <w:sz w:val="24"/>
          <w:rFonts w:ascii="Inter" w:hAnsi="Inter" w:eastAsia="Noto Sans CJK JP" w:cs="Noto Sans CJK JP"/>
        </w:rPr>
        <w:t xml:space="preserve">[0:00:15]  </w:t>
        <w:br/>
        <w:t xml:space="preserve">C: 3.9  </w:t>
        <w:br/>
        <w:t xml:space="preserve">P: -9.2°  </w:t>
        <w:br/>
        <w:t xml:space="preserve">R: 6.7°  </w:t>
        <w:br/>
        <w:t xml:space="preserve">D: 80.7 m  </w:t>
        <w:br/>
        <w:t xml:space="preserve">R: 2.7 m  </w:t>
        <w:br/>
        <w:t xml:space="preserve">324  </w:t>
        <w:br/>
        <w:t xml:space="preserve">A: 1.2 m  </w:t>
        <w:br/>
        <w:t xml:space="preserve">06-07-2019  </w:t>
        <w:br/>
        <w:t xml:space="preserve">17:03:32:15  </w:t>
        <w:br/>
        <w:t>9.6°C</w:t>
      </w:r>
    </w:p>
    <w:p>
      <w:pPr/>
      <w:r>
        <w:rPr>
          <w:color w:val="404040"/>
          <w:sz w:val="24"/>
          <w:rFonts w:ascii="Inter" w:hAnsi="Inter" w:eastAsia="Noto Sans CJK JP" w:cs="Noto Sans CJK JP"/>
        </w:rPr>
        <w:t xml:space="preserve">[0:00:17]  </w:t>
        <w:br/>
        <w:t xml:space="preserve">C: 3.9  </w:t>
        <w:br/>
        <w:t xml:space="preserve">P: -6.1°  </w:t>
        <w:br/>
        <w:t xml:space="preserve">R: 7.6°  </w:t>
        <w:br/>
        <w:t xml:space="preserve">D: 80.8 m  </w:t>
        <w:br/>
        <w:t xml:space="preserve">R: 2.2 m  </w:t>
        <w:br/>
        <w:t xml:space="preserve">325  </w:t>
        <w:br/>
        <w:t xml:space="preserve">A: 1.5 m  </w:t>
        <w:br/>
        <w:t xml:space="preserve">06-07-2019  </w:t>
        <w:br/>
        <w:t xml:space="preserve">17:03:34:15  </w:t>
        <w:br/>
        <w:t>9.6°C</w:t>
      </w:r>
    </w:p>
    <w:p>
      <w:pPr/>
      <w:r>
        <w:rPr>
          <w:color w:val="404040"/>
          <w:sz w:val="24"/>
          <w:rFonts w:ascii="Inter" w:hAnsi="Inter" w:eastAsia="Noto Sans CJK JP" w:cs="Noto Sans CJK JP"/>
        </w:rPr>
        <w:t xml:space="preserve">[0:00:19]  </w:t>
        <w:br/>
        <w:t xml:space="preserve">C: 3.9  </w:t>
        <w:br/>
        <w:t xml:space="preserve">P: -6.0°  </w:t>
        <w:br/>
        <w:t xml:space="preserve">R: 7.5°  </w:t>
        <w:br/>
        <w:t xml:space="preserve">D: 80.8 m  </w:t>
        <w:br/>
        <w:t xml:space="preserve">R: 2.0 m  </w:t>
        <w:br/>
        <w:t xml:space="preserve">324  </w:t>
        <w:br/>
        <w:t xml:space="preserve">A: 1.4 m  </w:t>
        <w:br/>
        <w:t xml:space="preserve">06-07-2019  </w:t>
        <w:br/>
        <w:t xml:space="preserve">17:03:36:15  </w:t>
        <w:br/>
        <w:t>9.6°C</w:t>
      </w:r>
    </w:p>
    <w:p>
      <w:pPr/>
      <w:r>
        <w:rPr>
          <w:color w:val="404040"/>
          <w:sz w:val="24"/>
          <w:rFonts w:ascii="Inter" w:hAnsi="Inter" w:eastAsia="Noto Sans CJK JP" w:cs="Noto Sans CJK JP"/>
        </w:rPr>
        <w:t xml:space="preserve">[0:00:21]  </w:t>
        <w:br/>
        <w:t xml:space="preserve">C: 3.9  </w:t>
        <w:br/>
        <w:t xml:space="preserve">P: -5.1°  </w:t>
        <w:br/>
        <w:t xml:space="preserve">R: 8.0°  </w:t>
        <w:br/>
        <w:t xml:space="preserve">D: 80.7 m  </w:t>
        <w:br/>
        <w:t xml:space="preserve">R: 2.2 m  </w:t>
        <w:br/>
        <w:t xml:space="preserve">323  </w:t>
        <w:br/>
        <w:t xml:space="preserve">A: 1.4 m  </w:t>
        <w:br/>
        <w:t xml:space="preserve">06-07-2019  </w:t>
        <w:br/>
        <w:t xml:space="preserve">17:03:38:15  </w:t>
        <w:br/>
        <w:t>9.6°C</w:t>
      </w:r>
    </w:p>
    <w:p>
      <w:pPr/>
      <w:r>
        <w:rPr>
          <w:b/>
          <w:color w:val="404040"/>
          <w:sz w:val="24"/>
          <w:rFonts w:ascii="Inter" w:hAnsi="Inter" w:eastAsia="Noto Sans CJK JP" w:cs="Noto Sans CJK JP"/>
        </w:rPr>
        <w:t>Groups of rockfish</w:t>
      </w:r>
      <w:r>
        <w:rPr>
          <w:color w:val="404040"/>
          <w:sz w:val="24"/>
          <w:rFonts w:ascii="Inter" w:hAnsi="Inter" w:eastAsia="Noto Sans CJK JP" w:cs="Noto Sans CJK JP"/>
        </w:rPr>
        <w:t xml:space="preserve">  </w:t>
        <w:br/>
        <w:t xml:space="preserve">[0:00:23], [0:00:38], [0:00:40], [0:00:42], [0:00:44], [0:00:46], [0:00:48]  </w:t>
        <w:br/>
        <w:t>No readable telemetry overlay.</w:t>
      </w:r>
    </w:p>
    <w:p>
      <w:pPr/>
      <w:r>
        <w:rPr>
          <w:b/>
          <w:color w:val="404040"/>
          <w:sz w:val="24"/>
          <w:rFonts w:ascii="Inter" w:hAnsi="Inter" w:eastAsia="Noto Sans CJK JP" w:cs="Noto Sans CJK JP"/>
        </w:rPr>
        <w:t>Sixgill shark</w:t>
      </w:r>
      <w:r>
        <w:rPr>
          <w:color w:val="404040"/>
          <w:sz w:val="24"/>
          <w:rFonts w:ascii="Inter" w:hAnsi="Inter" w:eastAsia="Noto Sans CJK JP" w:cs="Noto Sans CJK JP"/>
        </w:rPr>
        <w:t xml:space="preserve">  </w:t>
        <w:br/>
        <w:t xml:space="preserve">[0:00:50], [0:00:52], [0:00:57], [0:00:57], [0:00:59], [0:01:01], [0:01:03], [0:01:05]  </w:t>
        <w:br/>
        <w:t>No readable telemetry overlay.</w:t>
      </w:r>
    </w:p>
    <w:p>
      <w:pPr/>
      <w:r>
        <w:rPr>
          <w:b/>
          <w:color w:val="404040"/>
          <w:sz w:val="24"/>
          <w:rFonts w:ascii="Inter" w:hAnsi="Inter" w:eastAsia="Noto Sans CJK JP" w:cs="Noto Sans CJK JP"/>
        </w:rPr>
        <w:t>Abandoned net</w:t>
      </w:r>
      <w:r>
        <w:rPr>
          <w:color w:val="404040"/>
          <w:sz w:val="24"/>
          <w:rFonts w:ascii="Inter" w:hAnsi="Inter" w:eastAsia="Noto Sans CJK JP" w:cs="Noto Sans CJK JP"/>
        </w:rPr>
        <w:t xml:space="preserve">  </w:t>
        <w:br/>
        <w:t xml:space="preserve">[0:00:25], [0:00:27], [0:00:29], [0:00:31], [0:00:33], [0:00:35], [0:00:37], [0:00:38]  </w:t>
        <w:br/>
        <w:t>No readable telemetry overlay.</w:t>
      </w:r>
    </w:p>
    <w:p>
      <w:pPr/>
      <w:r>
        <w:rPr>
          <w:b/>
          <w:color w:val="404040"/>
          <w:sz w:val="24"/>
          <w:rFonts w:ascii="Inter" w:hAnsi="Inter" w:eastAsia="Noto Sans CJK JP" w:cs="Noto Sans CJK JP"/>
        </w:rPr>
        <w:t>Summary of depth and temperature range:</w:t>
      </w:r>
      <w:r>
        <w:rPr>
          <w:color w:val="404040"/>
          <w:sz w:val="24"/>
          <w:rFonts w:ascii="Inter" w:hAnsi="Inter" w:eastAsia="Noto Sans CJK JP" w:cs="Noto Sans CJK JP"/>
        </w:rPr>
        <w:t xml:space="preserve">  </w:t>
        <w:br/>
        <w:t xml:space="preserve">Depths (coral sightings): 70.8–80.8 m  </w:t>
        <w:br/>
        <w:t xml:space="preserve">Temperatures (coral sightings): 9.6–10.4°C  </w:t>
        <w:br/>
        <w:t>All values for depth and temperature are readable.</w:t>
      </w:r>
    </w:p>
    <w:p>
      <w:pPr/>
      <w:r>
        <w:rPr>
          <w:b/>
          <w:color w:val="404040"/>
          <w:sz w:val="24"/>
          <w:rFonts w:ascii="Inter" w:hAnsi="Inter" w:eastAsia="Noto Sans CJK JP" w:cs="Noto Sans CJK JP"/>
        </w:rPr>
        <w:t>Findings</w:t>
      </w:r>
    </w:p>
    <w:p>
      <w:pPr/>
      <w:r>
        <w:rPr>
          <w:color w:val="404040"/>
          <w:sz w:val="24"/>
          <w:rFonts w:ascii="Inter" w:hAnsi="Inter" w:eastAsia="Noto Sans CJK JP" w:cs="Noto Sans CJK JP"/>
        </w:rPr>
        <w:t xml:space="preserve">[0:00:00]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Channel Islands National Marine Sanctuary  </w:t>
        <w:br/>
        <w:t xml:space="preserve">Deep Coral Gardens Expedition  </w:t>
        <w:br/>
        <w:t>June 2019</w:t>
      </w:r>
    </w:p>
    <w:p>
      <w:pPr/>
      <w:r>
        <w:rPr>
          <w:color w:val="404040"/>
          <w:sz w:val="24"/>
          <w:rFonts w:ascii="Inter" w:hAnsi="Inter" w:eastAsia="Noto Sans CJK JP" w:cs="Noto Sans CJK JP"/>
        </w:rPr>
        <w:t xml:space="preserve">[0:00:09]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06-08-2019  </w:t>
        <w:br/>
        <w:t xml:space="preserve">16:14:42:08  </w:t>
        <w:br/>
        <w:t xml:space="preserve">D: 70.8 m  </w:t>
        <w:br/>
        <w:t xml:space="preserve">A: 1.4 m  </w:t>
        <w:br/>
        <w:t xml:space="preserve">R: 1.9 m  </w:t>
        <w:br/>
        <w:t xml:space="preserve">P: -9.6°  </w:t>
        <w:br/>
        <w:t xml:space="preserve">R: 8.0°  </w:t>
        <w:br/>
        <w:t>10.3°C</w:t>
        <w:br/>
        <w:t xml:space="preserve">[0:00:11]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 -0.9  </w:t>
        <w:br/>
        <w:t xml:space="preserve">P: -8.1°  </w:t>
        <w:br/>
        <w:t xml:space="preserve">R: 8.6°  </w:t>
        <w:br/>
        <w:t xml:space="preserve">D: 70.9 m  </w:t>
        <w:br/>
        <w:t xml:space="preserve">R: 1.8 m  </w:t>
        <w:br/>
        <w:t xml:space="preserve">278  </w:t>
        <w:br/>
        <w:t xml:space="preserve">A: 1.4 m  </w:t>
        <w:br/>
        <w:t xml:space="preserve">06-08-2019  </w:t>
        <w:br/>
        <w:t xml:space="preserve">16:14:44:10  </w:t>
        <w:br/>
        <w:t>10.3°C</w:t>
      </w:r>
    </w:p>
    <w:p>
      <w:pPr/>
      <w:r>
        <w:rPr>
          <w:color w:val="404040"/>
          <w:sz w:val="24"/>
          <w:rFonts w:ascii="Inter" w:hAnsi="Inter" w:eastAsia="Noto Sans CJK JP" w:cs="Noto Sans CJK JP"/>
        </w:rPr>
        <w:t xml:space="preserve">[0:00:13]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 -0.9  </w:t>
        <w:br/>
        <w:t xml:space="preserve">P: -8.2°  </w:t>
        <w:br/>
        <w:t xml:space="preserve">R: 8.2°  </w:t>
        <w:br/>
        <w:t xml:space="preserve">D: 70.9 m  </w:t>
        <w:br/>
        <w:t xml:space="preserve">R: 1.6 m  </w:t>
        <w:br/>
        <w:t xml:space="preserve">277  </w:t>
        <w:br/>
        <w:t xml:space="preserve">A: 1.5 m  </w:t>
        <w:br/>
        <w:t xml:space="preserve">06-08-2019  </w:t>
        <w:br/>
        <w:t xml:space="preserve">16:14:46:10  </w:t>
        <w:br/>
        <w:t>10.4°C</w:t>
      </w:r>
    </w:p>
    <w:p>
      <w:pPr/>
      <w:r>
        <w:rPr>
          <w:color w:val="404040"/>
          <w:sz w:val="24"/>
          <w:rFonts w:ascii="Inter" w:hAnsi="Inter" w:eastAsia="Noto Sans CJK JP" w:cs="Noto Sans CJK JP"/>
        </w:rPr>
        <w:t xml:space="preserve">[0:00:15]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 3.9  </w:t>
        <w:br/>
        <w:t xml:space="preserve">P: -9.2°  </w:t>
        <w:br/>
        <w:t xml:space="preserve">R: 6.7°  </w:t>
        <w:br/>
        <w:t xml:space="preserve">D: 80.7 m  </w:t>
        <w:br/>
        <w:t xml:space="preserve">R: 2.7 m  </w:t>
        <w:br/>
        <w:t xml:space="preserve">324  </w:t>
        <w:br/>
        <w:t xml:space="preserve">A: 1.2 m  </w:t>
        <w:br/>
        <w:t xml:space="preserve">06-07-2019  </w:t>
        <w:br/>
        <w:t xml:space="preserve">17:03:32:15  </w:t>
        <w:br/>
        <w:t>9.6°C</w:t>
      </w:r>
    </w:p>
    <w:p>
      <w:pPr/>
      <w:r>
        <w:rPr>
          <w:color w:val="404040"/>
          <w:sz w:val="24"/>
          <w:rFonts w:ascii="Inter" w:hAnsi="Inter" w:eastAsia="Noto Sans CJK JP" w:cs="Noto Sans CJK JP"/>
        </w:rPr>
        <w:t xml:space="preserve">[0:00:17]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 3.9  </w:t>
        <w:br/>
        <w:t xml:space="preserve">P: -6.1°  </w:t>
        <w:br/>
        <w:t xml:space="preserve">R: 7.6°  </w:t>
        <w:br/>
        <w:t xml:space="preserve">D: 80.8 m  </w:t>
        <w:br/>
        <w:t xml:space="preserve">R: 2.2 m  </w:t>
        <w:br/>
        <w:t xml:space="preserve">325  </w:t>
        <w:br/>
        <w:t xml:space="preserve">A: 1.5 m  </w:t>
        <w:br/>
        <w:t xml:space="preserve">06-07-2019  </w:t>
        <w:br/>
        <w:t xml:space="preserve">17:03:34:15  </w:t>
        <w:br/>
        <w:t>9.6°C</w:t>
      </w:r>
    </w:p>
    <w:p>
      <w:pPr/>
      <w:r>
        <w:rPr>
          <w:color w:val="404040"/>
          <w:sz w:val="24"/>
          <w:rFonts w:ascii="Inter" w:hAnsi="Inter" w:eastAsia="Noto Sans CJK JP" w:cs="Noto Sans CJK JP"/>
        </w:rPr>
        <w:t xml:space="preserve">[0:00:19]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 3.9  </w:t>
        <w:br/>
        <w:t xml:space="preserve">P: -6.0°  </w:t>
        <w:br/>
        <w:t xml:space="preserve">R: 7.5°  </w:t>
        <w:br/>
        <w:t xml:space="preserve">D: 80.8 m  </w:t>
        <w:br/>
        <w:t xml:space="preserve">R: 2.0 m  </w:t>
        <w:br/>
        <w:t xml:space="preserve">324  </w:t>
        <w:br/>
        <w:t xml:space="preserve">A: 1.4 m  </w:t>
        <w:br/>
        <w:t xml:space="preserve">06-07-2019  </w:t>
        <w:br/>
        <w:t xml:space="preserve">17:03:36:15  </w:t>
        <w:br/>
        <w:t>9.6°C</w:t>
      </w:r>
    </w:p>
    <w:p>
      <w:pPr/>
      <w:r>
        <w:rPr>
          <w:color w:val="404040"/>
          <w:sz w:val="24"/>
          <w:rFonts w:ascii="Inter" w:hAnsi="Inter" w:eastAsia="Noto Sans CJK JP" w:cs="Noto Sans CJK JP"/>
        </w:rPr>
        <w:t xml:space="preserve">[0:00:21]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 3.9  </w:t>
        <w:br/>
        <w:t xml:space="preserve">P: -5.1°  </w:t>
        <w:br/>
        <w:t xml:space="preserve">R: 8.0°  </w:t>
        <w:br/>
        <w:t xml:space="preserve">D: 80.7 m  </w:t>
        <w:br/>
        <w:t xml:space="preserve">R: 2.2 m  </w:t>
        <w:br/>
        <w:t xml:space="preserve">323  </w:t>
        <w:br/>
        <w:t xml:space="preserve">A: 1.4 m  </w:t>
        <w:br/>
        <w:t xml:space="preserve">06-07-2019  </w:t>
        <w:br/>
        <w:t xml:space="preserve">17:03:38:15  </w:t>
        <w:br/>
        <w:t>9.6°C</w:t>
      </w:r>
    </w:p>
    <w:p>
      <w:pPr/>
      <w:r>
        <w:rPr>
          <w:color w:val="404040"/>
          <w:sz w:val="24"/>
          <w:rFonts w:ascii="Inter" w:hAnsi="Inter" w:eastAsia="Noto Sans CJK JP" w:cs="Noto Sans CJK JP"/>
        </w:rPr>
        <w:t xml:space="preserve">[0:00:23]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[0:00:25]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[0:00:27]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[0:00:29]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600000" cy="2025000"/>
                    </a:xfrm>
                    <a:prstGeom prst="rect"/>
                  </pic:spPr>
                </pic:pic>
              </a:graphicData>
            </a:graphic>
          </wp:inline>
        </w:drawing>
      </w:r>
      <w:r>
        <w:rPr>
          <w:color w:val="404040"/>
          <w:sz w:val="24"/>
          <w:rFonts w:ascii="Inter" w:hAnsi="Inter" w:eastAsia="Noto Sans CJK JP" w:cs="Noto Sans CJK JP"/>
        </w:rPr>
        <w:t xml:space="preserve">  </w:t>
        <w:br/>
        <w:t xml:space="preserve">[0:00:31]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[0:00:33]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[0:00:35]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[0:00:37]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[0:00:38]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[0:00:38]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[0:00:40]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[0:00:42]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[0:00:44]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[0:00:46]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600000" cy="2025000"/>
                    </a:xfrm>
                    <a:prstGeom prst="rect"/>
                  </pic:spPr>
                </pic:pic>
              </a:graphicData>
            </a:graphic>
          </wp:inline>
        </w:drawing>
      </w:r>
      <w:r>
        <w:rPr>
          <w:color w:val="404040"/>
          <w:sz w:val="24"/>
          <w:rFonts w:ascii="Inter" w:hAnsi="Inter" w:eastAsia="Noto Sans CJK JP" w:cs="Noto Sans CJK JP"/>
        </w:rPr>
        <w:t xml:space="preserve">  </w:t>
        <w:br/>
        <w:t xml:space="preserve">[0:00:48]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[0:00:50]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[0:00:52]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[0:00:57]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[0:00:57]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[0:00:59]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[0:01:01]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[0:01:03]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[0:01:05]  </w:t>
        <w:br/>
      </w:r>
      <w:r>
        <w:rPr>
          <w:color w:val="404040"/>
          <w:sz w:val="24"/>
          <w:rFonts w:ascii="Inter" w:hAnsi="Inter" w:eastAsia="Noto Sans CJK JP" w:cs="Noto Sans CJK JP"/>
        </w:rPr>
        <w:drawing>
          <wp:inline xmlns:a="http://schemas.openxmlformats.org/drawingml/2006/main" xmlns:pic="http://schemas.openxmlformats.org/drawingml/2006/picture">
            <wp:extent cx="3600000" cy="2025000"/>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3600000" cy="2025000"/>
                    </a:xfrm>
                    <a:prstGeom prst="rect"/>
                  </pic:spPr>
                </pic:pic>
              </a:graphicData>
            </a:graphic>
          </wp:inline>
        </w:drawing>
      </w:r>
    </w:p>
    <w:p>
      <w:pPr/>
      <w:r>
        <w:rPr>
          <w:color w:val="404040"/>
          <w:sz w:val="24"/>
          <w:rFonts w:ascii="Inter" w:hAnsi="Inter" w:eastAsia="Noto Sans CJK JP" w:cs="Noto Sans CJK JP"/>
        </w:rPr>
        <w:t xml:space="preserve">[0:01:05]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32" name="Picture 32"/>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[0:01:09]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Channel Islands National Marine Sanctuary  </w:t>
        <w:br/>
        <w:t xml:space="preserve">Deep Coral Gardens Expedition  </w:t>
        <w:br/>
        <w:t>June 2019</w:t>
      </w:r>
    </w:p>
    <w:p>
      <w:pPr/>
      <w:r>
        <w:rPr>
          <w:color w:val="404040"/>
          <w:sz w:val="24"/>
          <w:rFonts w:ascii="Inter" w:hAnsi="Inter" w:eastAsia="Noto Sans CJK JP" w:cs="Noto Sans CJK JP"/>
        </w:rPr>
        <w:t xml:space="preserve">[Image: NOAA logo]  </w:t>
        <w:br/>
        <w:t xml:space="preserve">[Image: National Marine Sanctuaries logo]  </w:t>
        <w:br/>
        <w:t>[Image: MARE logo]</w:t>
      </w:r>
    </w:p>
    <w:p>
      <w:pPr/>
      <w:r>
        <w:rPr>
          <w:color w:val="404040"/>
          <w:sz w:val="24"/>
          <w:rFonts w:ascii="Inter" w:hAnsi="Inter" w:eastAsia="Noto Sans CJK JP" w:cs="Noto Sans CJK JP"/>
        </w:rPr>
        <w:t xml:space="preserve">[0:01:10]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Channel Islands National Marine Sanctuary  </w:t>
        <w:br/>
        <w:t xml:space="preserve">Deep Coral Gardens Expedition  </w:t>
        <w:br/>
        <w:t>June 2019</w:t>
      </w:r>
    </w:p>
    <w:p>
      <w:pPr/>
      <w:r>
        <w:rPr>
          <w:color w:val="404040"/>
          <w:sz w:val="24"/>
          <w:rFonts w:ascii="Inter" w:hAnsi="Inter" w:eastAsia="Noto Sans CJK JP" w:cs="Noto Sans CJK JP"/>
        </w:rPr>
        <w:t xml:space="preserve">[Image: NOAA logo]  </w:t>
        <w:br/>
        <w:t xml:space="preserve">[Image: National Marine Sanctuaries logo]  </w:t>
        <w:br/>
        <w:t>[Image: MARE logo]</w:t>
      </w:r>
    </w:p>
    <w:p>
      <w:pPr/>
      <w:r>
        <w:rPr>
          <w:color w:val="404040"/>
          <w:sz w:val="24"/>
          <w:rFonts w:ascii="Inter" w:hAnsi="Inter" w:eastAsia="Noto Sans CJK JP" w:cs="Noto Sans CJK JP"/>
        </w:rPr>
        <w:t xml:space="preserve">[0:01:13]  </w:t>
        <w:br/>
      </w:r>
      <w:r>
        <w:rPr>
          <w:color w:val="404040"/>
          <w:sz w:val="24"/>
          <w:rFonts w:ascii="Inter" w:hAnsi="Inter" w:eastAsia="Noto Sans CJK JP" w:cs="Noto Sans CJK JP"/>
        </w:rPr>
        <w:drawing>
          <wp:inline xmlns:a="http://schemas.openxmlformats.org/drawingml/2006/main" xmlns:pic="http://schemas.openxmlformats.org/drawingml/2006/picture">
            <wp:extent cx="1219200" cy="685800"/>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219200" cy="685800"/>
                    </a:xfrm>
                    <a:prstGeom prst="rect"/>
                  </pic:spPr>
                </pic:pic>
              </a:graphicData>
            </a:graphic>
          </wp:inline>
        </w:drawing>
      </w:r>
      <w:r>
        <w:rPr>
          <w:color w:val="404040"/>
          <w:sz w:val="24"/>
          <w:rFonts w:ascii="Inter" w:hAnsi="Inter" w:eastAsia="Noto Sans CJK JP" w:cs="Noto Sans CJK JP"/>
        </w:rPr>
        <w:t xml:space="preserve">  </w:t>
        <w:br/>
        <w:t xml:space="preserve">Channel Islands National Marine Sanctuary  </w:t>
        <w:br/>
        <w:t xml:space="preserve">Deep Coral Gardens Expedition  </w:t>
        <w:br/>
        <w:t>June 2019</w:t>
      </w:r>
    </w:p>
    <w:p>
      <w:pPr/>
      <w:r>
        <w:rPr>
          <w:color w:val="404040"/>
          <w:sz w:val="24"/>
          <w:rFonts w:ascii="Inter" w:hAnsi="Inter" w:eastAsia="Noto Sans CJK JP" w:cs="Noto Sans CJK JP"/>
        </w:rPr>
        <w:t xml:space="preserve">[Image: NOAA logo]  </w:t>
        <w:br/>
        <w:t xml:space="preserve">[Image: National Marine Sanctuaries logo]  </w:t>
        <w:br/>
        <w:t>[Image: MARE logo]</w:t>
      </w:r>
    </w:p>
    <w:p>
      <w:pPr/>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jp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