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2160" w:after="480" w:line="276" w:lineRule="auto"/>
        <w:jc w:val="center"/>
      </w:pPr>
      <w:r>
        <w:rPr>
          <w:rFonts w:ascii="Inter" w:hAnsi="Inter" w:eastAsia="Noto Sans CJK JP" w:cs="Noto Sans CJK JP"/>
          <w:b/>
          <w:color w:val="404040"/>
          <w:sz w:val="56"/>
        </w:rPr>
        <w:t>Question: ke6xx8fhohm</w:t>
      </w:r>
    </w:p>
    <w:p>
      <w:pPr/>
      <w:r>
        <w:br w:type="page"/>
      </w:r>
    </w:p>
    <w:p>
      <w:pPr>
        <w:pStyle w:val="Title"/>
        <w:keepNext/>
        <w:keepLines/>
        <w:spacing w:after="360"/>
        <w:jc w:val="left"/>
      </w:pPr>
      <w:r>
        <w:rPr>
          <w:rFonts w:ascii="Inter" w:hAnsi="Inter" w:eastAsia="Noto Sans CJK JP" w:cs="Noto Sans CJK JP"/>
          <w:b/>
          <w:color w:val="404040"/>
          <w:sz w:val="40"/>
        </w:rPr>
        <w:t>Table of contents</w:t>
      </w:r>
    </w:p>
    <w:p>
      <w:pPr>
        <w:keepNext w:val="0"/>
        <w:keepLines/>
        <w:tabs>
          <w:tab w:pos="8640" w:val="right" w:leader="dot"/>
        </w:tabs>
        <w:spacing w:before="0" w:after="120" w:line="276" w:lineRule="auto"/>
        <w:ind w:left="432"/>
        <w:jc w:val="left"/>
      </w:pPr>
      <w:hyperlink w:anchor="DocsieBook1Article1">
        <w:r>
          <w:rPr>
            <w:rFonts w:ascii="Inter" w:hAnsi="Inter" w:eastAsia="Noto Sans CJK JP" w:cs="Noto Sans CJK JP"/>
            <w:color w:val="404040"/>
            <w:sz w:val="22"/>
          </w:rPr>
          <w:t>Artemis II Mission Animation Segment Breakdown</w:t>
        </w:r>
      </w:hyperlink>
      <w:r>
        <w:tab/>
      </w:r>
      <w:fldSimple w:instr="PAGEREF DocsieBook1Article1 \h" w:dirty="true"/>
    </w:p>
    <w:p>
      <w:pPr>
        <w:keepNext w:val="0"/>
        <w:keepLines/>
        <w:tabs>
          <w:tab w:pos="8640" w:val="right" w:leader="dot"/>
        </w:tabs>
        <w:spacing w:before="0" w:after="120" w:line="276" w:lineRule="auto"/>
        <w:ind w:left="432"/>
        <w:jc w:val="left"/>
      </w:pPr>
      <w:hyperlink w:anchor="DocsieBook1Article2">
        <w:r>
          <w:rPr>
            <w:rFonts w:ascii="Inter" w:hAnsi="Inter" w:eastAsia="Noto Sans CJK JP" w:cs="Noto Sans CJK JP"/>
            <w:color w:val="404040"/>
            <w:sz w:val="22"/>
          </w:rPr>
          <w:t>Artemis II Mission Animation Segment Breakdown</w:t>
        </w:r>
      </w:hyperlink>
      <w:r>
        <w:tab/>
      </w:r>
      <w:fldSimple w:instr="PAGEREF DocsieBook1Article2 \h" w:dirty="true"/>
    </w:p>
    <w:p>
      <w:pPr>
        <w:keepNext w:val="0"/>
        <w:keepLines/>
        <w:tabs>
          <w:tab w:pos="8640" w:val="right" w:leader="dot"/>
        </w:tabs>
        <w:spacing w:before="0" w:after="120" w:line="276" w:lineRule="auto"/>
        <w:ind w:left="432"/>
        <w:jc w:val="left"/>
      </w:pPr>
      <w:hyperlink w:anchor="DocsieBook1Article3">
        <w:r>
          <w:rPr>
            <w:rFonts w:ascii="Inter" w:hAnsi="Inter" w:eastAsia="Noto Sans CJK JP" w:cs="Noto Sans CJK JP"/>
            <w:color w:val="404040"/>
            <w:sz w:val="22"/>
          </w:rPr>
          <w:t>Section 1</w:t>
        </w:r>
      </w:hyperlink>
      <w:r>
        <w:tab/>
      </w:r>
      <w:fldSimple w:instr="PAGEREF DocsieBook1Article3 \h" w:dirty="true"/>
    </w:p>
    <w:p>
      <w:pPr/>
      <w:r>
        <w:br w:type="page"/>
      </w:r>
    </w:p>
    <w:p>
      <w:pPr>
        <w:pStyle w:val="Heading1"/>
        <w:keepNext/>
        <w:keepLines/>
        <w:outlineLvl w:val="0"/>
      </w:pPr>
      <w:bookmarkStart w:id="3" w:name="DocsieBook1"/>
      <w:bookmarkEnd w:id="3"/>
      <w:bookmarkStart w:id="0" w:name="DocsieBook1Article1"/>
      <w:bookmarkEnd w:id="0"/>
      <w:r>
        <w:rPr>
          <w:b/>
          <w:color w:val="404040"/>
          <w:sz w:val="32"/>
          <w:rFonts w:ascii="Inter" w:hAnsi="Inter" w:eastAsia="Noto Sans CJK JP" w:cs="Noto Sans CJK JP"/>
        </w:rPr>
        <w:t>Artemis II Mission Animation Segment Breakdown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Brand new article</w:t>
      </w:r>
    </w:p>
    <w:p>
      <w:pPr/>
    </w:p>
    <w:p>
      <w:pPr>
        <w:pStyle w:val="Heading1"/>
        <w:keepNext/>
        <w:keepLines/>
        <w:outlineLvl w:val="0"/>
      </w:pPr>
      <w:bookmarkStart w:id="1" w:name="DocsieBook1Article2"/>
      <w:bookmarkEnd w:id="1"/>
      <w:r>
        <w:rPr>
          <w:b/>
          <w:color w:val="404040"/>
          <w:sz w:val="32"/>
          <w:rFonts w:ascii="Inter" w:hAnsi="Inter" w:eastAsia="Noto Sans CJK JP" w:cs="Noto Sans CJK JP"/>
        </w:rPr>
        <w:t>Artemis II Mission Animation Segment Breakdown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Brand new article</w:t>
      </w:r>
    </w:p>
    <w:p>
      <w:pPr/>
    </w:p>
    <w:p>
      <w:pPr>
        <w:pStyle w:val="Heading1"/>
        <w:keepNext/>
        <w:keepLines/>
        <w:outlineLvl w:val="0"/>
      </w:pPr>
      <w:bookmarkStart w:id="2" w:name="DocsieBook1Article3"/>
      <w:bookmarkEnd w:id="2"/>
      <w:r>
        <w:rPr>
          <w:b/>
          <w:color w:val="404040"/>
          <w:sz w:val="32"/>
          <w:rFonts w:ascii="Inter" w:hAnsi="Inter" w:eastAsia="Noto Sans CJK JP" w:cs="Noto Sans CJK JP"/>
        </w:rPr>
        <w:t>Section 1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Task:</w:t>
      </w:r>
      <w:r>
        <w:rPr>
          <w:color w:val="404040"/>
          <w:sz w:val="24"/>
          <w:rFonts w:ascii="Inter" w:hAnsi="Inter" w:eastAsia="Noto Sans CJK JP" w:cs="Noto Sans CJK JP"/>
        </w:rPr>
        <w:t xml:space="preserve"> Answer the question below from what the recording shows and says.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Look for: Extract a representative frame for each distinct segment of this NASA mission animation (crew walkout, launch, separations, translunar injection, lunar flyby, re-entry, parachutes, splashdown). For each segment give the timestamp of the clearest frame and a one-line caption suitable for alt text.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Result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Crew walkout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[0:00:02]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Four astronauts in orange suits walk down a launch tower walkway at night.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Launch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[0:01:19]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View of the SLS engines and boosters firing, with intense exhaust and flames as the rocket lifts off.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Separations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[0:01:58]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Solid rocket boosters separating from the core stage, flames trailing, above city lights at night.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Translunar injection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[0:04:17]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Orion spacecraft in deep space with solar panel visible, faint engine glow marks the start of the Translunar Injection burn.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Lunar flyby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[0:04:56]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Orion spacecraft with solar panels, close flyby of the Moon's far side.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Re-entry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[0:06:14]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Orion capsule surrounded by plasma and heat as it descends through the atmosphere.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Parachutes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[0:06:48]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Three fully inflated orange-and-white main parachutes, viewed from below, reddish clouds in background.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Splashdown</w:t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 xml:space="preserve">[0:07:05]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Alt: Capsule splashing into ocean at night, water spray and droplets, searchlight beam, colored parachute lines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Findings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[0:00:02]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Four astronauts in orange suits walk down a launch tower walkway at night.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[0:00:04]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astronauts' legs as they walk in orange suits along a grated corridor.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[0:00:06]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Four astronauts in full NASA suits and helmets stand together in a launch walkway.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[0:00:08]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Side view of four suited astronauts standing in a row, flags visible on their arms.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[0:00:16]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stands together in orange suits, two holding helmets, with bright backlighting.</w:t>
        <w:br/>
        <w:t xml:space="preserve">[0:00:18]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stands in orange suits with dramatic backlighting, two holding helmets.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[0:00:20]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walks together in blue NASA flight suits, smiling inside a training facility.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[0:00:22]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An astronaut in a blue suit touches a large red and white NASA logo, with crew members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[0:00:24]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exits a NASA van at the launch pad, carrying their gear bags.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[0:00:26]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walks toward the launch pad building at dawn, carrying their bags.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[0:00:28]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One Artemis II astronaut enters the launch pad building as the others approach, NASA van behind them.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[0:00:30]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is greeted by ground personnel at the launch tower, with the number 826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[0:00:32]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walks down the elevated launch tower walkway, landscape visible below, number 825 on screen.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[0:00:34]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 continues down the launch tower walkway, with the launch pad and landscape in view, number 825.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Artemis II crew, suited and helmeted, smiles with a technician inside the spacecraft area, number 827 on screen.</w:t>
        <w:br/>
        <w:t xml:space="preserve">[0:00:43]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Sunrise over a NASA facility as seen through the window of a crew transport vehicle.</w:t>
        <w:br/>
        <w:t xml:space="preserve">[0:00:50]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from inside a vehicle approaching the SLS rocket on the launch pad, with the crawler-transporter to the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[0:00:56]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rocket and launch tower silhouetted by the rising sun at the launch pad.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[0:01:01]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rocket on the launch pad at night, illuminated by spotlights with stars in the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[0:01:05]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rocket on the launch pad at night with the full moon visible behind the tower.</w:t>
        <w:br/>
        <w:t xml:space="preserve">[0:01:10]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Overhead view of the Orion capsule atop the SLS rocket on the launch pad, with umbilical connections attached.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 overhead view of the SLS core stage and umbilical arm, with the United States flag and NASA logo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looking down the SLS core stage as the umbilical arm begins to retract before launch.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[0:01:13]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down the SLS core stage with the umbilical arm nearly clear of the rocket.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[0:01:13]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down the SLS core stage with the umbilical arm fully retracted, seconds before engine ignition.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[0:01:15]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down the SLS core stage as the engines ignite, with exhaust and steam billowing at the base.</w:t>
        <w:br/>
        <w:t xml:space="preserve">[0:01:17]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the SLS core stage and solid rocket boosters at ignition, with flames and smoke billowing at the base.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[0:01:19]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View of the SLS engines and boosters firing, with intense exhaust and flames as the rocket lifts off.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[0:01:20]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engines and boosters firing, with a bright exhaust plume filling the frame during liftoff.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[0:01:22]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engines and boosters firing, with a yellow-orange exhaust plume as the rocket ascends.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[0:01:24]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Full view of the SLS rocket on the launch pad at night, engines firing with smoke and steam at the base.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[0:01:26]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and SLS core stage lifting off, with the launch pad structure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[0:01:28]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core stage and Orion capsule rising past the pad structure, with exhaust visible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[0:01:30]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Midsection of the SLS core stage and a solid rocket booster, with the pad structure behind as the rocket ascends.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[0:01:32]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Wide view of the SLS rocket lifting off the pad at night, with flames and smoke at the base.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[0:01:34]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rocket ascending into the dark sky, with engines and boosters firing brightly.</w:t>
        <w:br/>
        <w:t xml:space="preserve">[0:01:36]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SLS rocket with solid rocket boosters and core stage firing, ascending against a black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[0:01:44]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Distant view of the rocket ascending through clouds, with a bright exhaust trail visible at night.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[0:01:45]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Rocket higher in the sky, exhaust trail arcing above the clouds in a night scene.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[0:01:47]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Rocket and exhaust trail curving upward above the clouds, set against the night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[0:01:48]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Rocket further along its curved exhaust trail, above the clouds at night.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[0:01:50]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Rocket near the top of the frame, with a long exhaust trail over the clouds in the night sky.</w:t>
        <w:br/>
        <w:t xml:space="preserve">[0:01:57]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Rocket above Earth at night with city lights below, core stage and boosters visible, bright engine plume.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[0:01:58]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Solid rocket boosters separating from the core stage, flames trailing, above city lights at night.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[0:01:59]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Boosters moving away from the core stage, separation complete, rocket continues upward above the lit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[0:01:59]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Boosters drifting farther from the core stage as the rocket ascends, city lights on Earth below.</w:t>
        <w:br/>
        <w:t xml:space="preserve">[0:02:00]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Solid rocket boosters farther from the core stage as the rocket continues upward, city lights on Earth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[0:02:00]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Two solid rocket boosters separate from the core stage as the rocket ascends over the night side of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[0:02:07]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core stage continues to propel the spacecraft with its four RS-25 engines, now alone in space.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[0:02:10]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core stage and its engines push the spacecraft further into deep space, surrounded by darkness.</w:t>
        <w:br/>
        <w:t xml:space="preserve">[0:02:14]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protective fairings around Orion's service module are ejected, exposing its solar arrays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[0:02:21]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launch abort system is jettisoned from Orion with a bright plume as the spacecraft orbits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[0:02:27]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Interim Cryogenic Propulsion Stage (ICPS) floats in orbit after separating from the core stage, with Earth's limb in the background.</w:t>
        <w:br/>
        <w:t xml:space="preserve">[0:02:32]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Interim Cryogenic Propulsion Stage (ICPS) drifts away in orbit, with the curvature of Earth and cloud cover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[0:02:34]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SLS core stage floats in space above the blue Earth after separation.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[0:02:38]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 dimly lit view inside the stage adapter reveals part of the Orion spacecraft and a faint yellow glow.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[0:02:40]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is seen inside the adapter, with illuminated tanks and structural elements, and Earth visible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[0:02:42]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emerges from the adapter, with its service module and American flag visible as Earth appears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[0:02:44]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floats freely in space above Earth, fully separated from the adapter.</w:t>
        <w:br/>
        <w:t xml:space="preserve">[0:02:54]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begins deploying its solar arrays in orbit above Earth, with one array partially extended.</w:t>
        <w:br/>
        <w:t>[0:02:54]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The Orion spacecraft continues deploying its solar arrays in orbit above Earth, with two arrays now partially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[0:02:55]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spacecraft's solar arrays extend further as it orbits above the blue curve of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[0:02:56]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of Orion's solar arrays are now partially deployed as the spacecraft prepares for its next maneuver.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[0:02:56]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The Orion spacecraft's solar arrays are nearly fully deployed, with three arrays clearly visible against the backdrop of space.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[0:02:57]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All four solar arrays on Orion are now deployed as the spacecraft orbits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[0:02:57]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The Orion spacecraft is shown with all four solar arrays fully extended, ready for the journey to the Moon.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[0:02:58]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Orion, with its solar arrays fully extended, orbits above the Earth in preparation for the next phase of the mission.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[0:02:58]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The Orion spacecraft drifts above Earth with its solar arrays fully deployed, marking the completion of array deployment.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[0:02:59]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Orion, with all solar arrays fully extended, is poised above the blue curve of Earth, ready for translunar injection.</w:t>
        <w:br/>
        <w:t xml:space="preserve">[0:03:03]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are shown in orbit above Earth, illuminated by sunlight from the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[0:03:08]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orbits above Earth with its solar arrays extended, now separated from the ICPS upper stage.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[0:03:09]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drifts above the bright blue Earth, viewed from a distance after separation from the upper stage.</w:t>
        <w:br/>
        <w:t xml:space="preserve">[0:03:09]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fire their engine in orbit above Earth, with solar arrays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 continue their engine burn above the blue Earth, solar arrays clearly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with a visible engine plume, drift above Earth with solar arrays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 fire their engine above the clouds on Earth, solar arrays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continue their engine burn above Earth, with clouds below and solar arrays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stage, with engine firing and solar arrays extended, are seen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with engine burning and solar arrays extended, travel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stage, with a prominent engine plume and solar arrays extended, fly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with engine firing and solar arrays extended, are seen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with engine burning and solar arrays extended, continue their journey above Earth.</w:t>
        <w:br/>
        <w:t xml:space="preserve">[0:03:16]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drift in orbit above Earth with solar arrays extended and engine off.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[0:03:18]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 float together in high Earth orbit, solar arrays extended, with Earth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[0:03:20]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remain connected in orbit above Earth, solar arrays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[0:03:22]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stage, with solar arrays extended, continue to drift in high Earth orbit above the planet.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[0:03:24]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solar arrays extended, are seen in orbit above the curved horizon of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[0:03:26]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stage, with solar arrays extended, float above Earth as the sun rises over the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[0:03:28]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Orion and the ICPS upper stage with solar arrays extended, the sun and Earth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[0:03:30]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Rear view of Orion and the ICPS upper stage, solar arrays extended, with the sun shining above Earth's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[0:03:32]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seen from behind, float in orbit with the sun and Earth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[0:03:34]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Distant view of Orion and the ICPS upper stage silhouetted against the sun and the curved Earth.</w:t>
        <w:br/>
        <w:t xml:space="preserve">[0:03:40]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are seen separated in orbit above Earth, with a crescent Moon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[0:03:42]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and the ICPS upper stage drift apart in high Earth orbit, the crescent Moon visible in the distance.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[0:03:44]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stage, now separated, float above Earth with the crescent Moon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[0:03:46]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view of the separated Orion spacecraft and ICPS upper stage in orbit above Earth, with the NASA logo visible on Orion.</w:t>
        <w:br/>
        <w:t xml:space="preserve">[0:03:48]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The Orion spacecraft and ICPS upper stage continue to drift apart in orbit above Earth, with the NASA logo visible on Orion.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moves farther away from the ICPS upper stage as both spacecraft orbit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 top-down view of the separated Orion spacecraft and ICPS upper stage above the blue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fires its thrusters as it maneuvers away from the ICPS upper stage in orbit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continues its thruster burn, increasing distance from the ICPS upper stage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is now farther from the ICPS upper stage, both spacecraft still visible above the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[0:03:59]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reaches maximum visible distance from the ICPS upper stage in orbit above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[0:04:00]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and its upper stage separate in orbit above Earth, with solar panels deployed.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[0:04:15]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alone in deep space after separation, with one solar panel in view.</w:t>
        <w:br/>
        <w:t>[0:04:17]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in deep space with solar panel visible, faint engine glow marks the start of the Translunar Injection burn.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[0:04:20]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 at right as the upper stage begins to drift away after separation.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[0:04:21]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 at right, upper stage moving farther away after separation.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[0:04:23]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and upper stage separated in orbit, with Earth visible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[0:04:25]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and upper stage drifting farther apart, with Earth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[0:04:26]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and upper stage widely separated in orbit, with Earth in the background.</w:t>
        <w:br/>
        <w:t xml:space="preserve">[0:04:28]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and upper stage widely separated with Earth above and solar panel at right, marking the end of upper stage separation.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firing its engine, beginning the journey away from Earth.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[0:04:37]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firing its engine, seen from above with Earth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[0:04:39]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of Earth from space with Africa visible, no spacecraft in view.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[0:04:43]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 seen distantly above Earth, with Africa visible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[0:04:44]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panels, closer above Earth with Africa visible below.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[0:04:45]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Orion spacecraft with solar panels extended in space.</w:t>
        <w:br/>
        <w:t xml:space="preserve">[0:04:46]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seen from above, with the Moon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[0:04:47]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approaching the Moon, seen from a distance.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[0:04:48]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 farther from the Moon, seen from a greater distance.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[0:04:49]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receding from the Moon, seen from even farther away.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[0:04:51]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seen from behind, with Earth at upper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[0:04:52]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 very distant from Earth, seen from behind.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[0:04:53]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 extremely distant from Earth, seen from behind.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[0:04:54]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tiny and far from Earth, seen from behind.</w:t>
        <w:br/>
        <w:t>[0:04:55]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Distant view of Earth at right edge, with a small bright dot in space at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[0:04:56]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panels, close flyby of the Moon's far side.</w:t>
        <w:br/>
        <w:t xml:space="preserve">[0:05:04]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the Moon's surface, with a small "X" marking a spot.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[0:05:06]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Closer view of the Moon's surface, "X" marking a spot near center.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[0:05:08]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Extreme close-up of the Moon's surface, "X" marking a spot near center.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[0:05:08]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Moon at left, bright blue flare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[0:05:12]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panels, Moon at left, bright blue flare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Moon at left, bright blue flare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[0:05:14]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Distant view of Orion spacecraft in space, Moon at lower left, stars in background.</w:t>
        <w:br/>
        <w:t xml:space="preserve">[0:05:16]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traveling away from the Moon, stars in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[0:05:18]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moving farther from the Moon, heading toward sunlight.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[0:05:19]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close-up, Moon at left, sunlight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[0:05:20]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close-up, Moon at left, sunlight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[0:05:21]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 approaching Earth, blue planet fills upper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[0:05:21]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Earth in background, spacecraft illuminated.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[0:05:23]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farther from Earth, blue planet fills upper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[0:05:23]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panels, farther from Earth, blue planet fills upper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[0:05:24]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farther from Earth, blue planet fills upper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[0:05:24]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spacecraft with solar panels, farther from Earth, blue planet fills upper left.</w:t>
        <w:br/>
        <w:t xml:space="preserve">[0:05:25]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spacecraft with solar panels, farther from Earth, blue planet fills upper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[0:05:31]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Close-up of Orion spacecraft with NASA logo and solar panels, crescent Moon in background.</w:t>
        <w:br/>
        <w:t xml:space="preserve">[0:05:33]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and service module connected, close-up, NASA logo visible, solar panel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[0:05:35]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and service module about to separate, NASA logo visible, solar panel at right.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[0:05:37]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separating from service module, solar panels and thrusters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[0:05:39]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Service module drifting away from Orion crew module, Earth at left, solar panels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[0:05:40]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Service module further from Orion crew module, Earth at left, solar panels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[0:05:41]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Service module receding into darkness, Earth at left, solar panels extended.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[0:05:41]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Service module barely visible, mostly dark, Earth at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[0:05:42]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Service module almost completely faded into darkness, Earth at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[0:05:43]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Completely black screen.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[0:05:44]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above Earth, sunrise on horizon, service module gone.</w:t>
        <w:br/>
        <w:t>[0:05:46]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crew module above Earth, sunrise on horizon, sun just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[0:05:49]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crew module above Earth, sunrise on horizon, sun slightly higher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[0:05:51]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above Earth, sunrise on horizon, sun rising further.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[0:05:53]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crew module above Earth, sunrise on horizon, sun continuing to rise.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[0:05:55]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above Earth, sunrise on horizon, sun nearly halfway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[0:05:56]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crew module above Earth, sunrise on horizon, sun halfway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[0:05:58]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above Earth, sunrise on horizon, sun more than halfway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[0:05:59]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crew module above Earth, sunrise on horizon, sun almost fully above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[0:06:03]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7" name="Picture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separates from the service module above Earth, with the Moon and Sun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begins re-entry into Earth's atmosphere, heat shield facing forward.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[0:06:14]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surrounded by plasma and heat as it descends through the atmosphere.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[0:06:16]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enveloped in a bright plasma sheath during peak re-entry heating.</w:t>
        <w:br/>
        <w:t xml:space="preserve">[0:06:25]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capsule, scorched and darkened, falling through the upper atmosphere with stars and streaks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[0:06:27]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descending against a twilight sky, stars visible, above clouds and horizon.</w:t>
        <w:br/>
        <w:t>[0:06:29]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with faint trails as parachutes begin to deploy against a twilight sky with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[0:06:29]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with three small parachutes deployed, visible as orange dots at the end of long lines, twilight sky and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[0:06:30]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below three small deployed parachutes, one object separating above, twilight sky and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[0:06:32]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descending with two larger orange-and-white parachutes fully deployed, twilight sky and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[0:06:33]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with two large orange-and-white parachutes open above, twilight sky and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[0:06:33]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with two large orange-and-white parachutes, lines taut, twilight sky and stars.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[0:06:34]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3" name="Picture 1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with two large orange-and-white parachutes, descending toward the ocean at sunrise.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[0:06:34]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Orion capsule with two large orange-and-white parachutes, closer to the ocean, sunrise on the horizon.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4" name="Picture 1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with two large orange-and-white parachutes, low over the ocean, sunrise and clouds visible.</w:t>
        <w:br/>
        <w:t xml:space="preserve">[0:06:36]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5" name="Picture 1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Two large orange-and-white parachutes with pilot chutes and lines visible, viewed from above,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[0:06:38]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6" name="Picture 1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Two large orange-and-white parachutes with pilot chutes and lines, viewed from above,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[0:06:39]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7" name="Picture 1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Two large orange-and-white parachutes with pilot chutes and lines, viewed from above,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[0:06:40]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8" name="Picture 1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Two large orange-and-white parachutes with pilot chutes and lines, viewed from above,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[0:06:40]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59" name="Picture 1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viewed from below against reddish clouds, no parachutes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[0:06:42]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0" name="Picture 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Orion capsule viewed from below, smaller in frame, reddish clouds in background, no parachutes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[0:06:44]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1" name="Picture 1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pilot chutes deployed, viewed from below, reddish clouds in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[0:06:46]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2" name="Picture 1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orange-and-white main parachutes beginning to inflate, viewed from below, reddish clouds in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[0:06:48]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Three fully inflated orange-and-white main parachutes, viewed from below, reddish clouds in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[0:06:50]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3" name="Picture 1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fully inflated orange-and-white main parachutes, close-up from below, reddish clouds in background.</w:t>
        <w:br/>
        <w:t xml:space="preserve">[0:06:52]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4" name="Picture 1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fully inflated orange-and-white main parachutes, capsule descending toward ocean,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[0:06:54]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Three fully inflated orange-and-white main parachutes, capsule closer to ocean,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[0:06:56]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5" name="Picture 1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fully inflated orange-and-white main parachutes, capsule just above ocean surface,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[0:06:58]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6" name="Picture 1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Three fully inflated orange-and-white main parachutes, capsule about to touch ocean, twilight sky.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[0:07:00]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7" name="Picture 1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Ocean surface at night, splash and water droplets in foreground, searchlight beam.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8" name="Picture 1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Ocean surface at night, water droplets in foreground, searchlight beam.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69" name="Picture 1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Underwater view, blue-tinted, surface line visible, dark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0" name="Picture 1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Underwater view, blue-tinted, surface line visible, darker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1" name="Picture 1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Underwater view, blue-tinted, mostly dark, faint surface line.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2" name="Picture 1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Ocean surface at night, water droplets in foreground, searchlight beam.</w:t>
        <w:br/>
        <w:t>[0:07:05]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Capsule splashing into ocean at night, water spray and droplets, searchlight beam, colored parachute lines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3" name="Picture 1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Underwater view, blue-tinted, capsule entering water, splash and bubbles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4" name="Picture 1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Underwater view, blue-tinted, bubbles rising, surface disturbed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[0:07:09]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5" name="Picture 1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Capsule floating in ocean at night, water splashing, searchlight beam, droplets on lens.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[0:07:11]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6" name="Picture 1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Capsule floating in ocean at night, illuminated by searchlight, droplets on lens.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[0:07:12]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7" name="Picture 1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Capsule floating in ocean at night, illuminated by searchlight, parachute canopy above, droplets on lens.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[0:07:13]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8" name="Picture 1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Distant view from ship, helicopter searchlight illuminating capsule in ocean at night, parachutes floating on water.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[0:07:14]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Distant view from ship, helicopter searchlight illuminating capsule in ocean at night, parachutes floating on water.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[0:07:16]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79" name="Picture 1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Distant view from ship, helicopter searchlight illuminating capsule in ocean at night, parachutes floating on water.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[0:07:18]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Distant view from ship, helicopter searchlight illuminating capsule in ocean at night, parachutes floating on water.</w:t>
        <w:br/>
        <w:t xml:space="preserve">[0:07:24]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0" name="Picture 1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Close view from ship, capsule floating in ocean at night, illuminated by searchlight, three large red-and-white parachutes floating nearby, parachute lines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[0:07:35]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1" name="Picture 1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of Earth from space, North America illuminated at night, Moon above horizon, bright light flare at bottom.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[0:07:36]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2" name="Picture 1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View of Earth from space, North America illuminated at night, Moon above horizon, red trajectory lines curve from Earth toward Moon.</w:t>
        <w:br/>
        <w:t xml:space="preserve">[0:07:37]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3" name="Picture 1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Artemis program logo, stylized "A" with red swoosh and gray circle, blue arc below, "ARTEMIS" text, faint Earth lights in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[0:07:37]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4" name="Picture 1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Artemis program logo, stylized "A" with red swoosh and gray circle, blue arc below, "ARTEMIS" text, star field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[0:07:39]  </w:t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1219200" cy="685800"/>
            <wp:docPr id="185" name="Picture 1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t xml:space="preserve">  </w:t>
        <w:br/>
        <w:t>Caption: NASA logo, blue circle with white "NASA" text and red swoosh, star field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[0:07:43]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NASA logo, blue circle with white "NASA" text and red swoosh, star field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[0:07:44]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Caption: Black screen.</w:t>
      </w:r>
    </w:p>
    <w:p>
      <w:pPr/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Relationship Id="rId132" Type="http://schemas.openxmlformats.org/officeDocument/2006/relationships/image" Target="media/image124.png"/><Relationship Id="rId133" Type="http://schemas.openxmlformats.org/officeDocument/2006/relationships/image" Target="media/image125.png"/><Relationship Id="rId134" Type="http://schemas.openxmlformats.org/officeDocument/2006/relationships/image" Target="media/image126.png"/><Relationship Id="rId135" Type="http://schemas.openxmlformats.org/officeDocument/2006/relationships/image" Target="media/image127.png"/><Relationship Id="rId136" Type="http://schemas.openxmlformats.org/officeDocument/2006/relationships/image" Target="media/image128.png"/><Relationship Id="rId137" Type="http://schemas.openxmlformats.org/officeDocument/2006/relationships/image" Target="media/image129.png"/><Relationship Id="rId138" Type="http://schemas.openxmlformats.org/officeDocument/2006/relationships/image" Target="media/image130.png"/><Relationship Id="rId139" Type="http://schemas.openxmlformats.org/officeDocument/2006/relationships/image" Target="media/image131.png"/><Relationship Id="rId140" Type="http://schemas.openxmlformats.org/officeDocument/2006/relationships/image" Target="media/image132.png"/><Relationship Id="rId141" Type="http://schemas.openxmlformats.org/officeDocument/2006/relationships/image" Target="media/image133.png"/><Relationship Id="rId142" Type="http://schemas.openxmlformats.org/officeDocument/2006/relationships/image" Target="media/image134.png"/><Relationship Id="rId143" Type="http://schemas.openxmlformats.org/officeDocument/2006/relationships/image" Target="media/image135.png"/><Relationship Id="rId144" Type="http://schemas.openxmlformats.org/officeDocument/2006/relationships/image" Target="media/image136.png"/><Relationship Id="rId145" Type="http://schemas.openxmlformats.org/officeDocument/2006/relationships/image" Target="media/image137.png"/><Relationship Id="rId146" Type="http://schemas.openxmlformats.org/officeDocument/2006/relationships/image" Target="media/image138.png"/><Relationship Id="rId147" Type="http://schemas.openxmlformats.org/officeDocument/2006/relationships/image" Target="media/image139.png"/><Relationship Id="rId148" Type="http://schemas.openxmlformats.org/officeDocument/2006/relationships/image" Target="media/image140.png"/><Relationship Id="rId149" Type="http://schemas.openxmlformats.org/officeDocument/2006/relationships/image" Target="media/image141.jpg"/><Relationship Id="rId150" Type="http://schemas.openxmlformats.org/officeDocument/2006/relationships/image" Target="media/image142.png"/><Relationship Id="rId151" Type="http://schemas.openxmlformats.org/officeDocument/2006/relationships/image" Target="media/image143.png"/><Relationship Id="rId152" Type="http://schemas.openxmlformats.org/officeDocument/2006/relationships/image" Target="media/image144.png"/><Relationship Id="rId153" Type="http://schemas.openxmlformats.org/officeDocument/2006/relationships/image" Target="media/image145.png"/><Relationship Id="rId154" Type="http://schemas.openxmlformats.org/officeDocument/2006/relationships/image" Target="media/image146.png"/><Relationship Id="rId155" Type="http://schemas.openxmlformats.org/officeDocument/2006/relationships/image" Target="media/image147.png"/><Relationship Id="rId156" Type="http://schemas.openxmlformats.org/officeDocument/2006/relationships/image" Target="media/image148.png"/><Relationship Id="rId157" Type="http://schemas.openxmlformats.org/officeDocument/2006/relationships/image" Target="media/image149.png"/><Relationship Id="rId158" Type="http://schemas.openxmlformats.org/officeDocument/2006/relationships/image" Target="media/image150.png"/><Relationship Id="rId159" Type="http://schemas.openxmlformats.org/officeDocument/2006/relationships/image" Target="media/image151.png"/><Relationship Id="rId160" Type="http://schemas.openxmlformats.org/officeDocument/2006/relationships/image" Target="media/image152.png"/><Relationship Id="rId161" Type="http://schemas.openxmlformats.org/officeDocument/2006/relationships/image" Target="media/image153.png"/><Relationship Id="rId162" Type="http://schemas.openxmlformats.org/officeDocument/2006/relationships/image" Target="media/image154.png"/><Relationship Id="rId163" Type="http://schemas.openxmlformats.org/officeDocument/2006/relationships/image" Target="media/image155.png"/><Relationship Id="rId164" Type="http://schemas.openxmlformats.org/officeDocument/2006/relationships/image" Target="media/image156.png"/><Relationship Id="rId165" Type="http://schemas.openxmlformats.org/officeDocument/2006/relationships/image" Target="media/image157.png"/><Relationship Id="rId166" Type="http://schemas.openxmlformats.org/officeDocument/2006/relationships/image" Target="media/image158.png"/><Relationship Id="rId167" Type="http://schemas.openxmlformats.org/officeDocument/2006/relationships/image" Target="media/image159.png"/><Relationship Id="rId168" Type="http://schemas.openxmlformats.org/officeDocument/2006/relationships/image" Target="media/image160.png"/><Relationship Id="rId169" Type="http://schemas.openxmlformats.org/officeDocument/2006/relationships/image" Target="media/image161.png"/><Relationship Id="rId170" Type="http://schemas.openxmlformats.org/officeDocument/2006/relationships/image" Target="media/image162.png"/><Relationship Id="rId171" Type="http://schemas.openxmlformats.org/officeDocument/2006/relationships/image" Target="media/image163.png"/><Relationship Id="rId172" Type="http://schemas.openxmlformats.org/officeDocument/2006/relationships/image" Target="media/image164.png"/><Relationship Id="rId173" Type="http://schemas.openxmlformats.org/officeDocument/2006/relationships/image" Target="media/image165.png"/><Relationship Id="rId174" Type="http://schemas.openxmlformats.org/officeDocument/2006/relationships/image" Target="media/image166.png"/><Relationship Id="rId175" Type="http://schemas.openxmlformats.org/officeDocument/2006/relationships/image" Target="media/image167.png"/><Relationship Id="rId176" Type="http://schemas.openxmlformats.org/officeDocument/2006/relationships/image" Target="media/image168.png"/><Relationship Id="rId177" Type="http://schemas.openxmlformats.org/officeDocument/2006/relationships/image" Target="media/image169.png"/><Relationship Id="rId178" Type="http://schemas.openxmlformats.org/officeDocument/2006/relationships/image" Target="media/image170.png"/><Relationship Id="rId179" Type="http://schemas.openxmlformats.org/officeDocument/2006/relationships/image" Target="media/image171.png"/><Relationship Id="rId180" Type="http://schemas.openxmlformats.org/officeDocument/2006/relationships/image" Target="media/image172.png"/><Relationship Id="rId181" Type="http://schemas.openxmlformats.org/officeDocument/2006/relationships/image" Target="media/image173.png"/><Relationship Id="rId182" Type="http://schemas.openxmlformats.org/officeDocument/2006/relationships/image" Target="media/image174.png"/><Relationship Id="rId183" Type="http://schemas.openxmlformats.org/officeDocument/2006/relationships/image" Target="media/image175.png"/><Relationship Id="rId184" Type="http://schemas.openxmlformats.org/officeDocument/2006/relationships/image" Target="media/image176.png"/><Relationship Id="rId185" Type="http://schemas.openxmlformats.org/officeDocument/2006/relationships/image" Target="media/image177.png"/><Relationship Id="rId186" Type="http://schemas.openxmlformats.org/officeDocument/2006/relationships/image" Target="media/image178.png"/><Relationship Id="rId187" Type="http://schemas.openxmlformats.org/officeDocument/2006/relationships/image" Target="media/image179.png"/><Relationship Id="rId188" Type="http://schemas.openxmlformats.org/officeDocument/2006/relationships/image" Target="media/image180.png"/><Relationship Id="rId189" Type="http://schemas.openxmlformats.org/officeDocument/2006/relationships/image" Target="media/image181.png"/><Relationship Id="rId190" Type="http://schemas.openxmlformats.org/officeDocument/2006/relationships/image" Target="media/image182.png"/><Relationship Id="rId191" Type="http://schemas.openxmlformats.org/officeDocument/2006/relationships/image" Target="media/image183.png"/><Relationship Id="rId192" Type="http://schemas.openxmlformats.org/officeDocument/2006/relationships/image" Target="media/image184.png"/><Relationship Id="rId193" Type="http://schemas.openxmlformats.org/officeDocument/2006/relationships/image" Target="media/image1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