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View Your Work Schedule in Workday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Introduction slide showing credentials and expertise related to Workday access management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Blue background with "End of Presentation" text and a green signpost labeled "FINISH".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Access the Workday platform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Step 3: Navigate to the Home Dashboard. Visuals: dashboard icon, navigation/search bar, and dashboard layout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Log in with your credentials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Step 1: Access the Workday Platform. Visuals: login icon, mobile device, and reminders for credentials and internet connection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Navigate to the home dashboard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Title screen: "How to View Work Schedule on Workday" with a clock icon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Step 2: Login with Your Credentials. Visuals: password entry, 2FA code entry, and login button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Locate the 'My Work' section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Access the team schedule (manager's view)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Review time off and leaves integrated into the schedule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Manager's View: Access Team Schedule. Visuals: icons for team, clock, and shift assignments; labels for adjustments, optimal staffing, and shift checks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View upcoming schedules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Check for schedule notifications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Check for Schedule Notifications. Visuals: person with calendar and notification, compliance document, and labels for alerts, shift swaps, and updates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Understand color-coded shifts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"Understand Color-Coded Shifts" with icons for roles, color-coded shifts, and benefits such as readability and vacancy spotting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Resolve missing shifts or errors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"Resolve Missing Shifts or Errors" with icons for fixing overlaps, identifying missing assignments, and ensuring accuracy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Access your schedule anywhere with the mobile app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"Mobile App Access to Schedule" with icons for mobile/cloud, approvals, updates, and remote changes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Export or print your schedule (if needed)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"Export or Print Schedule (if needed)" with icons for calendar, sharing, historical data, and planning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Contact HR for schedule assistance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View Upcoming Schedules. Visuals: person with arrows, clock, and checklist; labels for upcoming shifts, planning, and proactive adjustments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"Contact HR for Schedule Assistance" with icons for HR help, compliance, urgent support, and conflict resolution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Sync your schedule with your personal calendar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Step 4: Locate the 'My Work' Section. Visuals: menu icon with user, calendar, and checklist; labels for schedules, tasks, notifications, and work-related details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"Sync Schedule with Personal Calendar" with icons for integration, reminders, smart scheduling tools, regular updates, and a calendar illustration with a gear and star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Additional tips for schedule management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showing additional tips for schedule management, including time-blocking, avoiding overcommitment, using productivity apps, and scheduling buffer time, illustrated with a checklist, a person at a desk, and productivity icons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Review Time Off or Leaves Integrated into Schedule. Visuals: gears, calendar with sun and dollar sign, and labels for time off, coverage, and planning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showing "18. Sync Schedule with Personal Calendar" with icons for integration, reminders, smart tools, and regular updates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Laptop screen with a search bar displaying "CYBERBRAINE", and prompts to LIKE and SHARE. Channel logo (CB in a book with a graduation cap) is visible.</w:t>
      </w:r>
    </w:p>
    <w:p>
      <w:pPr/>
      <w:r>
        <w:br w:type="page"/>
      </w:r>
    </w:p>
    <w:sectPr w:rsidR="00FC693F" w:rsidRPr="0006063C" w:rsidSect="00034616">
      <w:headerReference w:type="default" r:id="rId24"/>
      <w:footerReference w:type="default" r:id="rId2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header" Target="header1.xm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