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View Your Pay Stubs in Workday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OSPREYRISING and Workday branding with illustrations and contact info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Open the Workday dashboard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'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'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Navigate to the My Payslips page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Payslip details showing payment information, withholdings, and absence plans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View a specific payslip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Review payslip details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Workday dashboard showing "Here's What's Happening," Awaiting Your Action, Timely Suggestions, and Announcements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Payslips table with "View" and "Print" buttons highlighted for each row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Print a payslip image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Payslip details page with "Print Multiple Payslips" button highlighted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Print multiple payslips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Print Multiple Payslips dialog with date range fields and exclude net zero payslips option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Access the Print Multiple Payslips dialog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Return to payslip details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My Payslips page with payslip list, printing options, and action buttons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Return to the My Payslips overview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Payslip details page with "Print Payslip Image" button highlighted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My Payslips overview with printing election and payslip list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Change your payslip printing election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My Payslips overview with printing election and payslip list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Change Payslip Printing Election page with current and new election fields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Payslip details page with company and payment information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Select a new payslip printing election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Dropdown menu showing electronic and paper copy options for payslip delivery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Return to the My Payslips page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7"/>
      <w:footerReference w:type="default" r:id="rId1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header" Target="header1.xml"/><Relationship Id="rId1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