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Sick Time in Workday: Requesting, Tracking, and Cancelling Time Off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Requesting sick time off in Workday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Navigate to the Workday home 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dashboard showing a user greeting, action items, announcements, and navigation menu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Access your profile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Profile dropdown menu open, with the cursor on 'View Profile' and the user name displayed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Open the Actions menu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Profile page with the Actions menu open, showing options such as 'Benefits,' 'Compensation,' and 'Absence'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Select Request Absence or Request Time Off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Actions menu expanded with the cursor on 'Request Absence,' showing related time and leave options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View the Request Time Off calendar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Request Time Off calendar view for the current month, with navigation and action buttons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Review your available balances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Balances section listing various time off plans and available hours, with the calendar visible on the right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Select the date for your time off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Calendar view with a specific date selected for a time off request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Wait for the Request Time Off pop-up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Request Time Off pop-up window with fields for date, type, daily quantity, and comments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Choose the sick time off type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Type dropdown expanded with '14 Sick time off' highlighted in the list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Enter the daily quantity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Daily Quantity field showing an error for a missing value, with '14 Sick time off' selected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Submit the time off request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Submit button highlighted with all required fields completed for a sick time off request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Confirm your submission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Confirmation message 'Your request has been submitted' with sick time off marked on the calendar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Checking the status of your request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Check the status of your submitted request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|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Calendar view showing a submitted sick time off entry with a confirmation message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Wait for manager approval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Calendar view with the time off request still showing as 'Submitted'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Cancelling a submitted time off request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Initiate the cancellation process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User clicking a submitted sick time off entry to begin cancellation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16. Open the Cancel Business Process window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Cancel Business Process window with the comment 'Applied in error' being entered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17. Submit the cancellation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Submit button highlighted in the Cancel Business Process window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18. Verify the cancellation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Calendar view displaying the 'Event Canceled' confirmation message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Additional support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6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4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@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Contact information and thank you message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3"/>
      <w:footerReference w:type="default" r:id="rId2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header" Target="header1.xml"/><Relationship Id="rId2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