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Change Your Availability in Workday: Correcting an Absence Request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Accessing the absence worklet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SUNY Erie logo and Workday Training Tools welcome screen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Workday dashboard showing Applications and Inbox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Absence icon highlighted in the Applications section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Correcting a submitted but unapproved absence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Correct My Absence button highlighted in the Absence worklet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Absence calendar showing Vacation Time Off with a gray bar and Sick Time Off with a green check mark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|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Selecting the Vacation Time Off absence on July 2nd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Absence calendar showing July 2nd now empty after cancellation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Correcting an approved absence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Absence calendar showing Sick Time Off on July 9th with a green bar and check mark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Correct Absence window for Sick Time Off on July 9th with 8 hours selected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Quantity per Day field being changed from 8 to 2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Comment field highlighted for entering details such as "8 a.m. to 10 a.m."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Absence calendar showing Sick Time Off on July 9th now with a gray bar, pending approval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SUNY Erie logo and Workday Training Tools screen confirming completion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8"/>
      <w:footerReference w:type="default" r:id="rId1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header" Target="header1.xm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