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cancel approved time off in Workday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Steps to cancel approved time off in Workday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Log in and navigate to the Time Off section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Open your time off requests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instructions: "Log in to your Workday account and go to the Time Off section. Click the Request Time Off button and select the time off request you want to cancel."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Select the request and submit a cancellation reason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instructions: "Click the Cancel Request button and enter a reason for canceling the request. Obtain approval from your manager if the time off request was previously approved."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Submit the cancellation for manager approval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instructions: "Click the Submit for Approval button and select your manager as the approver. The manager receives a notification to review and approve the cancellation request."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Confirm the cancellation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displaying: "Time off is removed from the schedule after manager approval. Review your organization's policies to understand the impact on your vacation balance."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Important considerations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