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Add a Dependent in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screen showing the business process definitions for Change Beneficiary and Dependent Event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profile page in Workday with View My Beneficiaries and View Dependents highlighted in the Actions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dependent and beneficiary types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logo on a dark blue background, indicating the end of the instructional video.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business process to add a dependent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with overlay text: "Add court orders", "Activate and Inactivate dependents", "Configurable security"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the business process definitions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Access dependent and beneficiary records from a worker's profile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a court order to an existing dependent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Court Orders screen with fields for Coverage Required, Start Date, and End Date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Open the Court Orders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Enter the court order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Checking for active court orders before removing a dependent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Run the Active Court Orders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Active Court Orders report in Workday showing filter options and columns for tracking court orders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Considerations before inactivating a dependent or beneficiary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Search bar in Workday with "bp: Change beneficiary" and "bp: Dependent event" entries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with overlay text: "Dependents and Beneficiaries", "Elections", "Activate and Inactivate", "COBRA"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Example walkthrough: Editing a dependent's court order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Search for the worker's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Workday branding, subscribe and follow prompts, and links to more learning resources.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Open the Benefits section and select View Dependents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Edit the dependent and scroll to Court Orders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 page with search bar open and recent searches listed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Specify the coverage requirement and dates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Employee profile with Actions menu open, Benefits section expanded, and View Dependents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Court Orders section with the Coverage Required dropdown open, showing options such as Medical, Dental, and Vision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Submit the court order and confirm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Dependents page showing confirmation of submission and the list of dependents with benefit elections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Open the Active Court Orders report to verify the change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search bar with "Active Court Orders" entered, showing report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Run the report and confirm the court order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Introduction of Maria Cardoza, Benefits Partner, with her photo and title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Active Court Orders report showing dependent court order details, including coverage type, dates, and status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Example walkthrough: Updating dependents after a qualifying event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Open the Benefits section on another worker's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profile with the left navigation panel highlighting the Compensation section, about to select Benefits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Review the current coverage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Open the Dependents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Dependent information page with multiple Add buttons for contact fields, scrolling toward the Court Orders section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Attempt to inactivate a dependent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Enter the inactivation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Benefits summary with dependents listed for each plan, including Benefit Plan, Coverage, Deduction Begin Date, Calculated Coverage, and Dependents columns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Complete the change reason details and submit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Inactivate Dependent screen with Change Reason dropdown, instructional text, and benefit election history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Search for the Benefit Events Status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bar with Benefit Events Status Report entered, showing the report as a selectable option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Locate the relevant benefit event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Inactivate Dependent screen with Legal Marital Status Change selected, event and submission dates filled, and Submit button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 Events Status Report listing multiple events, including a Legal Marital Status Change event with status columns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Start the benefit election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 Events Status Report with the relevant event visible, ready to start changes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Review the benefit cards for the event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Dependents tab with the options menu open for a dependent, showing the Inactivate option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Legal Marital Status Change page showing benefit cards for Medical, Dental, Vision, and others, with Manage buttons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Manage the Medical plan and remove a dependent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Medical benefit card highlighted with coverage EE + 1 Dependent and Manage button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Review the updated dependents list for the plan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Medical plan dependents list showing the spouse and child dependents with coverage and plan cost details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Deselect the dependent and save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Confirm the update notification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Notification confirming medical changes updated but not submitted, with updated dependents and coverage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Review coverage across all affected plans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Employee profile with navigation panel, job details, and summary information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 summary cards for Medical, Dental, and Vision showing updated coverage and costs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Confirm the coverage type change for each plan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 summary cards for Medical, Dental, and Vision confirming the updated coverage type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Attach documentation and sign electronically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Medical plan dependents list with a dependent deselected, coverage updated to Employee Only, and Save button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Attachments and Electronic Signature page with I Accept checked and Submit button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Return to the Benefits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profile with Benefits section selected, ready to access the Dependents tab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32: Verify the updated benefit coverage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Benefits summary showing updated coverage for Medical, Dental, and Vision plans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Inactivating the dependent record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33: Select Inactivate from the dependent's options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Dependents tab with the options menu open for a dependent and Inactivate option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34: Enter the effective date and submit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35: Confirm the inactivation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Dependents list showing one dependent as Inactive and another remaining as an active child dependent, with submission confirmation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and managing beneficiaries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36: Open the Beneficiaries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Beneficiaries list with Edit and Delete options highlighted for each beneficiary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37: Review beneficiary details and available 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Beneficiaries tab selected, showing the beneficiary list and employee profile panel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"Workday Benefits: Dependents and Beneficiaries"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Business case summary: "Review a dependent, edit and confirm the dependent’s court order information, and inactivate a dependent for another worker."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 page with search bar and "Hello There" dashboard, ready to search for a worker</w:t>
      </w:r>
    </w:p>
    <w:p>
      <w:pPr/>
      <w:r>
        <w:br w:type="page"/>
      </w:r>
    </w:p>
    <w:sectPr w:rsidR="00FC693F" w:rsidRPr="0006063C" w:rsidSect="00034616">
      <w:headerReference w:type="default" r:id="rId35"/>
      <w:footerReference w:type="default" r:id="rId3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header" Target="header1.xml"/><Relationship Id="rId3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