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Access Your Account for the First Time in Workday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Confirm the app is installed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70231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702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Home screen with the Workday app icon installed next to the App Store icon, set against a Five Star University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Launch the app and start logging in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Enter your Organization ID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70231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702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app screen requesting the Organization ID, with the keyboard open and the Go button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Select your login method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70231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702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login screen showing two options: one for a Five Star email address and one for an Employee ID.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Enter your credentials and sign in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7023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702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login screen with the username and password fields completed and the Sign In button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Choose whether to remember this device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7023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702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"Remember Device?" screen with the "Remember this device" checkbox selected and the Submit button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…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Set up Touch ID or create a PIN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✓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✓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7023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702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prompting entry of a four-digit PIN for fast alternative login, with the on-screen keypad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Access your Workday home screen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70231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702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mobile app home screen showing a welcome message, frequently used features, pay information, and navigation icons.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70231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702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Workday mobile app home screen showing welcome message, frequently used features (Payslips, Time Off, Org Chart, People), pay information, and navigation icons.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660900" cy="70231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702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the Five Star University logo with the text "Thanks for watching" overlaid.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