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Access Reports in Workday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Searching for reports using the global search bar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Workday homepage with the global search bar highlighted at the top, showing widgets such as "Here's What's Happening," "Awaiting Your Action," "Announcements," and "Important Dates"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Search bar with "job requisitions" entered, showing a dropdown list of matching reports, each labeled "Report" underneath the title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Search bar with "Run Custom Report" entered, showing a dropdown list with "Run Custom Report" highlighted and labeled as "Report"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Prompt window titled "Run Custom Report" with the "Report Name" field filled in, an error message reading "Too many results. Refine search to narrow results," and "OK" and "Cancel" buttons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Presenter on the left, slide on the right reading: "Search Prefixes: Restrict search results to specific type of Workday object. Several prefixes used for reporting"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Presenter on the left, slide on the right with a box labeled "Report Tags"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Search bar with "rdt: payroll" entered, displaying a list of payroll-related reports, each labeled "Report" and "Report Definition"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Accessing reports from the profile menu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Profile menu open, showing options: Sitemap (highlighted), Favorites, Drive (highlighted), My Reports, and more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Favorite Reports and Tasks screen with the "Manage Favorites" button highlighted, tabs for different favorite categories, and a list of favorite custom reports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Workday Drive interface showing a list of files, with "O1 - ESG &amp; Sustainability Reporting" highlighted, and columns for owner, access, and modified date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My Reports screen showing a list of generated reports with details and delete buttons, presenter visible in the corner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Adding a frequently used report to your menu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Workday homepage with the Menu button visible, ready for customization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'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Menu panel open on the left, showing a list of apps with icons, "Add Apps" and "Edit" buttons highlighted at the bottom, and the main Workday homepage visible in the background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Workday homepage with the "Your Top Apps" section on the right, showing the report shortcut among the top four apps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Understanding alert notifications from custom reports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Homepage section "Your Top Apps" highlighted, showing a report shortcut and other app icons below it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Custom report screen titled "WICT RW Employees Need a Raise," showing a list of workers, their managers, and pay details, with a presenter in the corner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Alert Notification Details screen showing the alert body with employee names and last pay increase dates, and a "Request Compensation Change" button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Alert Notification Details screen with the "Request Compensation Change" button visible, employee names and dates listed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Report accessibility and permissions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Presenter in an office setting, with an on-screen note: "Report accessibility depends on your permissions and role."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Presenter in an office setting, summarizing the session, with a note about report accessibility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@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"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"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Workday end screen with logo, subscribe and follow prompts, and sections for a playlist and a recommended video. Illustration of a computer monitor with a play button, webcam, and headset. Text reads: "Subscribe for more videos," "Follow us on social media @Workday," "Check out our Learn with Workday Playlist," "Watch this video on building a career with Workday technology"</w:t>
      </w:r>
    </w:p>
    <w:p>
      <w:pPr/>
      <w:r>
        <w:br w:type="page"/>
      </w:r>
    </w:p>
    <w:sectPr w:rsidR="00FC693F" w:rsidRPr="0006063C" w:rsidSect="00034616">
      <w:headerReference w:type="default" r:id="rId21"/>
      <w:footerReference w:type="default" r:id="rId2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header" Target="header1.xm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