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a Ratchet Tie Down Strap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Review ratchet strap options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Three views of a ratchet strap in use: hands operating the ratchet, a retail display of ratchet tie downs rated at 500 lb. working load and 1,500 lb. breaking strength, and a hand holding a ratchet strap hook.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Retail packaging comparing a 12-foot ratchet strap (500 lb. working load / 1,500 lb. breaking strength) and a 10-foot heavy-duty ratchet tie down (1,000 lb. working load / 3,000 lb. breaking strength).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Retail display of green-handled ratchet straps rated at 1,000 lb. working load / 3,000 lb. breaking strength, alongside a yellow heavy-duty 2" x 27' strap rated at 3,300 lb. working load.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Identify the two main sections of the strap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Attach both ends to secure anchor points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truck bed lined with blue moving blankets. The ratchet mechanism is hooked to the left anchor point, while the orange strap is laid out with a pile of webbing and its hook visible on the right.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Untangle the strap before feeding it into the ratchet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truck bed with the orange strap hooked to the left anchor point while the other end sits in a loose pile with its hook visible on the right.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holding and pulling the orange strap between thumb and pointer finger to untangle the webbing in the truck bed.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holding the straightened orange strap in preparation for feeding it into the ratchet, with the rest of the strap laid out in the truck bed.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Learn the key parts of the ratchet mechanism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of hands pointing to the ratchet mechanism, highlighting the teeth and internal components.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of hands holding the ratchet mechanism, showing the windlass with the strap threaded through it.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Position the ratchet for threading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of hands holding a ratchet mechanism with the windlass labeled. The orange strap is visible, and the ratchet rests on a blue moving blanket in a red truck bed.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positioning the ratchet mechanism upright on a blue moving blanket in a red truck bed, with the orange strap nearby.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Thread and pull the strap through the windlass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pulling the orange strap through the ratchet mechanism, keeping it straight and untangled across a truck bed lined with blue moving blankets.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gesturing with one hand while holding the ratchet and strap with the other, emphasizing the need to pull enough strap through before tensioning.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Apply tension with the ratchet handle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operating the ratchet handle, causing the orange strap to wind around the windlass, with some slack still visible across the truck bed.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close-up of the ratchet mechanism with the orange strap wound around the windlass, labeled "Minimum 1 Full Revolution."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of the ratchet mechanism with the handle being operated, labeled "Maximum 4 Full Revolutions."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Lock the ratchet mechanism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pushing the ratchet handle down to lock the mechanism, with the orange strap taut and secured across the truck bed.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Manage the loose webbing ("dog ear")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holding a ratchet strap with excess orange webbing, preparing to manage the loose end in the bed of a red truck lined with blue moving blankets.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folding and winding the excess orange webbing into a bundle, with the ratchet strap stretched across the truck bed.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continuing to wind the orange webbing into a compact bundle near the ratchet mechanism.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Secure the bundled webbing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: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Z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p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x</w:t>
      </w:r>
      <w:r>
        <w:rPr>
          <w:i/>
          <w:color w:val="404040"/>
          <w:sz w:val="24"/>
          <w:rFonts w:ascii="Inter" w:hAnsi="Inter" w:eastAsia="Noto Sans CJK JP" w:cs="Noto Sans CJK JP"/>
        </w:rPr>
        <w:t>p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v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b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p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h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b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k</w:t>
      </w:r>
      <w:r>
        <w:rPr>
          <w:i/>
          <w:color w:val="404040"/>
          <w:sz w:val="24"/>
          <w:rFonts w:ascii="Inter" w:hAnsi="Inter" w:eastAsia="Noto Sans CJK JP" w:cs="Noto Sans CJK JP"/>
        </w:rPr>
        <w:t>,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h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1</w:t>
      </w:r>
      <w:r>
        <w:rPr>
          <w:i/>
          <w:color w:val="404040"/>
          <w:sz w:val="24"/>
          <w:rFonts w:ascii="Inter" w:hAnsi="Inter" w:eastAsia="Noto Sans CJK JP" w:cs="Noto Sans CJK JP"/>
        </w:rPr>
        <w:t>0</w:t>
      </w:r>
      <w:r>
        <w:rPr>
          <w:i/>
          <w:color w:val="404040"/>
          <w:sz w:val="24"/>
          <w:rFonts w:ascii="Inter" w:hAnsi="Inter" w:eastAsia="Noto Sans CJK JP" w:cs="Noto Sans CJK JP"/>
        </w:rPr>
        <w:t>0</w:t>
      </w:r>
      <w:r>
        <w:rPr>
          <w:i/>
          <w:color w:val="404040"/>
          <w:sz w:val="24"/>
          <w:rFonts w:ascii="Inter" w:hAnsi="Inter" w:eastAsia="Noto Sans CJK JP" w:cs="Noto Sans CJK JP"/>
        </w:rPr>
        <w:t>-</w:t>
      </w:r>
      <w:r>
        <w:rPr>
          <w:i/>
          <w:color w:val="404040"/>
          <w:sz w:val="24"/>
          <w:rFonts w:ascii="Inter" w:hAnsi="Inter" w:eastAsia="Noto Sans CJK JP" w:cs="Noto Sans CJK JP"/>
        </w:rPr>
        <w:t>p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k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f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f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w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using a zip tie to secure the bundled orange webbing next to the ratchet mechanism.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Bundled and zip-tied orange webbing lying flat next to the ratchet mechanism, ready for transport.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Release the ratchet mechanism at your destination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of hands operating the ratchet release mechanism, with the bundled and zip-tied webbing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Remove the zip tie and open the ratchet handle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using scissors to cut the zip tie from the bundled orange webbing, preparing to remove the strap.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holding the ratchet handle flat, with the orange strap being pulled free from the mechanism across the truck bed.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Pull the strap free and remove it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pulling the orange ratchet strap free through the mechanism in the bed of a red truck lined with blue moving blankets, with the strap loose and no visible tension.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Complete the unloading process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Harbor Freight logo on a red background with the text "Quality Tools Lowest Prices" and "1400+ Stores Nationwide."</w:t>
      </w:r>
    </w:p>
    <w:p>
      <w:pPr/>
      <w:r>
        <w:br w:type="page"/>
      </w:r>
    </w:p>
    <w:sectPr w:rsidR="00FC693F" w:rsidRPr="0006063C" w:rsidSect="00034616">
      <w:headerReference w:type="default" r:id="rId21"/>
      <w:footerReference w:type="default" r:id="rId2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header" Target="header1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