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Operating a Sit-Down Forklift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Introduction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 and 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1: Preparing to operate the forklift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2: Picking up a pallet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3: Using the side shift and placing the pallet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4: Understanding and operating the forklift levers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5: Final lever review and safe operation tips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5328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53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of key points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checklist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