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Forklift Daily Inspection Checklist: Pre-Shift Inspection SOP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Operator seated in the forklift, demonstrating hydraulic control operation, with visible steering wheel, levers, and seat belt fastened.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finishing the inspection, hand on the dashboard, seated in the forklift with the seat belt fastened, in a warehouse setting.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Pre-shift visual inspection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checking the LP tank on the back of an orange DOOSAN forklift, verifying secure mounting and condition.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walking around the front mast area of the forklift, checking for debris and obstructions.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standing next to the forklift, reaching for the seat belt to check its condition and function.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Operational pre-shift checks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seated in the forklift, preparing to test the parking brake with visible controls and mirrors.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 operational tests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Inspector seated in the forklift, preparing to test the parking brake with visible controls and mirrors.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actively manipulating hydraulic controls, focusing on the side shift function, with a clear view of the forklift mast and controls.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shifting the forklift into reverse, hand on the gear lever, checking the backup alarm function.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forklift's warning light and headlight, indicating operational status during the brake test.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Support and contact information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Atlantic Forklift Services contact information displayed on a metallic background: website, logo, and phone number.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Atlantic Forklift Services contact information displayed on a metallic background: website, logo, and phone number.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Inspector visually checking the overhead guard and lights above the operator's seat on the forklift.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seated in the forklift, hand on controls, visually confirming the parking brake holds with the lift secure in a warehouse setting with shelves and equipment in the background.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