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Set Up a Barcode Scanner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Unbox your barcode scanner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sitting at a table with a boxed barcode scanner, a laptop, and various barcode-related equipment in a retail or office setting.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Identify the USB cable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a USB cable and preparing to connect it to the barcode scanner, with the scanner, laptop, and quick start guide on the table.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Connect the USB cable to the scanner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plugging the USB cable into the barcode scanner, demonstrating the connection process.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Plug the USB cable into your computer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sitting in front of a laptop with the scanner and cable connected, the cable plugged into the laptop, and the desktop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Wait for device detection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waiting for the computer to detect the scanner, with the scanner connected and the cable visible on the table.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Verify scanner activation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looking down at the scanner and laptop, checking for the activation beam.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Test the scanner input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the scanner with Notepad open on the laptop, ready to scan a barcode.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Set a carriage return (optional)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explaining the carriage return setting, with the scanner and laptop showing scanned barcode data in Notepad.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Locate the quick start guide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up a document labeled "Quick Start Guide," with the laptop and scanner on the table.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Scan configuration barcodes from the guide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the quick start guide open to display configuration barcodes, with the laptop showing scanned data in Notepad.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Verify carriage return functionality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demonstrates scanning a barcode with the scanner, while the laptop screen shows barcode data in a text editor and the quick start guide is open on the table.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Switch to tab key output (optional)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looking at the quick start guide, preparing to scan a configuration barcode, with the laptop and scanner on the table.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Restore default scanner settings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the quick start guide and the scanner, explaining how to restore default settings, with the laptop on the table showing barcode data.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Test the scanner after reset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pointing to the quick start guide, demonstrating the reset process, with the scanner on the table next to the laptop.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Confirm final configuration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sitting at the table with the scanner and laptop, confirming the scanner's configuration, with the quick start guide open on the table.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16. Complete setup and access further resources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sitting at the table with the scanner, laptop, and quick start guide, concluding the demonstration in a retail or office setting with barcode equipment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2"/>
      <w:footerReference w:type="default" r:id="rId2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header" Target="header1.xm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