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Document Version in Veeva Vault</w:t>
      </w:r>
    </w:p>
    <w:p>
      <w:pPr/>
      <w:r>
        <w:rPr>
          <w:color w:val="404040"/>
          <w:sz w:val="24"/>
          <w:rFonts w:ascii="Inter" w:hAnsi="Inter" w:eastAsia="Noto Sans CJK JP" w:cs="Noto Sans CJK JP"/>
        </w:rPr>
        <w:t>Learn how to create a document version in Veeva Vault when you need to correct an error or update content in an existing released document. This guide walks you through the full process—from understanding how versioning works, to creating a draft, editing the document, and releasing the new version—using the Veeva Vault interface.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need access to the document you want to update in Veeva Vault, with permissions to create a draft and release a new version.</w:t>
      </w:r>
    </w:p>
    <w:p>
      <w:pPr>
        <w:pStyle w:val="ListBullet2"/>
      </w:pPr>
      <w:r>
        <w:rPr>
          <w:color w:val="404040"/>
          <w:sz w:val="24"/>
          <w:rFonts w:ascii="Inter" w:hAnsi="Inter" w:eastAsia="Noto Sans CJK JP" w:cs="Noto Sans CJK JP"/>
        </w:rPr>
        <w:t>Identify the document's current document number, version, and status before you begin.</w:t>
      </w:r>
    </w:p>
    <w:p>
      <w:pPr>
        <w:pStyle w:val="ListBullet2"/>
      </w:pPr>
      <w:r>
        <w:rPr>
          <w:color w:val="404040"/>
          <w:sz w:val="24"/>
          <w:rFonts w:ascii="Inter" w:hAnsi="Inter" w:eastAsia="Noto Sans CJK JP" w:cs="Noto Sans CJK JP"/>
        </w:rPr>
        <w:t>If you plan to upload a corrected file instead of editing in place, have that file ready on your computer.</w:t>
      </w:r>
    </w:p>
    <w:p>
      <w:pPr>
        <w:pStyle w:val="Heading2"/>
        <w:keepNext/>
        <w:keepLines/>
        <w:ind w:left="0"/>
        <w:outlineLvl w:val="1"/>
      </w:pPr>
      <w:r>
        <w:rPr>
          <w:b/>
          <w:color w:val="404040"/>
          <w:sz w:val="32"/>
          <w:rFonts w:ascii="Inter" w:hAnsi="Inter" w:eastAsia="Noto Sans CJK JP" w:cs="Noto Sans CJK JP"/>
        </w:rPr>
        <w:t>Understanding document versioning</w:t>
      </w:r>
    </w:p>
    <w:p>
      <w:pPr>
        <w:pStyle w:val="Heading3"/>
        <w:keepNext/>
        <w:keepLines/>
        <w:ind w:left="0"/>
        <w:outlineLvl w:val="2"/>
      </w:pPr>
      <w:r>
        <w:rPr>
          <w:b/>
          <w:color w:val="404040"/>
          <w:sz w:val="28"/>
          <w:rFonts w:ascii="Inter" w:hAnsi="Inter" w:eastAsia="Noto Sans CJK JP" w:cs="Noto Sans CJK JP"/>
        </w:rPr>
        <w:t>Know when to create a draft</w:t>
      </w:r>
    </w:p>
    <w:p>
      <w:pPr>
        <w:keepNext/>
        <w:keepLines/>
      </w:pPr>
      <w:r>
        <w:rPr>
          <w:color w:val="404040"/>
          <w:sz w:val="24"/>
          <w:rFonts w:ascii="Inter" w:hAnsi="Inter" w:eastAsia="Noto Sans CJK JP" w:cs="Noto Sans CJK JP"/>
        </w:rPr>
        <w:t>Use the draft creation process whenever you need to make the current uploaded version obsolete because of errors or required corrections. This process changes only the version number—the document number stays the same.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note overlay on the Veeva Vault interface stating: "This process will only change the versioning number, not the document number."</w:t>
      </w:r>
    </w:p>
    <w:p>
      <w:pPr/>
      <w:r>
        <w:rPr>
          <w:color w:val="404040"/>
          <w:sz w:val="24"/>
          <w:rFonts w:ascii="Inter" w:hAnsi="Inter" w:eastAsia="Noto Sans CJK JP" w:cs="Noto Sans CJK JP"/>
        </w:rPr>
        <w:t xml:space="preserve">For standard version updates, always use the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option. Creating a draft:</w:t>
      </w:r>
    </w:p>
    <w:p>
      <w:pPr>
        <w:pStyle w:val="ListBullet2"/>
      </w:pPr>
      <w:r>
        <w:rPr>
          <w:color w:val="404040"/>
          <w:sz w:val="24"/>
          <w:rFonts w:ascii="Inter" w:hAnsi="Inter" w:eastAsia="Noto Sans CJK JP" w:cs="Noto Sans CJK JP"/>
        </w:rPr>
        <w:t>Maintains the same document number.</w:t>
      </w:r>
    </w:p>
    <w:p>
      <w:pPr>
        <w:pStyle w:val="ListBullet2"/>
      </w:pPr>
      <w:r>
        <w:rPr>
          <w:color w:val="404040"/>
          <w:sz w:val="24"/>
          <w:rFonts w:ascii="Inter" w:hAnsi="Inter" w:eastAsia="Noto Sans CJK JP" w:cs="Noto Sans CJK JP"/>
        </w:rPr>
        <w:t>Increments the version number (for example, from 8.0 to 8.1, then to 9.0 upon release).</w:t>
      </w:r>
    </w:p>
    <w:p>
      <w:pPr>
        <w:pStyle w:val="ListBullet2"/>
      </w:pPr>
      <w:r>
        <w:rPr>
          <w:color w:val="404040"/>
          <w:sz w:val="24"/>
          <w:rFonts w:ascii="Inter" w:hAnsi="Inter" w:eastAsia="Noto Sans CJK JP" w:cs="Noto Sans CJK JP"/>
        </w:rPr>
        <w:t>Preserves the document's history and audit trail.</w:t>
      </w:r>
    </w:p>
    <w:p>
      <w:pPr/>
      <w:r>
        <w:rPr>
          <w:color w:val="404040"/>
          <w:sz w:val="24"/>
          <w:rFonts w:ascii="Inter" w:hAnsi="Inter" w:eastAsia="Noto Sans CJK JP" w:cs="Noto Sans CJK JP"/>
        </w:rPr>
        <w:t>This is the recommended approach for updating or revising existing documents within the same document lifecycle.</w:t>
      </w:r>
    </w:p>
    <w:p>
      <w:pPr>
        <w:pStyle w:val="Heading3"/>
        <w:keepNext/>
        <w:keepLines/>
        <w:ind w:left="0"/>
        <w:outlineLvl w:val="2"/>
      </w:pPr>
      <w:r>
        <w:rPr>
          <w:b/>
          <w:color w:val="404040"/>
          <w:sz w:val="28"/>
          <w:rFonts w:ascii="Inter" w:hAnsi="Inter" w:eastAsia="Noto Sans CJK JP" w:cs="Noto Sans CJK JP"/>
        </w:rPr>
        <w:t>Distinguish "Create Draft" from "Make a Copy"</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Make a Copy</w:t>
      </w:r>
      <w:r>
        <w:rPr>
          <w:color w:val="404040"/>
          <w:sz w:val="24"/>
          <w:rFonts w:ascii="Inter" w:hAnsi="Inter" w:eastAsia="Noto Sans CJK JP" w:cs="Noto Sans CJK JP"/>
        </w:rPr>
        <w:t xml:space="preserve"> option is different from creating a draft, and it's important not to confuse the two. You can find it in the action menu (three vertical dots) next to the document title or in the </w:t>
      </w:r>
      <w:r>
        <w:rPr>
          <w:b/>
          <w:color w:val="404040"/>
          <w:sz w:val="24"/>
          <w:rFonts w:ascii="Inter" w:hAnsi="Inter" w:eastAsia="Noto Sans CJK JP" w:cs="Noto Sans CJK JP"/>
        </w:rPr>
        <w:t>INFORMATION</w:t>
      </w:r>
      <w:r>
        <w:rPr>
          <w:color w:val="404040"/>
          <w:sz w:val="24"/>
          <w:rFonts w:ascii="Inter" w:hAnsi="Inter" w:eastAsia="Noto Sans CJK JP" w:cs="Noto Sans CJK JP"/>
        </w:rPr>
        <w:t xml:space="preserve"> panel, listed below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and above </w:t>
      </w:r>
      <w:r>
        <w:rPr>
          <w:b/>
          <w:color w:val="404040"/>
          <w:sz w:val="24"/>
          <w:rFonts w:ascii="Inter" w:hAnsi="Inter" w:eastAsia="Noto Sans CJK JP" w:cs="Noto Sans CJK JP"/>
        </w:rPr>
        <w:t>Delete</w:t>
      </w:r>
      <w:r>
        <w:rPr>
          <w:color w:val="404040"/>
          <w:sz w:val="24"/>
          <w:rFonts w:ascii="Inter" w:hAnsi="Inter" w:eastAsia="Noto Sans CJK JP" w:cs="Noto Sans CJK JP"/>
        </w:rPr>
        <w:t>.</w:t>
      </w:r>
    </w:p>
    <w:p>
      <w:pPr/>
      <w:r>
        <w:rPr>
          <w:color w:val="404040"/>
          <w:sz w:val="24"/>
          <w:rFonts w:ascii="Inter" w:hAnsi="Inter" w:eastAsia="Noto Sans CJK JP" w:cs="Noto Sans CJK JP"/>
        </w:rPr>
        <w:t xml:space="preserve">Selecting </w:t>
      </w:r>
      <w:r>
        <w:rPr>
          <w:b/>
          <w:color w:val="404040"/>
          <w:sz w:val="24"/>
          <w:rFonts w:ascii="Inter" w:hAnsi="Inter" w:eastAsia="Noto Sans CJK JP" w:cs="Noto Sans CJK JP"/>
        </w:rPr>
        <w:t>Make a Copy</w:t>
      </w:r>
      <w:r>
        <w:rPr>
          <w:color w:val="404040"/>
          <w:sz w:val="24"/>
          <w:rFonts w:ascii="Inter" w:hAnsi="Inter" w:eastAsia="Noto Sans CJK JP" w:cs="Noto Sans CJK JP"/>
        </w:rPr>
        <w:t xml:space="preserve"> will:</w:t>
      </w:r>
    </w:p>
    <w:p>
      <w:pPr>
        <w:pStyle w:val="ListBullet2"/>
      </w:pPr>
      <w:r>
        <w:rPr>
          <w:color w:val="404040"/>
          <w:sz w:val="24"/>
          <w:rFonts w:ascii="Inter" w:hAnsi="Inter" w:eastAsia="Noto Sans CJK JP" w:cs="Noto Sans CJK JP"/>
        </w:rPr>
        <w:t>Create an entirely new document in Vault.</w:t>
      </w:r>
    </w:p>
    <w:p>
      <w:pPr>
        <w:pStyle w:val="ListBullet2"/>
      </w:pPr>
      <w:r>
        <w:rPr>
          <w:color w:val="404040"/>
          <w:sz w:val="24"/>
          <w:rFonts w:ascii="Inter" w:hAnsi="Inter" w:eastAsia="Noto Sans CJK JP" w:cs="Noto Sans CJK JP"/>
        </w:rPr>
        <w:t>Assign a new, unique document number.</w:t>
      </w:r>
    </w:p>
    <w:p>
      <w:pPr>
        <w:pStyle w:val="ListBullet2"/>
      </w:pPr>
      <w:r>
        <w:rPr>
          <w:color w:val="404040"/>
          <w:sz w:val="24"/>
          <w:rFonts w:ascii="Inter" w:hAnsi="Inter" w:eastAsia="Noto Sans CJK JP" w:cs="Noto Sans CJK JP"/>
        </w:rPr>
        <w:t>Reset the version number to 0.0 for the new document.</w:t>
      </w:r>
    </w:p>
    <w:p>
      <w:pPr>
        <w:pStyle w:val="ListBullet2"/>
      </w:pPr>
      <w:r>
        <w:rPr>
          <w:color w:val="404040"/>
          <w:sz w:val="24"/>
          <w:rFonts w:ascii="Inter" w:hAnsi="Inter" w:eastAsia="Noto Sans CJK JP" w:cs="Noto Sans CJK JP"/>
        </w:rPr>
        <w:t>Start a new document lifecycle, separate from the original.</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Make a Copy</w:t>
      </w:r>
      <w:r>
        <w:rPr>
          <w:color w:val="404040"/>
          <w:sz w:val="24"/>
          <w:rFonts w:ascii="Inter" w:hAnsi="Inter" w:eastAsia="Noto Sans CJK JP" w:cs="Noto Sans CJK JP"/>
        </w:rPr>
        <w:t xml:space="preserve"> only when you need a completely independent document, not a new version of the current one.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Veeva Vault interface showing the action menu open with "Make a Copy" highlighted, and the document details panel visible. The pointer hovers over "Make a Copy" to distinguish it from "Create Draft".</w:t>
      </w:r>
    </w:p>
    <w:p>
      <w:pPr>
        <w:pStyle w:val="Heading2"/>
        <w:keepNext/>
        <w:keepLines/>
        <w:ind w:left="0"/>
        <w:outlineLvl w:val="1"/>
      </w:pPr>
      <w:r>
        <w:rPr>
          <w:b/>
          <w:color w:val="404040"/>
          <w:sz w:val="32"/>
          <w:rFonts w:ascii="Inter" w:hAnsi="Inter" w:eastAsia="Noto Sans CJK JP" w:cs="Noto Sans CJK JP"/>
        </w:rPr>
        <w:t>Step 1: Identify the document to update</w:t>
      </w:r>
    </w:p>
    <w:p>
      <w:pPr/>
      <w:r>
        <w:rPr>
          <w:color w:val="404040"/>
          <w:sz w:val="24"/>
          <w:rFonts w:ascii="Inter" w:hAnsi="Inter" w:eastAsia="Noto Sans CJK JP" w:cs="Noto Sans CJK JP"/>
        </w:rPr>
        <w:t>Locate the document you want to update in Vault. For example, you might find a cover letter titled "natalies test label (v7.1)" with document number BES-095009, status Released, and version 7.1.</w:t>
      </w:r>
    </w:p>
    <w:p>
      <w:pPr>
        <w:keepNext/>
        <w:keepLines/>
      </w:pPr>
      <w:r>
        <w:rPr>
          <w:color w:val="404040"/>
          <w:sz w:val="24"/>
          <w:rFonts w:ascii="Inter" w:hAnsi="Inter" w:eastAsia="Noto Sans CJK JP" w:cs="Noto Sans CJK JP"/>
        </w:rPr>
        <w:t xml:space="preserve">Confirm the document details in the </w:t>
      </w:r>
      <w:r>
        <w:rPr>
          <w:b/>
          <w:color w:val="404040"/>
          <w:sz w:val="24"/>
          <w:rFonts w:ascii="Inter" w:hAnsi="Inter" w:eastAsia="Noto Sans CJK JP" w:cs="Noto Sans CJK JP"/>
        </w:rPr>
        <w:t>INFORMATION</w:t>
      </w:r>
      <w:r>
        <w:rPr>
          <w:color w:val="404040"/>
          <w:sz w:val="24"/>
          <w:rFonts w:ascii="Inter" w:hAnsi="Inter" w:eastAsia="Noto Sans CJK JP" w:cs="Noto Sans CJK JP"/>
        </w:rPr>
        <w:t xml:space="preserve"> panel, including type, subtype, classification, and lifecycle, before making any changes.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Veeva Vault RegulatoryOne interface showing a released document with details such as document number, version, and status. The document content appears on the left, with metadata on the right.</w:t>
      </w:r>
    </w:p>
    <w:p>
      <w:pPr>
        <w:pStyle w:val="Heading2"/>
        <w:keepNext/>
        <w:keepLines/>
        <w:ind w:left="0"/>
        <w:outlineLvl w:val="1"/>
      </w:pPr>
      <w:r>
        <w:rPr>
          <w:b/>
          <w:color w:val="404040"/>
          <w:sz w:val="32"/>
          <w:rFonts w:ascii="Inter" w:hAnsi="Inter" w:eastAsia="Noto Sans CJK JP" w:cs="Noto Sans CJK JP"/>
        </w:rPr>
        <w:t>Step 2: Create a draft</w:t>
      </w:r>
    </w:p>
    <w:p>
      <w:pPr>
        <w:pStyle w:val="Heading3"/>
        <w:keepNext/>
        <w:keepLines/>
        <w:ind w:left="0"/>
        <w:outlineLvl w:val="2"/>
      </w:pPr>
      <w:r>
        <w:rPr>
          <w:b/>
          <w:color w:val="404040"/>
          <w:sz w:val="28"/>
          <w:rFonts w:ascii="Inter" w:hAnsi="Inter" w:eastAsia="Noto Sans CJK JP" w:cs="Noto Sans CJK JP"/>
        </w:rPr>
        <w:t>Open the document actions menu</w:t>
      </w:r>
    </w:p>
    <w:p>
      <w:pPr>
        <w:keepNext/>
        <w:keepLines/>
      </w:pPr>
      <w:r>
        <w:rPr>
          <w:color w:val="404040"/>
          <w:sz w:val="24"/>
          <w:rFonts w:ascii="Inter" w:hAnsi="Inter" w:eastAsia="Noto Sans CJK JP" w:cs="Noto Sans CJK JP"/>
        </w:rPr>
        <w:t>Click the three vertical dots (action menu) in the upper right corner of the document information panel. A dropdown menu appears with several options.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Dropdown action menu open in Veeva Vault, showing options such as Add to Cart, Send as Link, Upload New Version, Create Draft, and others. The cursor hovers over "Create Draft".</w:t>
      </w:r>
    </w:p>
    <w:p>
      <w:pPr>
        <w:pStyle w:val="Heading3"/>
        <w:keepNext/>
        <w:keepLines/>
        <w:ind w:left="0"/>
        <w:outlineLvl w:val="2"/>
      </w:pPr>
      <w:r>
        <w:rPr>
          <w:b/>
          <w:color w:val="404040"/>
          <w:sz w:val="28"/>
          <w:rFonts w:ascii="Inter" w:hAnsi="Inter" w:eastAsia="Noto Sans CJK JP" w:cs="Noto Sans CJK JP"/>
        </w:rPr>
        <w:t>Select Create Draft</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from the dropdown menu. Ignore the </w:t>
      </w:r>
      <w:r>
        <w:rPr>
          <w:b/>
          <w:color w:val="404040"/>
          <w:sz w:val="24"/>
          <w:rFonts w:ascii="Inter" w:hAnsi="Inter" w:eastAsia="Noto Sans CJK JP" w:cs="Noto Sans CJK JP"/>
        </w:rPr>
        <w:t>Upload New Version</w:t>
      </w:r>
      <w:r>
        <w:rPr>
          <w:color w:val="404040"/>
          <w:sz w:val="24"/>
          <w:rFonts w:ascii="Inter" w:hAnsi="Inter" w:eastAsia="Noto Sans CJK JP" w:cs="Noto Sans CJK JP"/>
        </w:rPr>
        <w:t xml:space="preserve"> option directly above it, as it does not function as required for this process. Clicking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initiates the versioning process without changing the document number.</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Dropdown action menu in Veeva Vault with "Create Draft" highlighted and the cursor pointing at it.</w:t>
      </w:r>
    </w:p>
    <w:p>
      <w:pPr>
        <w:pStyle w:val="Heading3"/>
        <w:keepNext/>
        <w:keepLines/>
        <w:ind w:left="0"/>
        <w:outlineLvl w:val="2"/>
      </w:pPr>
      <w:r>
        <w:rPr>
          <w:b/>
          <w:color w:val="404040"/>
          <w:sz w:val="28"/>
          <w:rFonts w:ascii="Inter" w:hAnsi="Inter" w:eastAsia="Noto Sans CJK JP" w:cs="Noto Sans CJK JP"/>
        </w:rPr>
        <w:t>Choose how to update the draft document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dialog, decide whether to edit the existing document directly in the system or upload a new corrected file:</w:t>
      </w:r>
    </w:p>
    <w:p>
      <w:pPr>
        <w:pStyle w:val="ListBullet2"/>
      </w:pPr>
      <w:r>
        <w:rPr>
          <w:color w:val="404040"/>
          <w:sz w:val="24"/>
          <w:rFonts w:ascii="Inter" w:hAnsi="Inter" w:eastAsia="Noto Sans CJK JP" w:cs="Noto Sans CJK JP"/>
        </w:rPr>
        <w:t xml:space="preserve">To edit the current version, click </w:t>
      </w:r>
      <w:r>
        <w:rPr>
          <w:b/>
          <w:color w:val="404040"/>
          <w:sz w:val="24"/>
          <w:rFonts w:ascii="Inter" w:hAnsi="Inter" w:eastAsia="Noto Sans CJK JP" w:cs="Noto Sans CJK JP"/>
        </w:rPr>
        <w:t>Create</w:t>
      </w:r>
      <w:r>
        <w:rPr>
          <w:color w:val="404040"/>
          <w:sz w:val="24"/>
          <w:rFonts w:ascii="Inter" w:hAnsi="Inter" w:eastAsia="Noto Sans CJK JP" w:cs="Noto Sans CJK JP"/>
        </w:rPr>
        <w:t>. This lets you make changes to the document already stored in Vault.</w:t>
      </w:r>
    </w:p>
    <w:p>
      <w:pPr>
        <w:pStyle w:val="ListBullet2"/>
        <w:keepNext/>
        <w:keepLines/>
      </w:pPr>
      <w:r>
        <w:rPr>
          <w:color w:val="404040"/>
          <w:sz w:val="24"/>
          <w:rFonts w:ascii="Inter" w:hAnsi="Inter" w:eastAsia="Noto Sans CJK JP" w:cs="Noto Sans CJK JP"/>
        </w:rPr>
        <w:t xml:space="preserve">To upload a new file, click the file icon in the dialog, browse your computer, and select the corrected document (for example, "Notification Letter VAMCO.docx"), then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it.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Draft dialog in Veeva Vault with options to copy from the current version or upload a new file. Purple arrows highlight "Upload new version from your desktop" and "Create new version from the existing version (Edit a word document)".</w:t>
      </w:r>
    </w:p>
    <w:p>
      <w:pPr>
        <w:pStyle w:val="Heading2"/>
        <w:keepNext/>
        <w:keepLines/>
        <w:ind w:left="0"/>
        <w:outlineLvl w:val="1"/>
      </w:pPr>
      <w:r>
        <w:rPr>
          <w:b/>
          <w:color w:val="404040"/>
          <w:sz w:val="32"/>
          <w:rFonts w:ascii="Inter" w:hAnsi="Inter" w:eastAsia="Noto Sans CJK JP" w:cs="Noto Sans CJK JP"/>
        </w:rPr>
        <w:t>Option A: Edit the existing document</w:t>
      </w:r>
    </w:p>
    <w:p>
      <w:pPr>
        <w:pStyle w:val="Heading3"/>
        <w:keepNext/>
        <w:keepLines/>
        <w:ind w:left="0"/>
        <w:outlineLvl w:val="2"/>
      </w:pPr>
      <w:r>
        <w:rPr>
          <w:b/>
          <w:color w:val="404040"/>
          <w:sz w:val="28"/>
          <w:rFonts w:ascii="Inter" w:hAnsi="Inter" w:eastAsia="Noto Sans CJK JP" w:cs="Noto Sans CJK JP"/>
        </w:rPr>
        <w:t>Confirm the new draft version</w:t>
      </w:r>
    </w:p>
    <w:p>
      <w:pPr/>
      <w:r>
        <w:rPr>
          <w:color w:val="404040"/>
          <w:sz w:val="24"/>
          <w:rFonts w:ascii="Inter" w:hAnsi="Inter" w:eastAsia="Noto Sans CJK JP" w:cs="Noto Sans CJK JP"/>
        </w:rPr>
        <w:t xml:space="preserve">If you choose to edit the current version, 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in the dialog to proceed. This lets you make changes directly to the document stored in Vault, eliminating the need to re-upload a file.</w:t>
      </w:r>
    </w:p>
    <w:p>
      <w:pPr>
        <w:keepNext/>
        <w:keepLines/>
      </w:pPr>
      <w:r>
        <w:rPr>
          <w:color w:val="404040"/>
          <w:sz w:val="24"/>
          <w:rFonts w:ascii="Inter" w:hAnsi="Inter" w:eastAsia="Noto Sans CJK JP" w:cs="Noto Sans CJK JP"/>
        </w:rPr>
        <w:t>Wait for the system to generate the new draft version (for example, v8.1). The document status displays as "Draft" and the file becomes available for editing.</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Veeva Vault interface showing the new draft version (v8.1) being generated, with the file "Notification Letter VAMCO.docx" and status "Draft".</w:t>
      </w:r>
    </w:p>
    <w:p>
      <w:pPr>
        <w:pStyle w:val="Heading3"/>
        <w:keepNext/>
        <w:keepLines/>
        <w:ind w:left="0"/>
        <w:outlineLvl w:val="2"/>
      </w:pPr>
      <w:r>
        <w:rPr>
          <w:b/>
          <w:color w:val="404040"/>
          <w:sz w:val="28"/>
          <w:rFonts w:ascii="Inter" w:hAnsi="Inter" w:eastAsia="Noto Sans CJK JP" w:cs="Noto Sans CJK JP"/>
        </w:rPr>
        <w:t>Edit the document in Microsoft Office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Edit in Microsoft Office</w:t>
      </w:r>
      <w:r>
        <w:rPr>
          <w:color w:val="404040"/>
          <w:sz w:val="24"/>
          <w:rFonts w:ascii="Inter" w:hAnsi="Inter" w:eastAsia="Noto Sans CJK JP" w:cs="Noto Sans CJK JP"/>
        </w:rPr>
        <w:t xml:space="preserve"> in the Vault toolbar. The document opens in Microsoft Word (or the appropriate Office application). Make the necessary changes to the document, such as deleting a section or updating text, then save and close the document.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Microsoft Word open with the document checked out, showing text being edited and a callout: "2. Check out. Made changes".</w:t>
      </w:r>
    </w:p>
    <w:p>
      <w:pPr>
        <w:pStyle w:val="Heading3"/>
        <w:keepNext/>
        <w:keepLines/>
        <w:ind w:left="0"/>
        <w:outlineLvl w:val="2"/>
      </w:pPr>
      <w:r>
        <w:rPr>
          <w:b/>
          <w:color w:val="404040"/>
          <w:sz w:val="28"/>
          <w:rFonts w:ascii="Inter" w:hAnsi="Inter" w:eastAsia="Noto Sans CJK JP" w:cs="Noto Sans CJK JP"/>
        </w:rPr>
        <w:t>Check the document back in</w:t>
      </w:r>
    </w:p>
    <w:p>
      <w:pPr/>
      <w:r>
        <w:rPr>
          <w:color w:val="404040"/>
          <w:sz w:val="24"/>
          <w:rFonts w:ascii="Inter" w:hAnsi="Inter" w:eastAsia="Noto Sans CJK JP" w:cs="Noto Sans CJK JP"/>
        </w:rPr>
        <w:t>Return to the Vault interface and check the document back in to save your changes to the system. This finalizes your edits and updates the draft version in Vault.</w:t>
      </w:r>
    </w:p>
    <w:p>
      <w:pPr>
        <w:keepNext/>
        <w:keepLines/>
      </w:pPr>
      <w:r>
        <w:rPr>
          <w:color w:val="404040"/>
          <w:sz w:val="24"/>
          <w:rFonts w:ascii="Inter" w:hAnsi="Inter" w:eastAsia="Noto Sans CJK JP" w:cs="Noto Sans CJK JP"/>
        </w:rPr>
        <w:t>Confirm that the changes you made, such as deleted sections, are reflected in the document preview.</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Microsoft Word document with highlighted changes, ready to be checked in.</w:t>
      </w:r>
    </w:p>
    <w:p>
      <w:pPr>
        <w:pStyle w:val="Heading2"/>
        <w:keepNext/>
        <w:keepLines/>
        <w:ind w:left="0"/>
        <w:outlineLvl w:val="1"/>
      </w:pPr>
      <w:r>
        <w:rPr>
          <w:b/>
          <w:color w:val="404040"/>
          <w:sz w:val="32"/>
          <w:rFonts w:ascii="Inter" w:hAnsi="Inter" w:eastAsia="Noto Sans CJK JP" w:cs="Noto Sans CJK JP"/>
        </w:rPr>
        <w:t>Option B: Upload a new file</w:t>
      </w:r>
    </w:p>
    <w:p>
      <w:pPr>
        <w:pStyle w:val="Heading3"/>
        <w:keepNext/>
        <w:keepLines/>
        <w:ind w:left="0"/>
        <w:outlineLvl w:val="2"/>
      </w:pPr>
      <w:r>
        <w:rPr>
          <w:b/>
          <w:color w:val="404040"/>
          <w:sz w:val="28"/>
          <w:rFonts w:ascii="Inter" w:hAnsi="Inter" w:eastAsia="Noto Sans CJK JP" w:cs="Noto Sans CJK JP"/>
        </w:rPr>
        <w:t>Add a version description and create the draft</w:t>
      </w:r>
    </w:p>
    <w:p>
      <w:pPr>
        <w:keepNext/>
        <w:keepLines/>
      </w:pPr>
      <w:r>
        <w:rPr>
          <w:color w:val="404040"/>
          <w:sz w:val="24"/>
          <w:rFonts w:ascii="Inter" w:hAnsi="Inter" w:eastAsia="Noto Sans CJK JP" w:cs="Noto Sans CJK JP"/>
        </w:rPr>
        <w:t xml:space="preserve">If you uploaded a new file instead of editing in place, enter a description of the changes in the </w:t>
      </w:r>
      <w:r>
        <w:rPr>
          <w:b/>
          <w:color w:val="404040"/>
          <w:sz w:val="24"/>
          <w:rFonts w:ascii="Inter" w:hAnsi="Inter" w:eastAsia="Noto Sans CJK JP" w:cs="Noto Sans CJK JP"/>
        </w:rPr>
        <w:t>Version Description</w:t>
      </w:r>
      <w:r>
        <w:rPr>
          <w:color w:val="404040"/>
          <w:sz w:val="24"/>
          <w:rFonts w:ascii="Inter" w:hAnsi="Inter" w:eastAsia="Noto Sans CJK JP" w:cs="Noto Sans CJK JP"/>
        </w:rPr>
        <w:t xml:space="preserve"> field of the </w:t>
      </w:r>
      <w:r>
        <w:rPr>
          <w:b/>
          <w:color w:val="404040"/>
          <w:sz w:val="24"/>
          <w:rFonts w:ascii="Inter" w:hAnsi="Inter" w:eastAsia="Noto Sans CJK JP" w:cs="Noto Sans CJK JP"/>
        </w:rPr>
        <w:t>Create Draft</w:t>
      </w:r>
      <w:r>
        <w:rPr>
          <w:color w:val="404040"/>
          <w:sz w:val="24"/>
          <w:rFonts w:ascii="Inter" w:hAnsi="Inter" w:eastAsia="Noto Sans CJK JP" w:cs="Noto Sans CJK JP"/>
        </w:rPr>
        <w:t xml:space="preserve"> dialog (for example, "changes to notification letter"). 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finalize the draft creation.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Draft dialog in Veeva Vault with a new file selected and a version description being typed. The "Create" button is visible.</w:t>
      </w:r>
    </w:p>
    <w:p>
      <w:pPr>
        <w:pStyle w:val="Heading3"/>
        <w:keepNext/>
        <w:keepLines/>
        <w:ind w:left="0"/>
        <w:outlineLvl w:val="2"/>
      </w:pPr>
      <w:r>
        <w:rPr>
          <w:b/>
          <w:color w:val="404040"/>
          <w:sz w:val="28"/>
          <w:rFonts w:ascii="Inter" w:hAnsi="Inter" w:eastAsia="Noto Sans CJK JP" w:cs="Noto Sans CJK JP"/>
        </w:rPr>
        <w:t>Verify the new draft version</w:t>
      </w:r>
    </w:p>
    <w:p>
      <w:pPr>
        <w:keepNext/>
        <w:keepLines/>
      </w:pPr>
      <w:r>
        <w:rPr>
          <w:color w:val="404040"/>
          <w:sz w:val="24"/>
          <w:rFonts w:ascii="Inter" w:hAnsi="Inter" w:eastAsia="Noto Sans CJK JP" w:cs="Noto Sans CJK JP"/>
        </w:rPr>
        <w:t>Confirm that the new document is now listed as a draft with an updated version number (for example, version 7.2). Check that the document number remains the same (for example, BES-095009) while the version has incremented. The document status should show "Draft," and the new file should appear in the viewer.</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Veeva Vault interface showing the new draft version (v7.2) of the document, with status "Draft" and the updated file displayed.</w:t>
      </w:r>
    </w:p>
    <w:p>
      <w:pPr>
        <w:pStyle w:val="Heading2"/>
        <w:keepNext/>
        <w:keepLines/>
        <w:ind w:left="0"/>
        <w:outlineLvl w:val="1"/>
      </w:pPr>
      <w:r>
        <w:rPr>
          <w:b/>
          <w:color w:val="404040"/>
          <w:sz w:val="32"/>
          <w:rFonts w:ascii="Inter" w:hAnsi="Inter" w:eastAsia="Noto Sans CJK JP" w:cs="Noto Sans CJK JP"/>
        </w:rPr>
        <w:t>Step 3: Release the new document version</w:t>
      </w:r>
    </w:p>
    <w:p>
      <w:pPr>
        <w:pStyle w:val="Heading3"/>
        <w:keepNext/>
        <w:keepLines/>
        <w:ind w:left="0"/>
        <w:outlineLvl w:val="2"/>
      </w:pPr>
      <w:r>
        <w:rPr>
          <w:b/>
          <w:color w:val="404040"/>
          <w:sz w:val="28"/>
          <w:rFonts w:ascii="Inter" w:hAnsi="Inter" w:eastAsia="Noto Sans CJK JP" w:cs="Noto Sans CJK JP"/>
        </w:rPr>
        <w:t>Review and update metadata</w:t>
      </w:r>
    </w:p>
    <w:p>
      <w:pPr>
        <w:keepNext/>
        <w:keepLines/>
      </w:pPr>
      <w:r>
        <w:rPr>
          <w:color w:val="404040"/>
          <w:sz w:val="24"/>
          <w:rFonts w:ascii="Inter" w:hAnsi="Inter" w:eastAsia="Noto Sans CJK JP" w:cs="Noto Sans CJK JP"/>
        </w:rPr>
        <w:t xml:space="preserve">Double-check all metadata fields in the </w:t>
      </w:r>
      <w:r>
        <w:rPr>
          <w:b/>
          <w:color w:val="404040"/>
          <w:sz w:val="24"/>
          <w:rFonts w:ascii="Inter" w:hAnsi="Inter" w:eastAsia="Noto Sans CJK JP" w:cs="Noto Sans CJK JP"/>
        </w:rPr>
        <w:t>INFORMATION</w:t>
      </w:r>
      <w:r>
        <w:rPr>
          <w:color w:val="404040"/>
          <w:sz w:val="24"/>
          <w:rFonts w:ascii="Inter" w:hAnsi="Inter" w:eastAsia="Noto Sans CJK JP" w:cs="Noto Sans CJK JP"/>
        </w:rPr>
        <w:t xml:space="preserve"> panel on the right. Update any necessary fields, such as regulatory action, text date, or other document-specific metadata, to ensure accuracy for the new version.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Veeva Vault interface with the draft document open and a callout box stating "3. Double check Meta data." The INFORMATION panel is visible.</w:t>
      </w:r>
    </w:p>
    <w:p>
      <w:pPr>
        <w:pStyle w:val="Heading3"/>
        <w:keepNext/>
        <w:keepLines/>
        <w:ind w:left="0"/>
        <w:outlineLvl w:val="2"/>
      </w:pPr>
      <w:r>
        <w:rPr>
          <w:b/>
          <w:color w:val="404040"/>
          <w:sz w:val="28"/>
          <w:rFonts w:ascii="Inter" w:hAnsi="Inter" w:eastAsia="Noto Sans CJK JP" w:cs="Noto Sans CJK JP"/>
        </w:rPr>
        <w:t>Release the document</w:t>
      </w:r>
    </w:p>
    <w:p>
      <w:pPr/>
      <w:r>
        <w:rPr>
          <w:color w:val="404040"/>
          <w:sz w:val="24"/>
          <w:rFonts w:ascii="Inter" w:hAnsi="Inter" w:eastAsia="Noto Sans CJK JP" w:cs="Noto Sans CJK JP"/>
        </w:rPr>
        <w:t>Once you have verified your changes, release the draft:</w:t>
      </w:r>
    </w:p>
    <w:p>
      <w:pPr>
        <w:pStyle w:val="ListBullet2"/>
      </w:pPr>
      <w:r>
        <w:rPr>
          <w:color w:val="404040"/>
          <w:sz w:val="24"/>
          <w:rFonts w:ascii="Inter" w:hAnsi="Inter" w:eastAsia="Noto Sans CJK JP" w:cs="Noto Sans CJK JP"/>
        </w:rPr>
        <w:t xml:space="preserve">Click the action menu (three vertical dots) in the </w:t>
      </w:r>
      <w:r>
        <w:rPr>
          <w:b/>
          <w:color w:val="404040"/>
          <w:sz w:val="24"/>
          <w:rFonts w:ascii="Inter" w:hAnsi="Inter" w:eastAsia="Noto Sans CJK JP" w:cs="Noto Sans CJK JP"/>
        </w:rPr>
        <w:t>INFORMATION</w:t>
      </w:r>
      <w:r>
        <w:rPr>
          <w:color w:val="404040"/>
          <w:sz w:val="24"/>
          <w:rFonts w:ascii="Inter" w:hAnsi="Inter" w:eastAsia="Noto Sans CJK JP" w:cs="Noto Sans CJK JP"/>
        </w:rPr>
        <w:t xml:space="preserve"> panel.</w:t>
      </w:r>
    </w:p>
    <w:p>
      <w:pPr>
        <w:pStyle w:val="ListBullet2"/>
      </w:pPr>
      <w:r>
        <w:rPr>
          <w:color w:val="404040"/>
          <w:sz w:val="24"/>
          <w:rFonts w:ascii="Inter" w:hAnsi="Inter" w:eastAsia="Noto Sans CJK JP" w:cs="Noto Sans CJK JP"/>
        </w:rPr>
        <w:t xml:space="preserve">Select the option to </w:t>
      </w:r>
      <w:r>
        <w:rPr>
          <w:b/>
          <w:color w:val="404040"/>
          <w:sz w:val="24"/>
          <w:rFonts w:ascii="Inter" w:hAnsi="Inter" w:eastAsia="Noto Sans CJK JP" w:cs="Noto Sans CJK JP"/>
        </w:rPr>
        <w:t>Release</w:t>
      </w:r>
      <w:r>
        <w:rPr>
          <w:color w:val="404040"/>
          <w:sz w:val="24"/>
          <w:rFonts w:ascii="Inter" w:hAnsi="Inter" w:eastAsia="Noto Sans CJK JP" w:cs="Noto Sans CJK JP"/>
        </w:rPr>
        <w:t xml:space="preserve"> the document.</w:t>
      </w:r>
    </w:p>
    <w:p>
      <w:pPr/>
      <w:r>
        <w:rPr>
          <w:color w:val="404040"/>
          <w:sz w:val="24"/>
          <w:rFonts w:ascii="Inter" w:hAnsi="Inter" w:eastAsia="Noto Sans CJK JP" w:cs="Noto Sans CJK JP"/>
        </w:rPr>
        <w:t>The version number increments (for example, from 8.1 to 9.0), the previous version is marked as superseded, and the document status updates to "Released" for the new version.</w:t>
      </w:r>
    </w:p>
    <w:p>
      <w:pPr>
        <w:pStyle w:val="Heading2"/>
        <w:keepNext/>
        <w:keepLines/>
        <w:ind w:left="0"/>
        <w:outlineLvl w:val="1"/>
      </w:pPr>
      <w:r>
        <w:rPr>
          <w:b/>
          <w:color w:val="404040"/>
          <w:sz w:val="32"/>
          <w:rFonts w:ascii="Inter" w:hAnsi="Inter" w:eastAsia="Noto Sans CJK JP" w:cs="Noto Sans CJK JP"/>
        </w:rPr>
        <w:t>Step 4: Verify version history and document status</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Version History</w:t>
      </w:r>
      <w:r>
        <w:rPr>
          <w:color w:val="404040"/>
          <w:sz w:val="24"/>
          <w:rFonts w:ascii="Inter" w:hAnsi="Inter" w:eastAsia="Noto Sans CJK JP" w:cs="Noto Sans CJK JP"/>
        </w:rPr>
        <w:t xml:space="preserve"> section in the </w:t>
      </w:r>
      <w:r>
        <w:rPr>
          <w:b/>
          <w:color w:val="404040"/>
          <w:sz w:val="24"/>
          <w:rFonts w:ascii="Inter" w:hAnsi="Inter" w:eastAsia="Noto Sans CJK JP" w:cs="Noto Sans CJK JP"/>
        </w:rPr>
        <w:t>INFORMATION</w:t>
      </w:r>
      <w:r>
        <w:rPr>
          <w:color w:val="404040"/>
          <w:sz w:val="24"/>
          <w:rFonts w:ascii="Inter" w:hAnsi="Inter" w:eastAsia="Noto Sans CJK JP" w:cs="Noto Sans CJK JP"/>
        </w:rPr>
        <w:t xml:space="preserve"> panel to confirm that the new version (for example, v9.0) is now the current released document, and that previous versions are listed as "Superseded." Ensure the document number remains the same while the version and status reflect your recent changes.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Veeva Vault interface showing the updated draft version (v8.2) with status "Draft" and the version history panel displaying previous versions as "Superseded".</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To create a document version in Veeva Vault:</w:t>
      </w:r>
    </w:p>
    <w:p>
      <w:pPr>
        <w:pStyle w:val="ListBullet2"/>
      </w:pPr>
      <w:r>
        <w:rPr>
          <w:color w:val="404040"/>
          <w:sz w:val="24"/>
          <w:rFonts w:ascii="Inter" w:hAnsi="Inter" w:eastAsia="Noto Sans CJK JP" w:cs="Noto Sans CJK JP"/>
        </w:rPr>
        <w:t>Use the action menu to create a draft from the released document.</w:t>
      </w:r>
    </w:p>
    <w:p>
      <w:pPr>
        <w:pStyle w:val="ListBullet2"/>
      </w:pPr>
      <w:r>
        <w:rPr>
          <w:color w:val="404040"/>
          <w:sz w:val="24"/>
          <w:rFonts w:ascii="Inter" w:hAnsi="Inter" w:eastAsia="Noto Sans CJK JP" w:cs="Noto Sans CJK JP"/>
        </w:rPr>
        <w:t>Choose to edit the existing file directly in Vault, or upload a corrected file.</w:t>
      </w:r>
    </w:p>
    <w:p>
      <w:pPr>
        <w:pStyle w:val="ListBullet2"/>
      </w:pPr>
      <w:r>
        <w:rPr>
          <w:color w:val="404040"/>
          <w:sz w:val="24"/>
          <w:rFonts w:ascii="Inter" w:hAnsi="Inter" w:eastAsia="Noto Sans CJK JP" w:cs="Noto Sans CJK JP"/>
        </w:rPr>
        <w:t>Make and save your changes in Microsoft Office, if editing directly.</w:t>
      </w:r>
    </w:p>
    <w:p>
      <w:pPr>
        <w:pStyle w:val="ListBullet2"/>
      </w:pPr>
      <w:r>
        <w:rPr>
          <w:color w:val="404040"/>
          <w:sz w:val="24"/>
          <w:rFonts w:ascii="Inter" w:hAnsi="Inter" w:eastAsia="Noto Sans CJK JP" w:cs="Noto Sans CJK JP"/>
        </w:rPr>
        <w:t>Check the document back in and verify your edits.</w:t>
      </w:r>
    </w:p>
    <w:p>
      <w:pPr>
        <w:pStyle w:val="ListBullet2"/>
      </w:pPr>
      <w:r>
        <w:rPr>
          <w:color w:val="404040"/>
          <w:sz w:val="24"/>
          <w:rFonts w:ascii="Inter" w:hAnsi="Inter" w:eastAsia="Noto Sans CJK JP" w:cs="Noto Sans CJK JP"/>
        </w:rPr>
        <w:t>Release the new version and confirm the version history for proper document control.</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