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Self-Schedule in UKG: Exploring Workforce Management Scheduling Features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Scheduling "All that's included" section listing Dynamic Scheduling, Staffing Visibility, and Powerful AI, each with a short description and a "Learn more" link.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the UKG Pro Workforce Management solutions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Time &amp; Attendance page showing the "All that's included" section with Simplified Timekeeping, Proactive Absence Management, Trackable Job-Costing, and Reimagined Time Clock, each with a short description and a "Learn more" link.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Workforce Management resources with subscribe and like overlay, desktop taskbar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Review the six feature categories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Workforce Management features grid showing Time &amp; Attendance, Scheduling, Analytics, Compliance, Communication, and Strategic Planning.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Open the Time &amp; Attendance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™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Overview of UKG Workforce Management features showing six categories — Time &amp; Attendance, Scheduling, Analytics, Compliance, Communication and Collaboration, and Strategic Workforce Planning — each with a brief description and a "Learn more" link.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Review the advanced Time &amp; Attendance capabilities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Locate the Scheduling feature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Open the Scheduling product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Scheduling feature card under UKG Workforce Management describing how managers can ensure optimal shift coverage while giving employees flexibility, with a "Learn more" link.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Review the Scheduling "All that's included" section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&amp; Attendance feature cards for Proactive Absence Management, Trackable Job-Costing, and Reimagined Time Clock, each with a short description and a "Learn more" link.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Explore self-scheduling capabilities in UKG Pro Scheduling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Pro Scheduling page titled "Create the perfect schedule every week," showing a sample schedule interface on a monitor and a "Watch a 2 minute tour" button.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Review the key benefits of UKG Pro Scheduling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Pro Scheduling benefit summary listing compliance, employee empowerment, and forecast accuracy.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Explore UKG Pro Forecasting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Pro Scheduling product information page describing common scheduling challenges and the AI-powered solution, with a person using a tablet.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Open the UKG Pro Forecasting product information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k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-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k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472C4"/>
          <w:sz w:val="24"/>
          <w:rFonts w:ascii="Times New Roman" w:hAnsi="Times New Roman" w:eastAsia="Noto Sans CJK JP" w:cs="Noto Sans CJK JP"/>
        </w:rPr>
        <w:t>-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Pro Forecasting product information page showing the description, navigation bar, download button, and a person smiling at a laptop.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Review the UKG Pro Forecasting description in detail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Pro Forecasting product information page with description and a person using a laptop.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Review the forecasting feature list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List of UKG Pro Forecasting features including AI forecasting, seasonal coverage, data leverage, staffing analysis, and ideal schedules.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Return to the Workforce Management solutions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Workforce Management solutions page with the productivity message and options to watch a tour or talk to an expert.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Review the features grid again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Open the UKG Pro Advanced Scheduling product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Pro Forecasting product information page describing the ML-powered forecasting solution, with a person smiling at a laptop.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Pro Advanced Scheduling benefits section listing shift preferences, schedule flexibility, intelligence, rule checking, and shift coverage.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Review self-scheduling benefits for employees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Pro Advanced Scheduling product information page with description and a person in medical scrubs using a tablet.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Confirm the Advanced Scheduling overview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Pro Advanced Scheduling benefits listing shift preferences, schedule flexibility, intelligence, rule checking, and shift coverage.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19: Review the benefits section for employees and organizations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Detailed benefits list for UKG Pro Advanced Scheduling, focusing on intelligence and algorithms.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20: Review the expanded benefits list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Pro Advanced Scheduling product information page with a person in scrubs using a tablet, description, and download button.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21: Review the detailed intelligence and algorithm benefits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Expanded benefits list for UKG Pro Advanced Scheduling, including algorithms and resource balancing.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22: Understand the integration of scheduling and HR tasks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Pro Advanced Scheduling product information page with navigation options and a person using a tablet.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23: Access the features grid for quick reference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Workforce Management features grid showing Time &amp; Attendance, Scheduling, Analytics, Compliance, Communication, and Strategic Planning.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24: Explore additional resources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Workforce Management resources section showing the Product Tour, User Evaluations, and Frontline Worker Playbook cards.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header" Target="header1.xm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