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Request Time Off in UKG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Access your dashboard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UKG dashboard with Quick Links and the Request link highlighted under My Time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Open the Time Off Request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Off Request page with the magnifying glass icon for browsing time off types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Select the type of time off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Browse and Select window listing the available time off types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Start the time off request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Off Request page with Paid Time Off selected and the Start Request button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Choose the request type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Request Time Off dialog with the Request Type dropdown open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Select the date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Request Time Off dialog with the date selection field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Enter duration and add a comment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Request Time Off dialog with 4 hours entered and a comment being typed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Calculate your projected balance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Request Time Off dialog showing a projected balance calculation: starting balance 12.00, ending balance 8.00, with 4.00 hours requested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Submit your request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Request Time Off dialog with the cursor positioned on the Submit Request button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Review your balances and request status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Off Request summary showing updated balances with 4.00 hours requested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Toggle between types of time off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Dropdown menu for switching between Paid Time Off and Sick time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View details for each time off type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Balances updating after a different time off type is selected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Access your time off history, balances, and calendar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Navigation menu open showing the Time Off options: Request, History, Balances, and Calendar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View your personal time off calendar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Personal time off calendar showing all months of the year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Navigate back to the homepage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Navigation menu with the home icon highlighted for returning to the homepage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a blue geometric logo with three interconnected circles and triangles, set against a white background. No other objects, text, or actions are visible.</w:t>
      </w:r>
    </w:p>
    <w:p>
      <w:pPr/>
      <w:r>
        <w:br w:type="page"/>
      </w:r>
    </w:p>
    <w:sectPr w:rsidR="00FC693F" w:rsidRPr="0006063C" w:rsidSect="00034616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header" Target="header1.xm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