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Clock In and Clock Out in UKG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Open the UKG Pro app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"Getting Started with UKG Pro" instructions: locate and tap the UKG Pro app icon, log in with your company credentials, and confirm your home screen displays time management options. Background shows a stylized office with people and computers.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Access the clock-in feature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titled "Accessing the Clock-In Feature" with instructions: navigate to the time management section, locate the Clock In or Punch button, and verify your status shows as Not Punched before proceeding. Background shows a stylized office with computers and a person at a desk.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Submit your time punch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titled "Confirming Your Time Punch" with instructions: tap the Clock In button, confirm your location or shift details if prompted, and check for a confirmation message indicating a successful punch. Background shows a stylized office with people and computers.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Troubleshooting common issues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titled "Troubleshooting Common Issues" listing steps: check location services if you see a location not found error, confirm a stable internet connection, and restart the app or your phone to resolve glitches. Background shows a stylized cityscape at night.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titled "Troubleshooting Common Issues" with bullet points covering location services, internet connection checks, and restarting the app or phone. Background shows a stylized cityscape at night.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4"/>
      <w:footerReference w:type="defaul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header" Target="header1.xm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