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picklist in SuccessFactors</w:t>
      </w:r>
    </w:p>
    <w:p>
      <w:pPr/>
      <w:r>
        <w:rPr>
          <w:color w:val="404040"/>
          <w:sz w:val="24"/>
          <w:rFonts w:ascii="Inter" w:hAnsi="Inter" w:eastAsia="Noto Sans CJK JP" w:cs="Noto Sans CJK JP"/>
        </w:rPr>
        <w:t>This guide shows you how to create a picklist in SuccessFactors using the Picklist Center. You first create a parent picklist for states and add values to it. You then create a child picklist for districts, link it to the states picklist, and map each district to its state.</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A SuccessFactors login that gives you access to the Home screen and the Picklist Center, which is available under the Admin Center.</w:t>
      </w:r>
    </w:p>
    <w:p>
      <w:pPr>
        <w:pStyle w:val="ListBullet2"/>
      </w:pPr>
      <w:r>
        <w:rPr>
          <w:color w:val="404040"/>
          <w:sz w:val="24"/>
          <w:rFonts w:ascii="Inter" w:hAnsi="Inter" w:eastAsia="Noto Sans CJK JP" w:cs="Noto Sans CJK JP"/>
        </w:rPr>
        <w:t>The picklist details you want to enter: a code, a name, and the values you plan to add.</w:t>
      </w:r>
    </w:p>
    <w:p>
      <w:pPr>
        <w:pStyle w:val="Heading2"/>
        <w:keepNext/>
        <w:keepLines/>
        <w:ind w:left="0"/>
        <w:outlineLvl w:val="1"/>
      </w:pPr>
      <w:r>
        <w:rPr>
          <w:b/>
          <w:color w:val="404040"/>
          <w:sz w:val="32"/>
          <w:rFonts w:ascii="Inter" w:hAnsi="Inter" w:eastAsia="Noto Sans CJK JP" w:cs="Noto Sans CJK JP"/>
        </w:rPr>
        <w:t>Create the parent picklist</w:t>
      </w:r>
    </w:p>
    <w:p>
      <w:pPr>
        <w:pStyle w:val="Heading3"/>
        <w:keepNext/>
        <w:keepLines/>
        <w:ind w:left="0"/>
        <w:outlineLvl w:val="2"/>
      </w:pPr>
      <w:r>
        <w:rPr>
          <w:b/>
          <w:color w:val="404040"/>
          <w:sz w:val="28"/>
          <w:rFonts w:ascii="Inter" w:hAnsi="Inter" w:eastAsia="Noto Sans CJK JP" w:cs="Noto Sans CJK JP"/>
        </w:rPr>
        <w:t>1. Open the SuccessFactors Home screen</w:t>
      </w:r>
    </w:p>
    <w:p>
      <w:pPr>
        <w:keepNext/>
        <w:keepLines/>
      </w:pPr>
      <w:r>
        <w:rPr>
          <w:color w:val="404040"/>
          <w:sz w:val="24"/>
          <w:rFonts w:ascii="Inter" w:hAnsi="Inter" w:eastAsia="Noto Sans CJK JP" w:cs="Noto Sans CJK JP"/>
        </w:rPr>
        <w:t xml:space="preserve">Log in to SuccessFactors. The Home screen displays widgets such as </w:t>
      </w:r>
      <w:r>
        <w:rPr>
          <w:b/>
          <w:color w:val="404040"/>
          <w:sz w:val="24"/>
          <w:rFonts w:ascii="Inter" w:hAnsi="Inter" w:eastAsia="Noto Sans CJK JP" w:cs="Noto Sans CJK JP"/>
        </w:rPr>
        <w:t>To-Do</w:t>
      </w:r>
      <w:r>
        <w:rPr>
          <w:color w:val="404040"/>
          <w:sz w:val="24"/>
          <w:rFonts w:ascii="Inter" w:hAnsi="Inter" w:eastAsia="Noto Sans CJK JP" w:cs="Noto Sans CJK JP"/>
        </w:rPr>
        <w:t xml:space="preserve">, </w:t>
      </w:r>
      <w:r>
        <w:rPr>
          <w:b/>
          <w:color w:val="404040"/>
          <w:sz w:val="24"/>
          <w:rFonts w:ascii="Inter" w:hAnsi="Inter" w:eastAsia="Noto Sans CJK JP" w:cs="Noto Sans CJK JP"/>
        </w:rPr>
        <w:t>My Team</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My Info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SuccessFactors Home screen with the navigation bar, search bar, and dashboard widgets visible</w:t>
      </w:r>
    </w:p>
    <w:p>
      <w:pPr>
        <w:pStyle w:val="Heading3"/>
        <w:keepNext/>
        <w:keepLines/>
        <w:ind w:left="0"/>
        <w:outlineLvl w:val="2"/>
      </w:pPr>
      <w:r>
        <w:rPr>
          <w:b/>
          <w:color w:val="404040"/>
          <w:sz w:val="28"/>
          <w:rFonts w:ascii="Inter" w:hAnsi="Inter" w:eastAsia="Noto Sans CJK JP" w:cs="Noto Sans CJK JP"/>
        </w:rPr>
        <w:t>2. Search for the Picklist Center</w:t>
      </w:r>
    </w:p>
    <w:p>
      <w:pPr>
        <w:keepNext/>
        <w:keepLines/>
      </w:pPr>
      <w:r>
        <w:rPr>
          <w:color w:val="404040"/>
          <w:sz w:val="24"/>
          <w:rFonts w:ascii="Inter" w:hAnsi="Inter" w:eastAsia="Noto Sans CJK JP" w:cs="Noto Sans CJK JP"/>
        </w:rPr>
        <w:t>Click the search bar at the top of the screen and start typing "pl". Search suggestions appear below the search bar.</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Search bar with "pl" typed and search suggestions displayed</w:t>
      </w:r>
    </w:p>
    <w:p>
      <w:pPr>
        <w:pStyle w:val="Heading3"/>
        <w:keepNext/>
        <w:keepLines/>
        <w:ind w:left="0"/>
        <w:outlineLvl w:val="2"/>
      </w:pPr>
      <w:r>
        <w:rPr>
          <w:b/>
          <w:color w:val="404040"/>
          <w:sz w:val="28"/>
          <w:rFonts w:ascii="Inter" w:hAnsi="Inter" w:eastAsia="Noto Sans CJK JP" w:cs="Noto Sans CJK JP"/>
        </w:rPr>
        <w:t>3. Open the Picklist Center</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Picklist Center</w:t>
      </w:r>
      <w:r>
        <w:rPr>
          <w:color w:val="404040"/>
          <w:sz w:val="24"/>
          <w:rFonts w:ascii="Inter" w:hAnsi="Inter" w:eastAsia="Noto Sans CJK JP" w:cs="Noto Sans CJK JP"/>
        </w:rPr>
        <w:t xml:space="preserve"> from the search results. The screen lists existing picklists with the columns Code, Name, Status, Effective Start Date, and Parent Picklist. Confirm that the "As of date" is set (for example, Dec 31, 2019).</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Picklist Center screen listing picklists with columns for Code, Name, Status, Effective Start Date, and Parent Picklist</w:t>
      </w:r>
    </w:p>
    <w:p>
      <w:pPr>
        <w:pStyle w:val="Heading3"/>
        <w:keepNext/>
        <w:keepLines/>
        <w:ind w:left="0"/>
        <w:outlineLvl w:val="2"/>
      </w:pPr>
      <w:r>
        <w:rPr>
          <w:b/>
          <w:color w:val="404040"/>
          <w:sz w:val="28"/>
          <w:rFonts w:ascii="Inter" w:hAnsi="Inter" w:eastAsia="Noto Sans CJK JP" w:cs="Noto Sans CJK JP"/>
        </w:rPr>
        <w:t>4. Start creating a new picklist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(plus) icon. The </w:t>
      </w:r>
      <w:r>
        <w:rPr>
          <w:b/>
          <w:color w:val="404040"/>
          <w:sz w:val="24"/>
          <w:rFonts w:ascii="Inter" w:hAnsi="Inter" w:eastAsia="Noto Sans CJK JP" w:cs="Noto Sans CJK JP"/>
        </w:rPr>
        <w:t>Create a New Picklist</w:t>
      </w:r>
      <w:r>
        <w:rPr>
          <w:color w:val="404040"/>
          <w:sz w:val="24"/>
          <w:rFonts w:ascii="Inter" w:hAnsi="Inter" w:eastAsia="Noto Sans CJK JP" w:cs="Noto Sans CJK JP"/>
        </w:rPr>
        <w:t xml:space="preserve"> dialog opens with fields for Code, Name, Status, Effective Start Date, Display Order, and Parent Picklist.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Create a New Picklist dialog open with its empty fields</w:t>
      </w:r>
    </w:p>
    <w:p>
      <w:pPr>
        <w:pStyle w:val="Heading3"/>
        <w:keepNext/>
        <w:keepLines/>
        <w:ind w:left="0"/>
        <w:outlineLvl w:val="2"/>
      </w:pPr>
      <w:r>
        <w:rPr>
          <w:b/>
          <w:color w:val="404040"/>
          <w:sz w:val="28"/>
          <w:rFonts w:ascii="Inter" w:hAnsi="Inter" w:eastAsia="Noto Sans CJK JP" w:cs="Noto Sans CJK JP"/>
        </w:rPr>
        <w:t>5. Enter the picklist details</w:t>
      </w:r>
    </w:p>
    <w:p>
      <w:pPr/>
      <w:r>
        <w:rPr>
          <w:color w:val="404040"/>
          <w:sz w:val="24"/>
          <w:rFonts w:ascii="Inter" w:hAnsi="Inter" w:eastAsia="Noto Sans CJK JP" w:cs="Noto Sans CJK JP"/>
        </w:rPr>
        <w:t>This example creates a picklist named State. Fill in the dialog as follows:</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Test_AK_State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State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Make sure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is set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Display Order</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Alphabetical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blank, unless you are creating a hierarchical picklist.</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defaults to the current date (for example, Dec 31, 2019).</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Create a New Picklist dialog with Code Test_AK_State, Name State, Status Active, Effective Start Date Dec 31, 2019, and Display Order Alphabetical</w:t>
      </w:r>
    </w:p>
    <w:p>
      <w:pPr>
        <w:pStyle w:val="Heading3"/>
        <w:keepNext/>
        <w:keepLines/>
        <w:ind w:left="0"/>
        <w:outlineLvl w:val="2"/>
      </w:pPr>
      <w:r>
        <w:rPr>
          <w:b/>
          <w:color w:val="404040"/>
          <w:sz w:val="28"/>
          <w:rFonts w:ascii="Inter" w:hAnsi="Inter" w:eastAsia="Noto Sans CJK JP" w:cs="Noto Sans CJK JP"/>
        </w:rPr>
        <w:t>6. Set the Effective Start Date to the standard value</w:t>
      </w:r>
    </w:p>
    <w:p>
      <w:pPr>
        <w:keepNext/>
        <w:keepLines/>
      </w:pPr>
      <w:r>
        <w:rPr>
          <w:color w:val="404040"/>
          <w:sz w:val="24"/>
          <w:rFonts w:ascii="Inter" w:hAnsi="Inter" w:eastAsia="Noto Sans CJK JP" w:cs="Noto Sans CJK JP"/>
        </w:rPr>
        <w:t xml:space="preserve">Click the calendar icon next to the </w:t>
      </w: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field. In the date picker, navigate to the year 1900 and select </w:t>
      </w:r>
      <w:r>
        <w:rPr>
          <w:b/>
          <w:color w:val="404040"/>
          <w:sz w:val="24"/>
          <w:rFonts w:ascii="Inter" w:hAnsi="Inter" w:eastAsia="Noto Sans CJK JP" w:cs="Noto Sans CJK JP"/>
        </w:rPr>
        <w:t>January 1, 1900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Date picker open while navigating to the year 1900 to select January 1, 1900</w:t>
      </w:r>
    </w:p>
    <w:p>
      <w:pPr>
        <w:pStyle w:val="Heading3"/>
        <w:keepNext/>
        <w:keepLines/>
        <w:ind w:left="0"/>
        <w:outlineLvl w:val="2"/>
      </w:pPr>
      <w:r>
        <w:rPr>
          <w:b/>
          <w:color w:val="404040"/>
          <w:sz w:val="28"/>
          <w:rFonts w:ascii="Inter" w:hAnsi="Inter" w:eastAsia="Noto Sans CJK JP" w:cs="Noto Sans CJK JP"/>
        </w:rPr>
        <w:t>7. Review the picklist details</w:t>
      </w:r>
    </w:p>
    <w:p>
      <w:pPr/>
      <w:r>
        <w:rPr>
          <w:color w:val="404040"/>
          <w:sz w:val="24"/>
          <w:rFonts w:ascii="Inter" w:hAnsi="Inter" w:eastAsia="Noto Sans CJK JP" w:cs="Noto Sans CJK JP"/>
        </w:rPr>
        <w:t>Check that the dialog shows these values:</w:t>
      </w:r>
    </w:p>
    <w:p>
      <w:pPr>
        <w:pStyle w:val="ListBullet2"/>
      </w:pPr>
      <w:r>
        <w:rPr>
          <w:color w:val="404040"/>
          <w:sz w:val="24"/>
          <w:rFonts w:ascii="Inter" w:hAnsi="Inter" w:eastAsia="Noto Sans CJK JP" w:cs="Noto Sans CJK JP"/>
        </w:rPr>
        <w:t xml:space="preserve">Code: </w:t>
      </w:r>
      <w:r>
        <w:rPr>
          <w:color w:val="4472C4"/>
          <w:sz w:val="24"/>
          <w:rFonts w:ascii="Times New Roman" w:hAnsi="Times New Roman" w:eastAsia="Noto Sans CJK JP" w:cs="Noto Sans CJK JP"/>
        </w:rPr>
        <w:t>Test_AK_State</w:t>
      </w:r>
    </w:p>
    <w:p>
      <w:pPr>
        <w:pStyle w:val="ListBullet2"/>
      </w:pPr>
      <w:r>
        <w:rPr>
          <w:color w:val="404040"/>
          <w:sz w:val="24"/>
          <w:rFonts w:ascii="Inter" w:hAnsi="Inter" w:eastAsia="Noto Sans CJK JP" w:cs="Noto Sans CJK JP"/>
        </w:rPr>
        <w:t xml:space="preserve">Name: </w:t>
      </w:r>
      <w:r>
        <w:rPr>
          <w:color w:val="4472C4"/>
          <w:sz w:val="24"/>
          <w:rFonts w:ascii="Times New Roman" w:hAnsi="Times New Roman" w:eastAsia="Noto Sans CJK JP" w:cs="Noto Sans CJK JP"/>
        </w:rPr>
        <w:t>State</w:t>
      </w:r>
    </w:p>
    <w:p>
      <w:pPr>
        <w:pStyle w:val="ListBullet2"/>
      </w:pPr>
      <w:r>
        <w:rPr>
          <w:color w:val="404040"/>
          <w:sz w:val="24"/>
          <w:rFonts w:ascii="Inter" w:hAnsi="Inter" w:eastAsia="Noto Sans CJK JP" w:cs="Noto Sans CJK JP"/>
        </w:rPr>
        <w:t xml:space="preserve">Status: </w:t>
      </w:r>
      <w:r>
        <w:rPr>
          <w:color w:val="4472C4"/>
          <w:sz w:val="24"/>
          <w:rFonts w:ascii="Times New Roman" w:hAnsi="Times New Roman" w:eastAsia="Noto Sans CJK JP" w:cs="Noto Sans CJK JP"/>
        </w:rPr>
        <w:t>Active</w:t>
      </w:r>
    </w:p>
    <w:p>
      <w:pPr>
        <w:pStyle w:val="ListBullet2"/>
      </w:pPr>
      <w:r>
        <w:rPr>
          <w:color w:val="404040"/>
          <w:sz w:val="24"/>
          <w:rFonts w:ascii="Inter" w:hAnsi="Inter" w:eastAsia="Noto Sans CJK JP" w:cs="Noto Sans CJK JP"/>
        </w:rPr>
        <w:t xml:space="preserve">Effective Start Date: </w:t>
      </w:r>
      <w:r>
        <w:rPr>
          <w:color w:val="4472C4"/>
          <w:sz w:val="24"/>
          <w:rFonts w:ascii="Times New Roman" w:hAnsi="Times New Roman" w:eastAsia="Noto Sans CJK JP" w:cs="Noto Sans CJK JP"/>
        </w:rPr>
        <w:t>Jan 1, 1900</w:t>
      </w:r>
    </w:p>
    <w:p>
      <w:pPr>
        <w:pStyle w:val="ListBullet2"/>
      </w:pPr>
      <w:r>
        <w:rPr>
          <w:color w:val="404040"/>
          <w:sz w:val="24"/>
          <w:rFonts w:ascii="Inter" w:hAnsi="Inter" w:eastAsia="Noto Sans CJK JP" w:cs="Noto Sans CJK JP"/>
        </w:rPr>
        <w:t xml:space="preserve">Display Order: </w:t>
      </w:r>
      <w:r>
        <w:rPr>
          <w:color w:val="4472C4"/>
          <w:sz w:val="24"/>
          <w:rFonts w:ascii="Times New Roman" w:hAnsi="Times New Roman" w:eastAsia="Noto Sans CJK JP" w:cs="Noto Sans CJK JP"/>
        </w:rPr>
        <w:t>Alphabetical</w:t>
      </w:r>
    </w:p>
    <w:p>
      <w:pPr>
        <w:pStyle w:val="ListBullet2"/>
        <w:keepNext/>
        <w:keepLines/>
      </w:pPr>
      <w:r>
        <w:rPr>
          <w:color w:val="404040"/>
          <w:sz w:val="24"/>
          <w:rFonts w:ascii="Inter" w:hAnsi="Inter" w:eastAsia="Noto Sans CJK JP" w:cs="Noto Sans CJK JP"/>
        </w:rPr>
        <w:t>Parent Picklist: blank</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a New Picklist dialog with all fields completed and the Effective Start Date set to Jan 1, 1900</w:t>
      </w:r>
    </w:p>
    <w:p>
      <w:pPr>
        <w:pStyle w:val="Heading3"/>
        <w:keepNext/>
        <w:keepLines/>
        <w:ind w:left="0"/>
        <w:outlineLvl w:val="2"/>
      </w:pPr>
      <w:r>
        <w:rPr>
          <w:b/>
          <w:color w:val="404040"/>
          <w:sz w:val="28"/>
          <w:rFonts w:ascii="Inter" w:hAnsi="Inter" w:eastAsia="Noto Sans CJK JP" w:cs="Noto Sans CJK JP"/>
        </w:rPr>
        <w:t>8. Save the picklist</w:t>
      </w:r>
    </w:p>
    <w:p>
      <w:pPr/>
      <w:r>
        <w:rPr>
          <w:color w:val="404040"/>
          <w:sz w:val="24"/>
          <w:rFonts w:ascii="Inter" w:hAnsi="Inter" w:eastAsia="Noto Sans CJK JP" w:cs="Noto Sans CJK JP"/>
        </w:rPr>
        <w:t xml:space="preserve">The saved picklist in this example has the code </w:t>
      </w:r>
      <w:r>
        <w:rPr>
          <w:color w:val="4472C4"/>
          <w:sz w:val="24"/>
          <w:rFonts w:ascii="Times New Roman" w:hAnsi="Times New Roman" w:eastAsia="Noto Sans CJK JP" w:cs="Noto Sans CJK JP"/>
        </w:rPr>
        <w:t>Test_AK_State1</w:t>
      </w:r>
      <w:r>
        <w:rPr>
          <w:color w:val="404040"/>
          <w:sz w:val="24"/>
          <w:rFonts w:ascii="Inter" w:hAnsi="Inter" w:eastAsia="Noto Sans CJK JP" w:cs="Noto Sans CJK JP"/>
        </w:rPr>
        <w:t xml:space="preserve">, and later steps refer to it by that code. Confirm these values in the dialog, then click </w:t>
      </w:r>
      <w:r>
        <w:rPr>
          <w:b/>
          <w:color w:val="404040"/>
          <w:sz w:val="24"/>
          <w:rFonts w:ascii="Inter" w:hAnsi="Inter" w:eastAsia="Noto Sans CJK JP" w:cs="Noto Sans CJK JP"/>
        </w:rPr>
        <w:t>Save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Test_AK_State1</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State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Jan 1, 1900</w:t>
      </w:r>
    </w:p>
    <w:p>
      <w:pPr>
        <w:pStyle w:val="ListBullet2"/>
      </w:pPr>
      <w:r>
        <w:rPr>
          <w:b/>
          <w:color w:val="404040"/>
          <w:sz w:val="24"/>
          <w:rFonts w:ascii="Inter" w:hAnsi="Inter" w:eastAsia="Noto Sans CJK JP" w:cs="Noto Sans CJK JP"/>
        </w:rPr>
        <w:t>Display Order: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Alphabetical</w:t>
      </w:r>
    </w:p>
    <w:p>
      <w:pPr>
        <w:pStyle w:val="ListBullet2"/>
        <w:keepNext/>
        <w:keepLines/>
      </w:pP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blank for now</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Create a New Picklist dialog with Code Test_AK_State1, Name State, Status Active, Effective Start Date Jan 1, 1900, and Display Order Alphabetical</w:t>
      </w:r>
    </w:p>
    <w:p>
      <w:pPr>
        <w:pStyle w:val="Heading3"/>
        <w:keepNext/>
        <w:keepLines/>
        <w:ind w:left="0"/>
        <w:outlineLvl w:val="2"/>
      </w:pPr>
      <w:r>
        <w:rPr>
          <w:b/>
          <w:color w:val="404040"/>
          <w:sz w:val="28"/>
          <w:rFonts w:ascii="Inter" w:hAnsi="Inter" w:eastAsia="Noto Sans CJK JP" w:cs="Noto Sans CJK JP"/>
        </w:rPr>
        <w:t>9. Verify the picklist was created</w:t>
      </w:r>
    </w:p>
    <w:p>
      <w:pPr/>
      <w:r>
        <w:rPr>
          <w:color w:val="404040"/>
          <w:sz w:val="24"/>
          <w:rFonts w:ascii="Inter" w:hAnsi="Inter" w:eastAsia="Noto Sans CJK JP" w:cs="Noto Sans CJK JP"/>
        </w:rPr>
        <w:t>After you save, SuccessFactors opens the picklist details page. Confirm that it shows: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State</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Test_AK_State1</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Jan 1, 1900</w:t>
      </w:r>
    </w:p>
    <w:p>
      <w:pPr>
        <w:pStyle w:val="ListBullet2"/>
      </w:pPr>
      <w:r>
        <w:rPr>
          <w:b/>
          <w:color w:val="404040"/>
          <w:sz w:val="24"/>
          <w:rFonts w:ascii="Inter" w:hAnsi="Inter" w:eastAsia="Noto Sans CJK JP" w:cs="Noto Sans CJK JP"/>
        </w:rPr>
        <w:t>Display Order:</w:t>
      </w:r>
      <w:r>
        <w:rPr>
          <w:color w:val="404040"/>
          <w:sz w:val="24"/>
          <w:rFonts w:ascii="Inter" w:hAnsi="Inter" w:eastAsia="Noto Sans CJK JP" w:cs="Noto Sans CJK JP"/>
        </w:rPr>
        <w:t xml:space="preserve"> Alphabetical</w:t>
      </w:r>
    </w:p>
    <w:p>
      <w:pPr>
        <w:pStyle w:val="ListBullet2"/>
      </w:pP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blank</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Picklist Values</w:t>
      </w:r>
      <w:r>
        <w:rPr>
          <w:color w:val="404040"/>
          <w:sz w:val="24"/>
          <w:rFonts w:ascii="Inter" w:hAnsi="Inter" w:eastAsia="Noto Sans CJK JP" w:cs="Noto Sans CJK JP"/>
        </w:rPr>
        <w:t xml:space="preserve"> section shows "No data found" because you haven't added any values yet.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Picklist details page showing Name State, Code Test_AK_State1, Status Active, Effective Start Date Jan 1, 1900, Display Order Alphabetical, and an empty Picklist Values section</w:t>
      </w:r>
    </w:p>
    <w:p>
      <w:pPr>
        <w:pStyle w:val="Heading2"/>
        <w:keepNext/>
        <w:keepLines/>
        <w:ind w:left="0"/>
        <w:outlineLvl w:val="1"/>
      </w:pPr>
      <w:r>
        <w:rPr>
          <w:b/>
          <w:color w:val="404040"/>
          <w:sz w:val="32"/>
          <w:rFonts w:ascii="Inter" w:hAnsi="Inter" w:eastAsia="Noto Sans CJK JP" w:cs="Noto Sans CJK JP"/>
        </w:rPr>
        <w:t>Add values to the parent picklist</w:t>
      </w:r>
    </w:p>
    <w:p>
      <w:pPr>
        <w:pStyle w:val="Heading3"/>
        <w:keepNext/>
        <w:keepLines/>
        <w:ind w:left="0"/>
        <w:outlineLvl w:val="2"/>
      </w:pPr>
      <w:r>
        <w:rPr>
          <w:b/>
          <w:color w:val="404040"/>
          <w:sz w:val="28"/>
          <w:rFonts w:ascii="Inter" w:hAnsi="Inter" w:eastAsia="Noto Sans CJK JP" w:cs="Noto Sans CJK JP"/>
        </w:rPr>
        <w:t>10. Open the Add New Value dialog</w:t>
      </w:r>
    </w:p>
    <w:p>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Picklist Values</w:t>
      </w:r>
      <w:r>
        <w:rPr>
          <w:color w:val="404040"/>
          <w:sz w:val="24"/>
          <w:rFonts w:ascii="Inter" w:hAnsi="Inter" w:eastAsia="Noto Sans CJK JP" w:cs="Noto Sans CJK JP"/>
        </w:rPr>
        <w:t xml:space="preserve"> section and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(plus) icon.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appears.</w:t>
      </w:r>
    </w:p>
    <w:p>
      <w:pPr>
        <w:pStyle w:val="Heading3"/>
        <w:keepNext/>
        <w:keepLines/>
        <w:ind w:left="0"/>
        <w:outlineLvl w:val="2"/>
      </w:pPr>
      <w:r>
        <w:rPr>
          <w:b/>
          <w:color w:val="404040"/>
          <w:sz w:val="28"/>
          <w:rFonts w:ascii="Inter" w:hAnsi="Inter" w:eastAsia="Noto Sans CJK JP" w:cs="Noto Sans CJK JP"/>
        </w:rPr>
        <w:t>11. Enter the first picklist value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fill in these fields:</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Test_State</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Enter the label you want, such as a state name.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pPr>
      <w:r>
        <w:rPr>
          <w:color w:val="404040"/>
          <w:sz w:val="24"/>
          <w:rFonts w:ascii="Inter" w:hAnsi="Inter" w:eastAsia="Noto Sans CJK JP" w:cs="Noto Sans CJK JP"/>
        </w:rPr>
        <w:t>Leave the other fields (Non-unique External Code, R Value, Min value, Max value, and Value) blank unless you need them.</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Test_State, an empty Label, and Status Active</w:t>
      </w:r>
    </w:p>
    <w:p>
      <w:pPr>
        <w:pStyle w:val="Heading3"/>
        <w:keepNext/>
        <w:keepLines/>
        <w:ind w:left="0"/>
        <w:outlineLvl w:val="2"/>
      </w:pPr>
      <w:r>
        <w:rPr>
          <w:b/>
          <w:color w:val="404040"/>
          <w:sz w:val="28"/>
          <w:rFonts w:ascii="Inter" w:hAnsi="Inter" w:eastAsia="Noto Sans CJK JP" w:cs="Noto Sans CJK JP"/>
        </w:rPr>
        <w:t>12. Add more picklist values</w:t>
      </w:r>
    </w:p>
    <w:p>
      <w:pPr/>
      <w:r>
        <w:rPr>
          <w:color w:val="404040"/>
          <w:sz w:val="24"/>
          <w:rFonts w:ascii="Inter" w:hAnsi="Inter" w:eastAsia="Noto Sans CJK JP" w:cs="Noto Sans CJK JP"/>
        </w:rPr>
        <w:t xml:space="preserve">Repeat the process for each new value, and 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after you enter each one:</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Enter a unique code, such as </w:t>
      </w:r>
      <w:r>
        <w:rPr>
          <w:color w:val="4472C4"/>
          <w:sz w:val="24"/>
          <w:rFonts w:ascii="Times New Roman" w:hAnsi="Times New Roman" w:eastAsia="Noto Sans CJK JP" w:cs="Noto Sans CJK JP"/>
        </w:rPr>
        <w:t>Test_Ak_Madhya</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Test_Ak_Karnataka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Enter the matching label, such as </w:t>
      </w:r>
      <w:r>
        <w:rPr>
          <w:color w:val="4472C4"/>
          <w:sz w:val="24"/>
          <w:rFonts w:ascii="Times New Roman" w:hAnsi="Times New Roman" w:eastAsia="Noto Sans CJK JP" w:cs="Noto Sans CJK JP"/>
        </w:rPr>
        <w:t>Madhya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Leave the other fields blank unless you need them.</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Add New Value dialog with External Code Test_Ak_Madhya and Status Active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while the Karnataka value is being entered, with External Code Test_Ak_Karnataka and Status Active</w:t>
      </w:r>
    </w:p>
    <w:p>
      <w:pPr>
        <w:pStyle w:val="Heading3"/>
        <w:keepNext/>
        <w:keepLines/>
        <w:ind w:left="0"/>
        <w:outlineLvl w:val="2"/>
      </w:pPr>
      <w:r>
        <w:rPr>
          <w:b/>
          <w:color w:val="404040"/>
          <w:sz w:val="28"/>
          <w:rFonts w:ascii="Inter" w:hAnsi="Inter" w:eastAsia="Noto Sans CJK JP" w:cs="Noto Sans CJK JP"/>
        </w:rPr>
        <w:t>13. Add the Karnataka value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enter these details and click </w:t>
      </w:r>
      <w:r>
        <w:rPr>
          <w:b/>
          <w:color w:val="404040"/>
          <w:sz w:val="24"/>
          <w:rFonts w:ascii="Inter" w:hAnsi="Inter" w:eastAsia="Noto Sans CJK JP" w:cs="Noto Sans CJK JP"/>
        </w:rPr>
        <w:t>Create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Test_Ak_Karnataka</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Karnataka</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pPr>
      <w:r>
        <w:rPr>
          <w:color w:val="404040"/>
          <w:sz w:val="24"/>
          <w:rFonts w:ascii="Inter" w:hAnsi="Inter" w:eastAsia="Noto Sans CJK JP" w:cs="Noto Sans CJK JP"/>
        </w:rPr>
        <w:t>Leave all other fields blank unless you need them.</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Test_Ak_Karnataka, Label Karnataka, and Status Active</w:t>
      </w:r>
    </w:p>
    <w:p>
      <w:pPr>
        <w:pStyle w:val="Heading3"/>
        <w:keepNext/>
        <w:keepLines/>
        <w:ind w:left="0"/>
        <w:outlineLvl w:val="2"/>
      </w:pPr>
      <w:r>
        <w:rPr>
          <w:b/>
          <w:color w:val="404040"/>
          <w:sz w:val="28"/>
          <w:rFonts w:ascii="Inter" w:hAnsi="Inter" w:eastAsia="Noto Sans CJK JP" w:cs="Noto Sans CJK JP"/>
        </w:rPr>
        <w:t>14. Verify the value appears in the picklist</w:t>
      </w:r>
    </w:p>
    <w:p>
      <w:pPr/>
      <w:r>
        <w:rPr>
          <w:color w:val="404040"/>
          <w:sz w:val="24"/>
          <w:rFonts w:ascii="Inter" w:hAnsi="Inter" w:eastAsia="Noto Sans CJK JP" w:cs="Noto Sans CJK JP"/>
        </w:rPr>
        <w:t xml:space="preserve">Confirm that the value appears in the </w:t>
      </w:r>
      <w:r>
        <w:rPr>
          <w:b/>
          <w:color w:val="404040"/>
          <w:sz w:val="24"/>
          <w:rFonts w:ascii="Inter" w:hAnsi="Inter" w:eastAsia="Noto Sans CJK JP" w:cs="Noto Sans CJK JP"/>
        </w:rPr>
        <w:t>Picklist Values</w:t>
      </w:r>
      <w:r>
        <w:rPr>
          <w:color w:val="404040"/>
          <w:sz w:val="24"/>
          <w:rFonts w:ascii="Inter" w:hAnsi="Inter" w:eastAsia="Noto Sans CJK JP" w:cs="Noto Sans CJK JP"/>
        </w:rPr>
        <w:t xml:space="preserve"> section with:</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Test_Ak_Karnataka</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Karnataka</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pStyle w:val="ListBullet2"/>
        <w:keepNext/>
        <w:keepLines/>
      </w:pP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blank</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Picklist Values section showing Test_Ak_Karnataka, Karnataka, and Active</w:t>
      </w:r>
    </w:p>
    <w:p>
      <w:pPr>
        <w:pStyle w:val="Heading3"/>
        <w:keepNext/>
        <w:keepLines/>
        <w:ind w:left="0"/>
        <w:outlineLvl w:val="2"/>
      </w:pPr>
      <w:r>
        <w:rPr>
          <w:b/>
          <w:color w:val="404040"/>
          <w:sz w:val="28"/>
          <w:rFonts w:ascii="Inter" w:hAnsi="Inter" w:eastAsia="Noto Sans CJK JP" w:cs="Noto Sans CJK JP"/>
        </w:rPr>
        <w:t>15. Add the Telangana value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(plus) icon to add another value. 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enter these details and click </w:t>
      </w:r>
      <w:r>
        <w:rPr>
          <w:b/>
          <w:color w:val="404040"/>
          <w:sz w:val="24"/>
          <w:rFonts w:ascii="Inter" w:hAnsi="Inter" w:eastAsia="Noto Sans CJK JP" w:cs="Noto Sans CJK JP"/>
        </w:rPr>
        <w:t>Create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Test_Telangana</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Telangana</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pPr>
      <w:r>
        <w:rPr>
          <w:color w:val="404040"/>
          <w:sz w:val="24"/>
          <w:rFonts w:ascii="Inter" w:hAnsi="Inter" w:eastAsia="Noto Sans CJK JP" w:cs="Noto Sans CJK JP"/>
        </w:rPr>
        <w:t>Leave all other fields blank.</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Test_Telangana, Label Telangana, and Status Active</w:t>
      </w:r>
    </w:p>
    <w:p>
      <w:pPr>
        <w:pStyle w:val="Heading3"/>
        <w:keepNext/>
        <w:keepLines/>
        <w:ind w:left="0"/>
        <w:outlineLvl w:val="2"/>
      </w:pPr>
      <w:r>
        <w:rPr>
          <w:b/>
          <w:color w:val="404040"/>
          <w:sz w:val="28"/>
          <w:rFonts w:ascii="Inter" w:hAnsi="Inter" w:eastAsia="Noto Sans CJK JP" w:cs="Noto Sans CJK JP"/>
        </w:rPr>
        <w:t>16. Confirm multiple values are listed</w:t>
      </w:r>
    </w:p>
    <w:p>
      <w:pPr/>
      <w:r>
        <w:rPr>
          <w:color w:val="404040"/>
          <w:sz w:val="24"/>
          <w:rFonts w:ascii="Inter" w:hAnsi="Inter" w:eastAsia="Noto Sans CJK JP" w:cs="Noto Sans CJK JP"/>
        </w:rPr>
        <w:t xml:space="preserve">Verify that both values now appear in the </w:t>
      </w:r>
      <w:r>
        <w:rPr>
          <w:b/>
          <w:color w:val="404040"/>
          <w:sz w:val="24"/>
          <w:rFonts w:ascii="Inter" w:hAnsi="Inter" w:eastAsia="Noto Sans CJK JP" w:cs="Noto Sans CJK JP"/>
        </w:rPr>
        <w:t>Picklist Values</w:t>
      </w:r>
      <w:r>
        <w:rPr>
          <w:color w:val="404040"/>
          <w:sz w:val="24"/>
          <w:rFonts w:ascii="Inter" w:hAnsi="Inter" w:eastAsia="Noto Sans CJK JP" w:cs="Noto Sans CJK JP"/>
        </w:rPr>
        <w:t xml:space="preserve"> section:</w:t>
      </w:r>
    </w:p>
    <w:p>
      <w:pPr>
        <w:pStyle w:val="ListBullet2"/>
      </w:pPr>
      <w:r>
        <w:rPr>
          <w:color w:val="4472C4"/>
          <w:sz w:val="24"/>
          <w:rFonts w:ascii="Times New Roman" w:hAnsi="Times New Roman" w:eastAsia="Noto Sans CJK JP" w:cs="Noto Sans CJK JP"/>
        </w:rPr>
        <w:t>Test_Ak_Karnataka</w:t>
      </w:r>
      <w:r>
        <w:rPr>
          <w:color w:val="404040"/>
          <w:sz w:val="24"/>
          <w:rFonts w:ascii="Inter" w:hAnsi="Inter" w:eastAsia="Noto Sans CJK JP" w:cs="Noto Sans CJK JP"/>
        </w:rPr>
        <w:t xml:space="preserve"> | </w:t>
      </w:r>
      <w:r>
        <w:rPr>
          <w:color w:val="4472C4"/>
          <w:sz w:val="24"/>
          <w:rFonts w:ascii="Times New Roman" w:hAnsi="Times New Roman" w:eastAsia="Noto Sans CJK JP" w:cs="Noto Sans CJK JP"/>
        </w:rPr>
        <w:t>Karnataka</w:t>
      </w:r>
      <w:r>
        <w:rPr>
          <w:color w:val="404040"/>
          <w:sz w:val="24"/>
          <w:rFonts w:ascii="Inter" w:hAnsi="Inter" w:eastAsia="Noto Sans CJK JP" w:cs="Noto Sans CJK JP"/>
        </w:rPr>
        <w:t xml:space="preserve"> | </w:t>
      </w:r>
      <w:r>
        <w:rPr>
          <w:color w:val="4472C4"/>
          <w:sz w:val="24"/>
          <w:rFonts w:ascii="Times New Roman" w:hAnsi="Times New Roman" w:eastAsia="Noto Sans CJK JP" w:cs="Noto Sans CJK JP"/>
        </w:rPr>
        <w:t>Active</w:t>
      </w:r>
    </w:p>
    <w:p>
      <w:pPr>
        <w:pStyle w:val="ListBullet2"/>
        <w:keepNext/>
        <w:keepLines/>
      </w:pPr>
      <w:r>
        <w:rPr>
          <w:color w:val="4472C4"/>
          <w:sz w:val="24"/>
          <w:rFonts w:ascii="Times New Roman" w:hAnsi="Times New Roman" w:eastAsia="Noto Sans CJK JP" w:cs="Noto Sans CJK JP"/>
        </w:rPr>
        <w:t>Test_Telangana</w:t>
      </w:r>
      <w:r>
        <w:rPr>
          <w:color w:val="404040"/>
          <w:sz w:val="24"/>
          <w:rFonts w:ascii="Inter" w:hAnsi="Inter" w:eastAsia="Noto Sans CJK JP" w:cs="Noto Sans CJK JP"/>
        </w:rPr>
        <w:t xml:space="preserve"> | </w:t>
      </w:r>
      <w:r>
        <w:rPr>
          <w:color w:val="4472C4"/>
          <w:sz w:val="24"/>
          <w:rFonts w:ascii="Times New Roman" w:hAnsi="Times New Roman" w:eastAsia="Noto Sans CJK JP" w:cs="Noto Sans CJK JP"/>
        </w:rPr>
        <w:t>Telangana</w:t>
      </w:r>
      <w:r>
        <w:rPr>
          <w:color w:val="404040"/>
          <w:sz w:val="24"/>
          <w:rFonts w:ascii="Inter" w:hAnsi="Inter" w:eastAsia="Noto Sans CJK JP" w:cs="Noto Sans CJK JP"/>
        </w:rPr>
        <w:t xml:space="preserve"> | </w:t>
      </w:r>
      <w:r>
        <w:rPr>
          <w:color w:val="4472C4"/>
          <w:sz w:val="24"/>
          <w:rFonts w:ascii="Times New Roman" w:hAnsi="Times New Roman" w:eastAsia="Noto Sans CJK JP" w:cs="Noto Sans CJK JP"/>
        </w:rPr>
        <w:t>Active</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Picklist Values section listing Test_Ak_Karnataka, Karnataka, Active and Test_Telangana, Telangana, Active</w:t>
      </w:r>
    </w:p>
    <w:p>
      <w:pPr>
        <w:pStyle w:val="Heading3"/>
        <w:keepNext/>
        <w:keepLines/>
        <w:ind w:left="0"/>
        <w:outlineLvl w:val="2"/>
      </w:pPr>
      <w:r>
        <w:rPr>
          <w:b/>
          <w:color w:val="404040"/>
          <w:sz w:val="28"/>
          <w:rFonts w:ascii="Inter" w:hAnsi="Inter" w:eastAsia="Noto Sans CJK JP" w:cs="Noto Sans CJK JP"/>
        </w:rPr>
        <w:t>17. Enter the Maharashtra value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(plus) icon to add a new value. 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enter the following. Leave all other fields blank.</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Test_Maharastra</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Maharastra</w:t>
      </w:r>
    </w:p>
    <w:p>
      <w:pPr>
        <w:pStyle w:val="ListBullet2"/>
        <w:keepNext/>
        <w:keepLines/>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Test_Maharastra, Label Maharastra, and Status Active</w:t>
      </w:r>
    </w:p>
    <w:p>
      <w:pPr>
        <w:pStyle w:val="Heading3"/>
        <w:keepNext/>
        <w:keepLines/>
        <w:ind w:left="0"/>
        <w:outlineLvl w:val="2"/>
      </w:pPr>
      <w:r>
        <w:rPr>
          <w:b/>
          <w:color w:val="404040"/>
          <w:sz w:val="28"/>
          <w:rFonts w:ascii="Inter" w:hAnsi="Inter" w:eastAsia="Noto Sans CJK JP" w:cs="Noto Sans CJK JP"/>
        </w:rPr>
        <w:t>18. Review the value before you save</w:t>
      </w:r>
    </w:p>
    <w:p>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is open in the Admin Center under the Picklist Center, and check these fields:</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Test_Maharastra</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Maharastra</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pPr>
      <w:r>
        <w:rPr>
          <w:color w:val="404040"/>
          <w:sz w:val="24"/>
          <w:rFonts w:ascii="Inter" w:hAnsi="Inter" w:eastAsia="Noto Sans CJK JP" w:cs="Noto Sans CJK JP"/>
        </w:rPr>
        <w:t xml:space="preserve">Verify that the other fields (Non-unique External Code, R Value, Min value, Max value, and Value) are blank unless you need them. Double-check the values for typos.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buttons appear at the bottom right of the dialog.</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Test_Maharastra, Label Maharastra, Status Active, other fields blank, and the Create and Cancel buttons visible</w:t>
      </w:r>
    </w:p>
    <w:p>
      <w:pPr>
        <w:pStyle w:val="Heading3"/>
        <w:keepNext/>
        <w:keepLines/>
        <w:ind w:left="0"/>
        <w:outlineLvl w:val="2"/>
      </w:pPr>
      <w:r>
        <w:rPr>
          <w:b/>
          <w:color w:val="404040"/>
          <w:sz w:val="28"/>
          <w:rFonts w:ascii="Inter" w:hAnsi="Inter" w:eastAsia="Noto Sans CJK JP" w:cs="Noto Sans CJK JP"/>
        </w:rPr>
        <w:t>19. Save the new value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at the bottom right of the dialog to add the value to the picklist.</w:t>
      </w:r>
    </w:p>
    <w:p>
      <w:pPr>
        <w:pStyle w:val="Heading3"/>
        <w:keepNext/>
        <w:keepLines/>
        <w:ind w:left="0"/>
        <w:outlineLvl w:val="2"/>
      </w:pPr>
      <w:r>
        <w:rPr>
          <w:b/>
          <w:color w:val="404040"/>
          <w:sz w:val="28"/>
          <w:rFonts w:ascii="Inter" w:hAnsi="Inter" w:eastAsia="Noto Sans CJK JP" w:cs="Noto Sans CJK JP"/>
        </w:rPr>
        <w:t>20. Verify the new value is listed</w:t>
      </w:r>
    </w:p>
    <w:p>
      <w:pPr/>
      <w:r>
        <w:rPr>
          <w:color w:val="404040"/>
          <w:sz w:val="24"/>
          <w:rFonts w:ascii="Inter" w:hAnsi="Inter" w:eastAsia="Noto Sans CJK JP" w:cs="Noto Sans CJK JP"/>
        </w:rPr>
        <w:t xml:space="preserve">Check that </w:t>
      </w:r>
      <w:r>
        <w:rPr>
          <w:color w:val="4472C4"/>
          <w:sz w:val="24"/>
          <w:rFonts w:ascii="Times New Roman" w:hAnsi="Times New Roman" w:eastAsia="Noto Sans CJK JP" w:cs="Noto Sans CJK JP"/>
        </w:rPr>
        <w:t>Test_Maharastra</w:t>
      </w:r>
      <w:r>
        <w:rPr>
          <w:color w:val="404040"/>
          <w:sz w:val="24"/>
          <w:rFonts w:ascii="Inter" w:hAnsi="Inter" w:eastAsia="Noto Sans CJK JP" w:cs="Noto Sans CJK JP"/>
        </w:rPr>
        <w:t xml:space="preserve"> with the label </w:t>
      </w:r>
      <w:r>
        <w:rPr>
          <w:color w:val="4472C4"/>
          <w:sz w:val="24"/>
          <w:rFonts w:ascii="Times New Roman" w:hAnsi="Times New Roman" w:eastAsia="Noto Sans CJK JP" w:cs="Noto Sans CJK JP"/>
        </w:rPr>
        <w:t>Maharastra</w:t>
      </w:r>
      <w:r>
        <w:rPr>
          <w:color w:val="404040"/>
          <w:sz w:val="24"/>
          <w:rFonts w:ascii="Inter" w:hAnsi="Inter" w:eastAsia="Noto Sans CJK JP" w:cs="Noto Sans CJK JP"/>
        </w:rPr>
        <w:t xml:space="preserve"> and the status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xml:space="preserve"> now appears alongside the values you added earlier. Make sure all values display correctly and are active.</w:t>
      </w:r>
    </w:p>
    <w:p>
      <w:pPr/>
      <w:r>
        <w:rPr>
          <w:color w:val="404040"/>
          <w:sz w:val="24"/>
          <w:rFonts w:ascii="Inter" w:hAnsi="Inter" w:eastAsia="Noto Sans CJK JP" w:cs="Noto Sans CJK JP"/>
        </w:rPr>
        <w:t xml:space="preserve">Each picklist value needs a unique external code, an appropriate label, and the status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Repeat these steps for every value you need.</w:t>
      </w:r>
    </w:p>
    <w:p>
      <w:pPr>
        <w:pStyle w:val="Heading2"/>
        <w:keepNext/>
        <w:keepLines/>
        <w:ind w:left="0"/>
        <w:outlineLvl w:val="1"/>
      </w:pPr>
      <w:r>
        <w:rPr>
          <w:b/>
          <w:color w:val="404040"/>
          <w:sz w:val="32"/>
          <w:rFonts w:ascii="Inter" w:hAnsi="Inter" w:eastAsia="Noto Sans CJK JP" w:cs="Noto Sans CJK JP"/>
        </w:rPr>
        <w:t>Create the child picklist</w:t>
      </w:r>
    </w:p>
    <w:p>
      <w:pPr>
        <w:pStyle w:val="Heading3"/>
        <w:keepNext/>
        <w:keepLines/>
        <w:ind w:left="0"/>
        <w:outlineLvl w:val="2"/>
      </w:pPr>
      <w:r>
        <w:rPr>
          <w:b/>
          <w:color w:val="404040"/>
          <w:sz w:val="28"/>
          <w:rFonts w:ascii="Inter" w:hAnsi="Inter" w:eastAsia="Noto Sans CJK JP" w:cs="Noto Sans CJK JP"/>
        </w:rPr>
        <w:t>21. Return to the Picklist Center</w:t>
      </w:r>
    </w:p>
    <w:p>
      <w:pPr>
        <w:keepNext/>
        <w:keepLines/>
      </w:pPr>
      <w:r>
        <w:rPr>
          <w:color w:val="404040"/>
          <w:sz w:val="24"/>
          <w:rFonts w:ascii="Inter" w:hAnsi="Inter" w:eastAsia="Noto Sans CJK JP" w:cs="Noto Sans CJK JP"/>
        </w:rPr>
        <w:t>Open the Picklist Center in SuccessFactors. The list shows existing picklists with their codes, names, statuses, effective start dates, and parent picklists. Example picklists include ACADEMICDEGREE_ARE, AGGREG, and ANDHRA PRADESH.</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Picklist Center listing picklists with columns for Code, Name, Status, Effective Start Date, and Parent Picklist, ready for a new picklist to be created with the plus button</w:t>
      </w:r>
    </w:p>
    <w:p>
      <w:pPr>
        <w:pStyle w:val="Heading3"/>
        <w:keepNext/>
        <w:keepLines/>
        <w:ind w:left="0"/>
        <w:outlineLvl w:val="2"/>
      </w:pPr>
      <w:r>
        <w:rPr>
          <w:b/>
          <w:color w:val="404040"/>
          <w:sz w:val="28"/>
          <w:rFonts w:ascii="Inter" w:hAnsi="Inter" w:eastAsia="Noto Sans CJK JP" w:cs="Noto Sans CJK JP"/>
        </w:rPr>
        <w:t>22. Start a new picklist</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(plus) button to create a new picklist.</w:t>
      </w:r>
    </w:p>
    <w:p>
      <w:pPr>
        <w:pStyle w:val="Heading3"/>
        <w:keepNext/>
        <w:keepLines/>
        <w:ind w:left="0"/>
        <w:outlineLvl w:val="2"/>
      </w:pPr>
      <w:r>
        <w:rPr>
          <w:b/>
          <w:color w:val="404040"/>
          <w:sz w:val="28"/>
          <w:rFonts w:ascii="Inter" w:hAnsi="Inter" w:eastAsia="Noto Sans CJK JP" w:cs="Noto Sans CJK JP"/>
        </w:rPr>
        <w:t>23. Enter the child picklist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a New Picklist</w:t>
      </w:r>
      <w:r>
        <w:rPr>
          <w:color w:val="404040"/>
          <w:sz w:val="24"/>
          <w:rFonts w:ascii="Inter" w:hAnsi="Inter" w:eastAsia="Noto Sans CJK JP" w:cs="Noto Sans CJK JP"/>
        </w:rPr>
        <w:t xml:space="preserve"> dialog, enter the details for a districts picklist:</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Test_AK_Districts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Districts</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Make sure it is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Change it to </w:t>
      </w:r>
      <w:r>
        <w:rPr>
          <w:color w:val="4472C4"/>
          <w:sz w:val="24"/>
          <w:rFonts w:ascii="Times New Roman" w:hAnsi="Times New Roman" w:eastAsia="Noto Sans CJK JP" w:cs="Noto Sans CJK JP"/>
        </w:rPr>
        <w:t>Jan 1, 1900</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Display Order:</w:t>
      </w:r>
      <w:r>
        <w:rPr>
          <w:color w:val="404040"/>
          <w:sz w:val="24"/>
          <w:rFonts w:ascii="Inter" w:hAnsi="Inter" w:eastAsia="Noto Sans CJK JP" w:cs="Noto Sans CJK JP"/>
        </w:rPr>
        <w:t xml:space="preserve"> Set it to </w:t>
      </w:r>
      <w:r>
        <w:rPr>
          <w:color w:val="4472C4"/>
          <w:sz w:val="24"/>
          <w:rFonts w:ascii="Times New Roman" w:hAnsi="Times New Roman" w:eastAsia="Noto Sans CJK JP" w:cs="Noto Sans CJK JP"/>
        </w:rPr>
        <w:t>Alphabetical</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Leave blank for now.</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Create a New Picklist dialog with Code Test_AK_Districts, Name Districts, Status Active, Effective Start Date Jan 1, 1900, Display Order Alphabetical, and Parent Picklist blank</w:t>
      </w:r>
    </w:p>
    <w:p>
      <w:pPr>
        <w:pStyle w:val="Heading3"/>
        <w:keepNext/>
        <w:keepLines/>
        <w:ind w:left="0"/>
        <w:outlineLvl w:val="2"/>
      </w:pPr>
      <w:r>
        <w:rPr>
          <w:b/>
          <w:color w:val="404040"/>
          <w:sz w:val="28"/>
          <w:rFonts w:ascii="Inter" w:hAnsi="Inter" w:eastAsia="Noto Sans CJK JP" w:cs="Noto Sans CJK JP"/>
        </w:rPr>
        <w:t>24. Set the Effective Start Date</w:t>
      </w:r>
    </w:p>
    <w:p>
      <w:pPr>
        <w:keepNext/>
        <w:keepLines/>
      </w:pPr>
      <w:r>
        <w:rPr>
          <w:color w:val="404040"/>
          <w:sz w:val="24"/>
          <w:rFonts w:ascii="Inter" w:hAnsi="Inter" w:eastAsia="Noto Sans CJK JP" w:cs="Noto Sans CJK JP"/>
        </w:rPr>
        <w:t xml:space="preserve">Click the calendar icon next to the </w:t>
      </w: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field. In the calendar picker, select the year </w:t>
      </w:r>
      <w:r>
        <w:rPr>
          <w:color w:val="4472C4"/>
          <w:sz w:val="24"/>
          <w:rFonts w:ascii="Times New Roman" w:hAnsi="Times New Roman" w:eastAsia="Noto Sans CJK JP" w:cs="Noto Sans CJK JP"/>
        </w:rPr>
        <w:t>1900</w:t>
      </w:r>
      <w:r>
        <w:rPr>
          <w:color w:val="404040"/>
          <w:sz w:val="24"/>
          <w:rFonts w:ascii="Inter" w:hAnsi="Inter" w:eastAsia="Noto Sans CJK JP" w:cs="Noto Sans CJK JP"/>
        </w:rPr>
        <w:t xml:space="preserve"> and the date </w:t>
      </w:r>
      <w:r>
        <w:rPr>
          <w:color w:val="4472C4"/>
          <w:sz w:val="24"/>
          <w:rFonts w:ascii="Times New Roman" w:hAnsi="Times New Roman" w:eastAsia="Noto Sans CJK JP" w:cs="Noto Sans CJK JP"/>
        </w:rPr>
        <w:t>Jan 1, 1900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Calendar picker open with the year 1900 and the month January selected for the Effective Start Date</w:t>
      </w:r>
    </w:p>
    <w:p>
      <w:pPr>
        <w:pStyle w:val="Heading3"/>
        <w:keepNext/>
        <w:keepLines/>
        <w:ind w:left="0"/>
        <w:outlineLvl w:val="2"/>
      </w:pPr>
      <w:r>
        <w:rPr>
          <w:b/>
          <w:color w:val="404040"/>
          <w:sz w:val="28"/>
          <w:rFonts w:ascii="Inter" w:hAnsi="Inter" w:eastAsia="Noto Sans CJK JP" w:cs="Noto Sans CJK JP"/>
        </w:rPr>
        <w:t>25. Assign the parent picklist</w:t>
      </w:r>
    </w:p>
    <w:p>
      <w:pPr/>
      <w:r>
        <w:rPr>
          <w:color w:val="404040"/>
          <w:sz w:val="24"/>
          <w:rFonts w:ascii="Inter" w:hAnsi="Inter" w:eastAsia="Noto Sans CJK JP" w:cs="Noto Sans CJK JP"/>
        </w:rPr>
        <w:t>To link the districts picklist to the states picklist, follow these steps:</w:t>
      </w:r>
    </w:p>
    <w:p>
      <w:pPr>
        <w:pStyle w:val="ListBullet2"/>
      </w:pPr>
      <w:r>
        <w:rPr>
          <w:color w:val="404040"/>
          <w:sz w:val="24"/>
          <w:rFonts w:ascii="Inter" w:hAnsi="Inter" w:eastAsia="Noto Sans CJK JP" w:cs="Noto Sans CJK JP"/>
        </w:rPr>
        <w:t xml:space="preserve">Click the icon next to the </w:t>
      </w: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Parent Picklist</w:t>
      </w:r>
      <w:r>
        <w:rPr>
          <w:color w:val="404040"/>
          <w:sz w:val="24"/>
          <w:rFonts w:ascii="Inter" w:hAnsi="Inter" w:eastAsia="Noto Sans CJK JP" w:cs="Noto Sans CJK JP"/>
        </w:rPr>
        <w:t xml:space="preserve"> dialog, enter </w:t>
      </w:r>
      <w:r>
        <w:rPr>
          <w:color w:val="4472C4"/>
          <w:sz w:val="24"/>
          <w:rFonts w:ascii="Times New Roman" w:hAnsi="Times New Roman" w:eastAsia="Noto Sans CJK JP" w:cs="Noto Sans CJK JP"/>
        </w:rPr>
        <w:t>test_Ak</w:t>
      </w:r>
      <w:r>
        <w:rPr>
          <w:color w:val="404040"/>
          <w:sz w:val="24"/>
          <w:rFonts w:ascii="Inter" w:hAnsi="Inter" w:eastAsia="Noto Sans CJK JP" w:cs="Noto Sans CJK JP"/>
        </w:rPr>
        <w:t xml:space="preserve"> in the search field.</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Go</w:t>
      </w:r>
      <w:r>
        <w:rPr>
          <w:color w:val="404040"/>
          <w:sz w:val="24"/>
          <w:rFonts w:ascii="Inter" w:hAnsi="Inter" w:eastAsia="Noto Sans CJK JP" w:cs="Noto Sans CJK JP"/>
        </w:rPr>
        <w:t xml:space="preserve"> or press Enter to search.</w:t>
      </w:r>
    </w:p>
    <w:p>
      <w:pPr>
        <w:pStyle w:val="ListBullet2"/>
        <w:keepNext/>
        <w:keepLines/>
      </w:pPr>
      <w:r>
        <w:rPr>
          <w:color w:val="404040"/>
          <w:sz w:val="24"/>
          <w:rFonts w:ascii="Inter" w:hAnsi="Inter" w:eastAsia="Noto Sans CJK JP" w:cs="Noto Sans CJK JP"/>
        </w:rPr>
        <w:t xml:space="preserve">From the results, select the parent picklist. To link districts to states, select </w:t>
      </w:r>
      <w:r>
        <w:rPr>
          <w:color w:val="4472C4"/>
          <w:sz w:val="24"/>
          <w:rFonts w:ascii="Times New Roman" w:hAnsi="Times New Roman" w:eastAsia="Noto Sans CJK JP" w:cs="Noto Sans CJK JP"/>
        </w:rPr>
        <w:t>Test_AK_State1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Select Parent Picklist dialog with search results for test_Ak, including Test_AK_Districts, Test_AK_State, and Test_AK_State1</w:t>
      </w:r>
    </w:p>
    <w:p>
      <w:pPr>
        <w:pStyle w:val="Heading3"/>
        <w:keepNext/>
        <w:keepLines/>
        <w:ind w:left="0"/>
        <w:outlineLvl w:val="2"/>
      </w:pPr>
      <w:r>
        <w:rPr>
          <w:b/>
          <w:color w:val="404040"/>
          <w:sz w:val="28"/>
          <w:rFonts w:ascii="Inter" w:hAnsi="Inter" w:eastAsia="Noto Sans CJK JP" w:cs="Noto Sans CJK JP"/>
        </w:rPr>
        <w:t>26. Review the details and save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a New Picklist</w:t>
      </w:r>
      <w:r>
        <w:rPr>
          <w:color w:val="404040"/>
          <w:sz w:val="24"/>
          <w:rFonts w:ascii="Inter" w:hAnsi="Inter" w:eastAsia="Noto Sans CJK JP" w:cs="Noto Sans CJK JP"/>
        </w:rPr>
        <w:t xml:space="preserve"> dialog, confirm these values:</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Test_AK_Districts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Districts</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Jan 1, 1900</w:t>
      </w:r>
    </w:p>
    <w:p>
      <w:pPr>
        <w:pStyle w:val="ListBullet2"/>
      </w:pPr>
      <w:r>
        <w:rPr>
          <w:b/>
          <w:color w:val="404040"/>
          <w:sz w:val="24"/>
          <w:rFonts w:ascii="Inter" w:hAnsi="Inter" w:eastAsia="Noto Sans CJK JP" w:cs="Noto Sans CJK JP"/>
        </w:rPr>
        <w:t>Display Order: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Alphabetical</w:t>
      </w:r>
    </w:p>
    <w:p>
      <w:pPr>
        <w:pStyle w:val="ListBullet2"/>
      </w:pP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Test_AK_State1</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create the picklist.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Create a New Picklist dialog with all fields filled and the Save button highlighted</w:t>
      </w:r>
    </w:p>
    <w:p>
      <w:pPr>
        <w:pStyle w:val="Heading3"/>
        <w:keepNext/>
        <w:keepLines/>
        <w:ind w:left="0"/>
        <w:outlineLvl w:val="2"/>
      </w:pPr>
      <w:r>
        <w:rPr>
          <w:b/>
          <w:color w:val="404040"/>
          <w:sz w:val="28"/>
          <w:rFonts w:ascii="Inter" w:hAnsi="Inter" w:eastAsia="Noto Sans CJK JP" w:cs="Noto Sans CJK JP"/>
        </w:rPr>
        <w:t>27. Confirm the picklist was created</w:t>
      </w:r>
    </w:p>
    <w:p>
      <w:pPr>
        <w:keepNext/>
        <w:keepLines/>
      </w:pPr>
      <w:r>
        <w:rPr>
          <w:color w:val="404040"/>
          <w:sz w:val="24"/>
          <w:rFonts w:ascii="Inter" w:hAnsi="Inter" w:eastAsia="Noto Sans CJK JP" w:cs="Noto Sans CJK JP"/>
        </w:rPr>
        <w:t>Wait for the confirmation message. In this example, it reads "The picklist Test_AK_Districts1 was created successfully." The new picklist now appears in the Picklist Center list.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Picklist Center with a confirmation message that the picklist Test_AK_Districts1 was created successfully</w:t>
      </w:r>
    </w:p>
    <w:p>
      <w:pPr>
        <w:pStyle w:val="Heading3"/>
        <w:keepNext/>
        <w:keepLines/>
        <w:ind w:left="0"/>
        <w:outlineLvl w:val="2"/>
      </w:pPr>
      <w:r>
        <w:rPr>
          <w:b/>
          <w:color w:val="404040"/>
          <w:sz w:val="28"/>
          <w:rFonts w:ascii="Inter" w:hAnsi="Inter" w:eastAsia="Noto Sans CJK JP" w:cs="Noto Sans CJK JP"/>
        </w:rPr>
        <w:t>28. Open the new picklist</w:t>
      </w:r>
    </w:p>
    <w:p>
      <w:pPr/>
      <w:r>
        <w:rPr>
          <w:color w:val="404040"/>
          <w:sz w:val="24"/>
          <w:rFonts w:ascii="Inter" w:hAnsi="Inter" w:eastAsia="Noto Sans CJK JP" w:cs="Noto Sans CJK JP"/>
        </w:rPr>
        <w:t xml:space="preserve">Click the new picklist, </w:t>
      </w:r>
      <w:r>
        <w:rPr>
          <w:color w:val="4472C4"/>
          <w:sz w:val="24"/>
          <w:rFonts w:ascii="Times New Roman" w:hAnsi="Times New Roman" w:eastAsia="Noto Sans CJK JP" w:cs="Noto Sans CJK JP"/>
        </w:rPr>
        <w:t>Test_AK_Districts1</w:t>
      </w:r>
      <w:r>
        <w:rPr>
          <w:color w:val="404040"/>
          <w:sz w:val="24"/>
          <w:rFonts w:ascii="Inter" w:hAnsi="Inter" w:eastAsia="Noto Sans CJK JP" w:cs="Noto Sans CJK JP"/>
        </w:rPr>
        <w:t>, to open its details page. The page displays:</w:t>
      </w:r>
    </w:p>
    <w:p>
      <w:pPr>
        <w:pStyle w:val="ListBullet2"/>
      </w:pPr>
      <w:r>
        <w:rPr>
          <w:b/>
          <w:color w:val="404040"/>
          <w:sz w:val="24"/>
          <w:rFonts w:ascii="Inter" w:hAnsi="Inter" w:eastAsia="Noto Sans CJK JP" w:cs="Noto Sans CJK JP"/>
        </w:rPr>
        <w:t>Code:</w:t>
      </w:r>
      <w:r>
        <w:rPr>
          <w:color w:val="404040"/>
          <w:sz w:val="24"/>
          <w:rFonts w:ascii="Inter" w:hAnsi="Inter" w:eastAsia="Noto Sans CJK JP" w:cs="Noto Sans CJK JP"/>
        </w:rPr>
        <w:t xml:space="preserve"> Test_AK_Districts1</w:t>
      </w:r>
    </w:p>
    <w:p>
      <w:pPr>
        <w:pStyle w:val="ListBullet2"/>
      </w:pPr>
      <w:r>
        <w:rPr>
          <w:b/>
          <w:color w:val="404040"/>
          <w:sz w:val="24"/>
          <w:rFonts w:ascii="Inter" w:hAnsi="Inter" w:eastAsia="Noto Sans CJK JP" w:cs="Noto Sans CJK JP"/>
        </w:rPr>
        <w:t>Parent Picklist:</w:t>
      </w:r>
      <w:r>
        <w:rPr>
          <w:color w:val="404040"/>
          <w:sz w:val="24"/>
          <w:rFonts w:ascii="Inter" w:hAnsi="Inter" w:eastAsia="Noto Sans CJK JP" w:cs="Noto Sans CJK JP"/>
        </w:rPr>
        <w:t xml:space="preserve"> State (Test_AK_State1)</w:t>
      </w:r>
    </w:p>
    <w:p>
      <w:pPr>
        <w:pStyle w:val="ListBullet2"/>
      </w:pPr>
      <w:r>
        <w:rPr>
          <w:b/>
          <w:color w:val="404040"/>
          <w:sz w:val="24"/>
          <w:rFonts w:ascii="Inter" w:hAnsi="Inter" w:eastAsia="Noto Sans CJK JP" w:cs="Noto Sans CJK JP"/>
        </w:rPr>
        <w:t>Display Order:</w:t>
      </w:r>
      <w:r>
        <w:rPr>
          <w:color w:val="404040"/>
          <w:sz w:val="24"/>
          <w:rFonts w:ascii="Inter" w:hAnsi="Inter" w:eastAsia="Noto Sans CJK JP" w:cs="Noto Sans CJK JP"/>
        </w:rPr>
        <w:t xml:space="preserve"> Alphabetical</w:t>
      </w:r>
    </w:p>
    <w:p>
      <w:pPr>
        <w:pStyle w:val="ListBullet2"/>
      </w:pPr>
      <w:r>
        <w:rPr>
          <w:b/>
          <w:color w:val="404040"/>
          <w:sz w:val="24"/>
          <w:rFonts w:ascii="Inter" w:hAnsi="Inter" w:eastAsia="Noto Sans CJK JP" w:cs="Noto Sans CJK JP"/>
        </w:rPr>
        <w:t>Effective Start Date:</w:t>
      </w:r>
      <w:r>
        <w:rPr>
          <w:color w:val="404040"/>
          <w:sz w:val="24"/>
          <w:rFonts w:ascii="Inter" w:hAnsi="Inter" w:eastAsia="Noto Sans CJK JP" w:cs="Noto Sans CJK JP"/>
        </w:rPr>
        <w:t xml:space="preserve"> Jan 1, 1900</w:t>
      </w:r>
    </w:p>
    <w:p>
      <w:pPr>
        <w:pStyle w:val="ListBullet2"/>
        <w:keepNext/>
        <w:keepLines/>
      </w:pPr>
      <w:r>
        <w:rPr>
          <w:b/>
          <w:color w:val="404040"/>
          <w:sz w:val="24"/>
          <w:rFonts w:ascii="Inter" w:hAnsi="Inter" w:eastAsia="Noto Sans CJK JP" w:cs="Noto Sans CJK JP"/>
        </w:rPr>
        <w:t>Picklist Values:</w:t>
      </w:r>
      <w:r>
        <w:rPr>
          <w:color w:val="404040"/>
          <w:sz w:val="24"/>
          <w:rFonts w:ascii="Inter" w:hAnsi="Inter" w:eastAsia="Noto Sans CJK JP" w:cs="Noto Sans CJK JP"/>
        </w:rPr>
        <w:t xml:space="preserve"> Empty ("No data found")</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Picklist details page for Test_AK_Districts1 with no picklist values yet</w:t>
      </w:r>
    </w:p>
    <w:p>
      <w:pPr>
        <w:pStyle w:val="Heading2"/>
        <w:keepNext/>
        <w:keepLines/>
        <w:ind w:left="0"/>
        <w:outlineLvl w:val="1"/>
      </w:pPr>
      <w:r>
        <w:rPr>
          <w:b/>
          <w:color w:val="404040"/>
          <w:sz w:val="32"/>
          <w:rFonts w:ascii="Inter" w:hAnsi="Inter" w:eastAsia="Noto Sans CJK JP" w:cs="Noto Sans CJK JP"/>
        </w:rPr>
        <w:t>Add values to the child picklist</w:t>
      </w:r>
    </w:p>
    <w:p>
      <w:pPr>
        <w:pStyle w:val="Heading3"/>
        <w:keepNext/>
        <w:keepLines/>
        <w:ind w:left="0"/>
        <w:outlineLvl w:val="2"/>
      </w:pPr>
      <w:r>
        <w:rPr>
          <w:b/>
          <w:color w:val="404040"/>
          <w:sz w:val="28"/>
          <w:rFonts w:ascii="Inter" w:hAnsi="Inter" w:eastAsia="Noto Sans CJK JP" w:cs="Noto Sans CJK JP"/>
        </w:rPr>
        <w:t>29. Open the Add New Value dialog</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(plus) button in the </w:t>
      </w:r>
      <w:r>
        <w:rPr>
          <w:b/>
          <w:color w:val="404040"/>
          <w:sz w:val="24"/>
          <w:rFonts w:ascii="Inter" w:hAnsi="Inter" w:eastAsia="Noto Sans CJK JP" w:cs="Noto Sans CJK JP"/>
        </w:rPr>
        <w:t>Picklist Values</w:t>
      </w:r>
      <w:r>
        <w:rPr>
          <w:color w:val="404040"/>
          <w:sz w:val="24"/>
          <w:rFonts w:ascii="Inter" w:hAnsi="Inter" w:eastAsia="Noto Sans CJK JP" w:cs="Noto Sans CJK JP"/>
        </w:rPr>
        <w:t xml:space="preserve"> section.</w:t>
      </w:r>
    </w:p>
    <w:p>
      <w:pPr>
        <w:pStyle w:val="Heading3"/>
        <w:keepNext/>
        <w:keepLines/>
        <w:ind w:left="0"/>
        <w:outlineLvl w:val="2"/>
      </w:pPr>
      <w:r>
        <w:rPr>
          <w:b/>
          <w:color w:val="404040"/>
          <w:sz w:val="28"/>
          <w:rFonts w:ascii="Inter" w:hAnsi="Inter" w:eastAsia="Noto Sans CJK JP" w:cs="Noto Sans CJK JP"/>
        </w:rPr>
        <w:t>30. Enter the Hyderabad value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enter these details:</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Test_hyderabad</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Hyderabad</w:t>
      </w:r>
    </w:p>
    <w:p>
      <w:pPr>
        <w:pStyle w:val="ListBullet2"/>
      </w:pP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Click the icon and select the parent value. Because Hyderabad is a district in Telangana, select </w:t>
      </w:r>
      <w:r>
        <w:rPr>
          <w:color w:val="4472C4"/>
          <w:sz w:val="24"/>
          <w:rFonts w:ascii="Times New Roman" w:hAnsi="Times New Roman" w:eastAsia="Noto Sans CJK JP" w:cs="Noto Sans CJK JP"/>
        </w:rPr>
        <w:t>Telangana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Make sure it is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Leave the other fields blank unless you need specific values.</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Test_hyderabad, Label Hyderabad, Parent Picklist Value Telangana, and Status Active</w:t>
      </w:r>
    </w:p>
    <w:p>
      <w:pPr>
        <w:pStyle w:val="Heading3"/>
        <w:keepNext/>
        <w:keepLines/>
        <w:ind w:left="0"/>
        <w:outlineLvl w:val="2"/>
      </w:pPr>
      <w:r>
        <w:rPr>
          <w:b/>
          <w:color w:val="404040"/>
          <w:sz w:val="28"/>
          <w:rFonts w:ascii="Inter" w:hAnsi="Inter" w:eastAsia="Noto Sans CJK JP" w:cs="Noto Sans CJK JP"/>
        </w:rPr>
        <w:t>31. Save the value and repeat for other districts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add the value. Then repeat the previous steps for each additional district. For each one:</w:t>
      </w:r>
    </w:p>
    <w:p>
      <w:pPr>
        <w:pStyle w:val="ListBullet2"/>
      </w:pPr>
      <w:r>
        <w:rPr>
          <w:color w:val="404040"/>
          <w:sz w:val="24"/>
          <w:rFonts w:ascii="Inter" w:hAnsi="Inter" w:eastAsia="Noto Sans CJK JP" w:cs="Noto Sans CJK JP"/>
        </w:rPr>
        <w:t xml:space="preserve">Enter a unique </w:t>
      </w: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such as </w:t>
      </w:r>
      <w:r>
        <w:rPr>
          <w:color w:val="4472C4"/>
          <w:sz w:val="24"/>
          <w:rFonts w:ascii="Times New Roman" w:hAnsi="Times New Roman" w:eastAsia="Noto Sans CJK JP" w:cs="Noto Sans CJK JP"/>
        </w:rPr>
        <w:t>Test_nizamabad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Enter the </w:t>
      </w:r>
      <w:r>
        <w:rPr>
          <w:b/>
          <w:color w:val="404040"/>
          <w:sz w:val="24"/>
          <w:rFonts w:ascii="Inter" w:hAnsi="Inter" w:eastAsia="Noto Sans CJK JP" w:cs="Noto Sans CJK JP"/>
        </w:rPr>
        <w:t>Label</w:t>
      </w:r>
      <w:r>
        <w:rPr>
          <w:color w:val="404040"/>
          <w:sz w:val="24"/>
          <w:rFonts w:ascii="Inter" w:hAnsi="Inter" w:eastAsia="Noto Sans CJK JP" w:cs="Noto Sans CJK JP"/>
        </w:rPr>
        <w:t xml:space="preserve"> (the district name).</w:t>
      </w:r>
    </w:p>
    <w:p>
      <w:pPr>
        <w:pStyle w:val="ListBullet2"/>
      </w:pPr>
      <w:r>
        <w:rPr>
          <w:color w:val="404040"/>
          <w:sz w:val="24"/>
          <w:rFonts w:ascii="Inter" w:hAnsi="Inter" w:eastAsia="Noto Sans CJK JP" w:cs="Noto Sans CJK JP"/>
        </w:rPr>
        <w:t xml:space="preserve">Select the correct </w:t>
      </w: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(the state).</w:t>
      </w:r>
    </w:p>
    <w:p>
      <w:pPr>
        <w:pStyle w:val="ListBullet2"/>
        <w:keepNext/>
        <w:keepLines/>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all required fields filled for the Hyderabad district mapped to Telangana</w:t>
      </w:r>
    </w:p>
    <w:p>
      <w:pPr>
        <w:pStyle w:val="Heading3"/>
        <w:keepNext/>
        <w:keepLines/>
        <w:ind w:left="0"/>
        <w:outlineLvl w:val="2"/>
      </w:pPr>
      <w:r>
        <w:rPr>
          <w:b/>
          <w:color w:val="404040"/>
          <w:sz w:val="28"/>
          <w:rFonts w:ascii="Inter" w:hAnsi="Inter" w:eastAsia="Noto Sans CJK JP" w:cs="Noto Sans CJK JP"/>
        </w:rPr>
        <w:t>32. Begin the Bengaluru value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start entering the next district. You reach this screen from the Picklist Center under the Admin Center.</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Begin with </w:t>
      </w:r>
      <w:r>
        <w:rPr>
          <w:color w:val="4472C4"/>
          <w:sz w:val="24"/>
          <w:rFonts w:ascii="Times New Roman" w:hAnsi="Times New Roman" w:eastAsia="Noto Sans CJK JP" w:cs="Noto Sans CJK JP"/>
        </w:rPr>
        <w:t>Test_Be</w:t>
      </w:r>
      <w:r>
        <w:rPr>
          <w:color w:val="404040"/>
          <w:sz w:val="24"/>
          <w:rFonts w:ascii="Inter" w:hAnsi="Inter" w:eastAsia="Noto Sans CJK JP" w:cs="Noto Sans CJK JP"/>
        </w:rPr>
        <w:t xml:space="preserve"> and complete it in the next step.</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Leave blank for now.</w:t>
      </w:r>
    </w:p>
    <w:p>
      <w:pPr>
        <w:pStyle w:val="ListBullet2"/>
      </w:pP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Leave blank for now.</w:t>
      </w:r>
    </w:p>
    <w:p>
      <w:pPr>
        <w:pStyle w:val="ListBullet2"/>
        <w:keepNext/>
        <w:keepLines/>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Make sure it is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partially entered as Test_Be, other fields blank, and Status Active</w:t>
      </w:r>
    </w:p>
    <w:p>
      <w:pPr>
        <w:pStyle w:val="Heading3"/>
        <w:keepNext/>
        <w:keepLines/>
        <w:ind w:left="0"/>
        <w:outlineLvl w:val="2"/>
      </w:pPr>
      <w:r>
        <w:rPr>
          <w:b/>
          <w:color w:val="404040"/>
          <w:sz w:val="28"/>
          <w:rFonts w:ascii="Inter" w:hAnsi="Inter" w:eastAsia="Noto Sans CJK JP" w:cs="Noto Sans CJK JP"/>
        </w:rPr>
        <w:t>33. Complete the Bengaluru entry</w:t>
      </w:r>
    </w:p>
    <w:p>
      <w:pPr/>
      <w:r>
        <w:rPr>
          <w:color w:val="404040"/>
          <w:sz w:val="24"/>
          <w:rFonts w:ascii="Inter" w:hAnsi="Inter" w:eastAsia="Noto Sans CJK JP" w:cs="Noto Sans CJK JP"/>
        </w:rPr>
        <w:t>Finish the entry with these values:</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Test_Bengaluru</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Bengaluru</w:t>
      </w:r>
    </w:p>
    <w:p>
      <w:pPr>
        <w:pStyle w:val="ListBullet2"/>
      </w:pP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Leave blank for now.</w:t>
      </w:r>
    </w:p>
    <w:p>
      <w:pPr>
        <w:pStyle w:val="ListBullet2"/>
        <w:keepNext/>
        <w:keepLines/>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Test_Bengaluru, Label Bengaluru, and Status Active</w:t>
      </w:r>
    </w:p>
    <w:p>
      <w:pPr>
        <w:pStyle w:val="Heading3"/>
        <w:keepNext/>
        <w:keepLines/>
        <w:ind w:left="0"/>
        <w:outlineLvl w:val="2"/>
      </w:pPr>
      <w:r>
        <w:rPr>
          <w:b/>
          <w:color w:val="404040"/>
          <w:sz w:val="28"/>
          <w:rFonts w:ascii="Inter" w:hAnsi="Inter" w:eastAsia="Noto Sans CJK JP" w:cs="Noto Sans CJK JP"/>
        </w:rPr>
        <w:t>34. Search for the parent picklist value</w:t>
      </w:r>
    </w:p>
    <w:p>
      <w:pPr>
        <w:keepNext/>
        <w:keepLines/>
      </w:pPr>
      <w:r>
        <w:rPr>
          <w:color w:val="404040"/>
          <w:sz w:val="24"/>
          <w:rFonts w:ascii="Inter" w:hAnsi="Inter" w:eastAsia="Noto Sans CJK JP" w:cs="Noto Sans CJK JP"/>
        </w:rPr>
        <w:t xml:space="preserve">Click the icon next to the </w:t>
      </w: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field to open the selection dialog. In the </w:t>
      </w:r>
      <w:r>
        <w:rPr>
          <w:b/>
          <w:color w:val="404040"/>
          <w:sz w:val="24"/>
          <w:rFonts w:ascii="Inter" w:hAnsi="Inter" w:eastAsia="Noto Sans CJK JP" w:cs="Noto Sans CJK JP"/>
        </w:rPr>
        <w:t>Select Parent Picklist Value</w:t>
      </w:r>
      <w:r>
        <w:rPr>
          <w:color w:val="404040"/>
          <w:sz w:val="24"/>
          <w:rFonts w:ascii="Inter" w:hAnsi="Inter" w:eastAsia="Noto Sans CJK JP" w:cs="Noto Sans CJK JP"/>
        </w:rPr>
        <w:t xml:space="preserve"> dialog, enter </w:t>
      </w:r>
      <w:r>
        <w:rPr>
          <w:color w:val="4472C4"/>
          <w:sz w:val="24"/>
          <w:rFonts w:ascii="Times New Roman" w:hAnsi="Times New Roman" w:eastAsia="Noto Sans CJK JP" w:cs="Noto Sans CJK JP"/>
        </w:rPr>
        <w:t>test_kar</w:t>
      </w:r>
      <w:r>
        <w:rPr>
          <w:color w:val="404040"/>
          <w:sz w:val="24"/>
          <w:rFonts w:ascii="Inter" w:hAnsi="Inter" w:eastAsia="Noto Sans CJK JP" w:cs="Noto Sans CJK JP"/>
        </w:rPr>
        <w:t xml:space="preserve"> in the search field to filter for Karnataka. No matching items appear at first.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Select Parent Picklist Value dialog with a search for test_kar and no matching items found</w:t>
      </w:r>
    </w:p>
    <w:p>
      <w:pPr>
        <w:pStyle w:val="Heading3"/>
        <w:keepNext/>
        <w:keepLines/>
        <w:ind w:left="0"/>
        <w:outlineLvl w:val="2"/>
      </w:pPr>
      <w:r>
        <w:rPr>
          <w:b/>
          <w:color w:val="404040"/>
          <w:sz w:val="28"/>
          <w:rFonts w:ascii="Inter" w:hAnsi="Inter" w:eastAsia="Noto Sans CJK JP" w:cs="Noto Sans CJK JP"/>
        </w:rPr>
        <w:t>35. Refine the search and select Karnataka</w:t>
      </w:r>
    </w:p>
    <w:p>
      <w:pPr>
        <w:keepNext/>
        <w:keepLines/>
      </w:pPr>
      <w:r>
        <w:rPr>
          <w:color w:val="404040"/>
          <w:sz w:val="24"/>
          <w:rFonts w:ascii="Inter" w:hAnsi="Inter" w:eastAsia="Noto Sans CJK JP" w:cs="Noto Sans CJK JP"/>
        </w:rPr>
        <w:t xml:space="preserve">Change the search to </w:t>
      </w:r>
      <w:r>
        <w:rPr>
          <w:color w:val="4472C4"/>
          <w:sz w:val="24"/>
          <w:rFonts w:ascii="Times New Roman" w:hAnsi="Times New Roman" w:eastAsia="Noto Sans CJK JP" w:cs="Noto Sans CJK JP"/>
        </w:rPr>
        <w:t>test_Ak_kar</w:t>
      </w:r>
      <w:r>
        <w:rPr>
          <w:color w:val="404040"/>
          <w:sz w:val="24"/>
          <w:rFonts w:ascii="Inter" w:hAnsi="Inter" w:eastAsia="Noto Sans CJK JP" w:cs="Noto Sans CJK JP"/>
        </w:rPr>
        <w:t xml:space="preserve">. The item </w:t>
      </w:r>
      <w:r>
        <w:rPr>
          <w:color w:val="4472C4"/>
          <w:sz w:val="24"/>
          <w:rFonts w:ascii="Times New Roman" w:hAnsi="Times New Roman" w:eastAsia="Noto Sans CJK JP" w:cs="Noto Sans CJK JP"/>
        </w:rPr>
        <w:t>Test_Ak_Karnataka</w:t>
      </w:r>
      <w:r>
        <w:rPr>
          <w:color w:val="404040"/>
          <w:sz w:val="24"/>
          <w:rFonts w:ascii="Inter" w:hAnsi="Inter" w:eastAsia="Noto Sans CJK JP" w:cs="Noto Sans CJK JP"/>
        </w:rPr>
        <w:t xml:space="preserve"> with the label </w:t>
      </w:r>
      <w:r>
        <w:rPr>
          <w:color w:val="4472C4"/>
          <w:sz w:val="24"/>
          <w:rFonts w:ascii="Times New Roman" w:hAnsi="Times New Roman" w:eastAsia="Noto Sans CJK JP" w:cs="Noto Sans CJK JP"/>
        </w:rPr>
        <w:t>Karnataka</w:t>
      </w:r>
      <w:r>
        <w:rPr>
          <w:color w:val="404040"/>
          <w:sz w:val="24"/>
          <w:rFonts w:ascii="Inter" w:hAnsi="Inter" w:eastAsia="Noto Sans CJK JP" w:cs="Noto Sans CJK JP"/>
        </w:rPr>
        <w:t xml:space="preserve"> appears in the results. Select </w:t>
      </w:r>
      <w:r>
        <w:rPr>
          <w:color w:val="4472C4"/>
          <w:sz w:val="24"/>
          <w:rFonts w:ascii="Times New Roman" w:hAnsi="Times New Roman" w:eastAsia="Noto Sans CJK JP" w:cs="Noto Sans CJK JP"/>
        </w:rPr>
        <w:t>Test_Ak_Karnataka</w:t>
      </w:r>
      <w:r>
        <w:rPr>
          <w:color w:val="404040"/>
          <w:sz w:val="24"/>
          <w:rFonts w:ascii="Inter" w:hAnsi="Inter" w:eastAsia="Noto Sans CJK JP" w:cs="Noto Sans CJK JP"/>
        </w:rPr>
        <w:t xml:space="preserve"> as the parent picklist value.</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Select Parent Picklist Value dialog showing Test_Ak_Karnataka in the results</w:t>
      </w:r>
    </w:p>
    <w:p>
      <w:pPr>
        <w:pStyle w:val="Heading3"/>
        <w:keepNext/>
        <w:keepLines/>
        <w:ind w:left="0"/>
        <w:outlineLvl w:val="2"/>
      </w:pPr>
      <w:r>
        <w:rPr>
          <w:b/>
          <w:color w:val="404040"/>
          <w:sz w:val="28"/>
          <w:rFonts w:ascii="Inter" w:hAnsi="Inter" w:eastAsia="Noto Sans CJK JP" w:cs="Noto Sans CJK JP"/>
        </w:rPr>
        <w:t>36. Confirm the Bengaluru entry</w:t>
      </w:r>
    </w:p>
    <w:p>
      <w:pPr/>
      <w:r>
        <w:rPr>
          <w:color w:val="404040"/>
          <w:sz w:val="24"/>
          <w:rFonts w:ascii="Inter" w:hAnsi="Inter" w:eastAsia="Noto Sans CJK JP" w:cs="Noto Sans CJK JP"/>
        </w:rPr>
        <w:t>Check that the dialog shows these values. All other fields remain blank.</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Test_Bengaluru</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Bengaluru</w:t>
      </w:r>
    </w:p>
    <w:p>
      <w:pPr>
        <w:pStyle w:val="ListBullet2"/>
      </w:pP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Karnataka</w:t>
      </w:r>
    </w:p>
    <w:p>
      <w:pPr>
        <w:pStyle w:val="ListBullet2"/>
        <w:keepNext/>
        <w:keepLines/>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Active</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all fields filled for Bengaluru and the Parent Picklist Value set to Karnataka</w:t>
      </w:r>
    </w:p>
    <w:p>
      <w:pPr>
        <w:pStyle w:val="Heading3"/>
        <w:keepNext/>
        <w:keepLines/>
        <w:ind w:left="0"/>
        <w:outlineLvl w:val="2"/>
      </w:pPr>
      <w:r>
        <w:rPr>
          <w:b/>
          <w:color w:val="404040"/>
          <w:sz w:val="28"/>
          <w:rFonts w:ascii="Inter" w:hAnsi="Inter" w:eastAsia="Noto Sans CJK JP" w:cs="Noto Sans CJK JP"/>
        </w:rPr>
        <w:t>37. Save the Bengaluru value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add the Bengaluru district value to the picklist.</w:t>
      </w:r>
    </w:p>
    <w:p>
      <w:pPr>
        <w:pStyle w:val="Heading3"/>
        <w:keepNext/>
        <w:keepLines/>
        <w:ind w:left="0"/>
        <w:outlineLvl w:val="2"/>
      </w:pPr>
      <w:r>
        <w:rPr>
          <w:b/>
          <w:color w:val="404040"/>
          <w:sz w:val="28"/>
          <w:rFonts w:ascii="Inter" w:hAnsi="Inter" w:eastAsia="Noto Sans CJK JP" w:cs="Noto Sans CJK JP"/>
        </w:rPr>
        <w:t>38. Start the Mumbai value</w:t>
      </w:r>
    </w:p>
    <w:p>
      <w:pPr/>
      <w:r>
        <w:rPr>
          <w:color w:val="404040"/>
          <w:sz w:val="24"/>
          <w:rFonts w:ascii="Inter" w:hAnsi="Inter" w:eastAsia="Noto Sans CJK JP" w:cs="Noto Sans CJK JP"/>
        </w:rPr>
        <w:t xml:space="preserve">Repeat the process for Mumbai. In the </w:t>
      </w:r>
      <w:r>
        <w:rPr>
          <w:b/>
          <w:color w:val="404040"/>
          <w:sz w:val="24"/>
          <w:rFonts w:ascii="Inter" w:hAnsi="Inter" w:eastAsia="Noto Sans CJK JP" w:cs="Noto Sans CJK JP"/>
        </w:rPr>
        <w:t>Add New Value</w:t>
      </w:r>
      <w:r>
        <w:rPr>
          <w:color w:val="404040"/>
          <w:sz w:val="24"/>
          <w:rFonts w:ascii="Inter" w:hAnsi="Inter" w:eastAsia="Noto Sans CJK JP" w:cs="Noto Sans CJK JP"/>
        </w:rPr>
        <w:t xml:space="preserve"> dialog, enter:</w:t>
      </w:r>
    </w:p>
    <w:p>
      <w:pPr>
        <w:pStyle w:val="ListBullet2"/>
      </w:pPr>
      <w:r>
        <w:rPr>
          <w:b/>
          <w:color w:val="404040"/>
          <w:sz w:val="24"/>
          <w:rFonts w:ascii="Inter" w:hAnsi="Inter" w:eastAsia="Noto Sans CJK JP" w:cs="Noto Sans CJK JP"/>
        </w:rPr>
        <w:t>External Code: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test_Mumbai</w:t>
      </w:r>
    </w:p>
    <w:p>
      <w:pPr>
        <w:pStyle w:val="ListBullet2"/>
      </w:pPr>
      <w:r>
        <w:rPr>
          <w:b/>
          <w:color w:val="404040"/>
          <w:sz w:val="24"/>
          <w:rFonts w:ascii="Inter" w:hAnsi="Inter" w:eastAsia="Noto Sans CJK JP" w:cs="Noto Sans CJK JP"/>
        </w:rPr>
        <w:t>Label: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Mumbai</w:t>
      </w:r>
    </w:p>
    <w:p>
      <w:pPr>
        <w:pStyle w:val="ListBullet2"/>
      </w:pP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Leave blank for now.</w:t>
      </w:r>
    </w:p>
    <w:p>
      <w:pPr>
        <w:pStyle w:val="ListBullet2"/>
        <w:keepNext/>
        <w:keepLines/>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Make sure it is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test_Mumbai, Label Mumbai, and Status Active</w:t>
      </w:r>
    </w:p>
    <w:p>
      <w:pPr>
        <w:pStyle w:val="Heading3"/>
        <w:keepNext/>
        <w:keepLines/>
        <w:ind w:left="0"/>
        <w:outlineLvl w:val="2"/>
      </w:pPr>
      <w:r>
        <w:rPr>
          <w:b/>
          <w:color w:val="404040"/>
          <w:sz w:val="28"/>
          <w:rFonts w:ascii="Inter" w:hAnsi="Inter" w:eastAsia="Noto Sans CJK JP" w:cs="Noto Sans CJK JP"/>
        </w:rPr>
        <w:t>39. Select the parent value for Mumbai</w:t>
      </w:r>
    </w:p>
    <w:p>
      <w:pPr>
        <w:keepNext/>
        <w:keepLines/>
      </w:pPr>
      <w:r>
        <w:rPr>
          <w:color w:val="404040"/>
          <w:sz w:val="24"/>
          <w:rFonts w:ascii="Inter" w:hAnsi="Inter" w:eastAsia="Noto Sans CJK JP" w:cs="Noto Sans CJK JP"/>
        </w:rPr>
        <w:t xml:space="preserve">Click the icon next to the </w:t>
      </w:r>
      <w:r>
        <w:rPr>
          <w:b/>
          <w:color w:val="404040"/>
          <w:sz w:val="24"/>
          <w:rFonts w:ascii="Inter" w:hAnsi="Inter" w:eastAsia="Noto Sans CJK JP" w:cs="Noto Sans CJK JP"/>
        </w:rPr>
        <w:t>Parent Picklist Value</w:t>
      </w:r>
      <w:r>
        <w:rPr>
          <w:color w:val="404040"/>
          <w:sz w:val="24"/>
          <w:rFonts w:ascii="Inter" w:hAnsi="Inter" w:eastAsia="Noto Sans CJK JP" w:cs="Noto Sans CJK JP"/>
        </w:rPr>
        <w:t xml:space="preserve"> field. Search for and select </w:t>
      </w:r>
      <w:r>
        <w:rPr>
          <w:color w:val="4472C4"/>
          <w:sz w:val="24"/>
          <w:rFonts w:ascii="Times New Roman" w:hAnsi="Times New Roman" w:eastAsia="Noto Sans CJK JP" w:cs="Noto Sans CJK JP"/>
        </w:rPr>
        <w:t>Maharastra</w:t>
      </w:r>
      <w:r>
        <w:rPr>
          <w:color w:val="404040"/>
          <w:sz w:val="24"/>
          <w:rFonts w:ascii="Inter" w:hAnsi="Inter" w:eastAsia="Noto Sans CJK JP" w:cs="Noto Sans CJK JP"/>
        </w:rPr>
        <w:t xml:space="preserve"> (Test_Maharastra) as the parent picklist value. Make sure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is set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jc w:val="center"/>
      </w:pPr>
      <w:r>
        <w:rPr>
          <w:b/>
          <w:color w:val="404040"/>
        </w:rPr>
        <w:t>Add New Value dialog with External Code test_Mumbai, Label Mumbai, Parent Picklist Value Maharastra, and Status Active</w:t>
      </w:r>
    </w:p>
    <w:p>
      <w:pPr>
        <w:pStyle w:val="Heading3"/>
        <w:keepNext/>
        <w:keepLines/>
        <w:ind w:left="0"/>
        <w:outlineLvl w:val="2"/>
      </w:pPr>
      <w:r>
        <w:rPr>
          <w:b/>
          <w:color w:val="404040"/>
          <w:sz w:val="28"/>
          <w:rFonts w:ascii="Inter" w:hAnsi="Inter" w:eastAsia="Noto Sans CJK JP" w:cs="Noto Sans CJK JP"/>
        </w:rPr>
        <w:t>40. Save the Mumbai value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add the Mumbai district value to the picklist.</w:t>
      </w:r>
    </w:p>
    <w:p>
      <w:pPr>
        <w:pStyle w:val="Heading3"/>
        <w:keepNext/>
        <w:keepLines/>
        <w:ind w:left="0"/>
        <w:outlineLvl w:val="2"/>
      </w:pPr>
      <w:r>
        <w:rPr>
          <w:b/>
          <w:color w:val="404040"/>
          <w:sz w:val="28"/>
          <w:rFonts w:ascii="Inter" w:hAnsi="Inter" w:eastAsia="Noto Sans CJK JP" w:cs="Noto Sans CJK JP"/>
        </w:rPr>
        <w:t>41. Review the completed picklist</w:t>
      </w:r>
    </w:p>
    <w:p>
      <w:pPr/>
      <w:r>
        <w:rPr>
          <w:color w:val="404040"/>
          <w:sz w:val="24"/>
          <w:rFonts w:ascii="Inter" w:hAnsi="Inter" w:eastAsia="Noto Sans CJK JP" w:cs="Noto Sans CJK JP"/>
        </w:rPr>
        <w:t xml:space="preserve">The picklist </w:t>
      </w:r>
      <w:r>
        <w:rPr>
          <w:color w:val="4472C4"/>
          <w:sz w:val="24"/>
          <w:rFonts w:ascii="Times New Roman" w:hAnsi="Times New Roman" w:eastAsia="Noto Sans CJK JP" w:cs="Noto Sans CJK JP"/>
        </w:rPr>
        <w:t>Test_AK_Districts1</w:t>
      </w:r>
      <w:r>
        <w:rPr>
          <w:color w:val="404040"/>
          <w:sz w:val="24"/>
          <w:rFonts w:ascii="Inter" w:hAnsi="Inter" w:eastAsia="Noto Sans CJK JP" w:cs="Noto Sans CJK JP"/>
        </w:rPr>
        <w:t xml:space="preserve"> now contains three values:</w:t>
      </w:r>
    </w:p>
    <w:p>
      <w:pPr>
        <w:pStyle w:val="ListBullet2"/>
      </w:pPr>
      <w:r>
        <w:rPr>
          <w:b/>
          <w:color w:val="404040"/>
          <w:sz w:val="24"/>
          <w:rFonts w:ascii="Inter" w:hAnsi="Inter" w:eastAsia="Noto Sans CJK JP" w:cs="Noto Sans CJK JP"/>
        </w:rPr>
        <w:t>Test_hyderabad</w:t>
      </w:r>
      <w:r>
        <w:rPr>
          <w:color w:val="404040"/>
          <w:sz w:val="24"/>
          <w:rFonts w:ascii="Inter" w:hAnsi="Inter" w:eastAsia="Noto Sans CJK JP" w:cs="Noto Sans CJK JP"/>
        </w:rPr>
        <w:t xml:space="preserve"> (Hyderabad), with the parent Telangana (Test_Telangana)</w:t>
      </w:r>
    </w:p>
    <w:p>
      <w:pPr>
        <w:pStyle w:val="ListBullet2"/>
      </w:pPr>
      <w:r>
        <w:rPr>
          <w:b/>
          <w:color w:val="404040"/>
          <w:sz w:val="24"/>
          <w:rFonts w:ascii="Inter" w:hAnsi="Inter" w:eastAsia="Noto Sans CJK JP" w:cs="Noto Sans CJK JP"/>
        </w:rPr>
        <w:t>Test_Bengaluru</w:t>
      </w:r>
      <w:r>
        <w:rPr>
          <w:color w:val="404040"/>
          <w:sz w:val="24"/>
          <w:rFonts w:ascii="Inter" w:hAnsi="Inter" w:eastAsia="Noto Sans CJK JP" w:cs="Noto Sans CJK JP"/>
        </w:rPr>
        <w:t xml:space="preserve"> (Bengaluru), with the parent Karnataka (Test_Ak_Karnataka)</w:t>
      </w:r>
    </w:p>
    <w:p>
      <w:pPr>
        <w:pStyle w:val="ListBullet2"/>
      </w:pPr>
      <w:r>
        <w:rPr>
          <w:b/>
          <w:color w:val="404040"/>
          <w:sz w:val="24"/>
          <w:rFonts w:ascii="Inter" w:hAnsi="Inter" w:eastAsia="Noto Sans CJK JP" w:cs="Noto Sans CJK JP"/>
        </w:rPr>
        <w:t>test_Mumbai</w:t>
      </w:r>
      <w:r>
        <w:rPr>
          <w:color w:val="404040"/>
          <w:sz w:val="24"/>
          <w:rFonts w:ascii="Inter" w:hAnsi="Inter" w:eastAsia="Noto Sans CJK JP" w:cs="Noto Sans CJK JP"/>
        </w:rPr>
        <w:t xml:space="preserve"> (Mumbai), with the parent Maharastra (Test_Maharastra)</w:t>
      </w:r>
    </w:p>
    <w:p>
      <w:pPr>
        <w:keepNext/>
        <w:keepLines/>
      </w:pPr>
      <w:r>
        <w:rPr>
          <w:color w:val="404040"/>
          <w:sz w:val="24"/>
          <w:rFonts w:ascii="Inter" w:hAnsi="Inter" w:eastAsia="Noto Sans CJK JP" w:cs="Noto Sans CJK JP"/>
        </w:rPr>
        <w:t xml:space="preserve">All values have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Picklist Center showing Test_AK_Districts1 with three district values and their parent states</w:t>
      </w:r>
    </w:p>
    <w:p>
      <w:pPr>
        <w:pStyle w:val="Heading2"/>
        <w:keepNext/>
        <w:keepLines/>
        <w:ind w:left="0"/>
        <w:outlineLvl w:val="1"/>
      </w:pPr>
      <w:r>
        <w:rPr>
          <w:b/>
          <w:color w:val="404040"/>
          <w:sz w:val="32"/>
          <w:rFonts w:ascii="Inter" w:hAnsi="Inter" w:eastAsia="Noto Sans CJK JP" w:cs="Noto Sans CJK JP"/>
        </w:rPr>
        <w:t>Review the parent-child mapping</w:t>
      </w:r>
    </w:p>
    <w:p>
      <w:pPr>
        <w:pStyle w:val="Heading3"/>
        <w:keepNext/>
        <w:keepLines/>
        <w:ind w:left="0"/>
        <w:outlineLvl w:val="2"/>
      </w:pPr>
      <w:r>
        <w:rPr>
          <w:b/>
          <w:color w:val="404040"/>
          <w:sz w:val="28"/>
          <w:rFonts w:ascii="Inter" w:hAnsi="Inter" w:eastAsia="Noto Sans CJK JP" w:cs="Noto Sans CJK JP"/>
        </w:rPr>
        <w:t>42. Verify the district picklist</w:t>
      </w:r>
    </w:p>
    <w:p>
      <w:pPr/>
      <w:r>
        <w:rPr>
          <w:color w:val="404040"/>
          <w:sz w:val="24"/>
          <w:rFonts w:ascii="Inter" w:hAnsi="Inter" w:eastAsia="Noto Sans CJK JP" w:cs="Noto Sans CJK JP"/>
        </w:rPr>
        <w:t xml:space="preserve">Confirm that the picklist named </w:t>
      </w:r>
      <w:r>
        <w:rPr>
          <w:color w:val="4472C4"/>
          <w:sz w:val="24"/>
          <w:rFonts w:ascii="Times New Roman" w:hAnsi="Times New Roman" w:eastAsia="Noto Sans CJK JP" w:cs="Noto Sans CJK JP"/>
        </w:rPr>
        <w:t>Test_AK_Districts1</w:t>
      </w:r>
      <w:r>
        <w:rPr>
          <w:color w:val="404040"/>
          <w:sz w:val="24"/>
          <w:rFonts w:ascii="Inter" w:hAnsi="Inter" w:eastAsia="Noto Sans CJK JP" w:cs="Noto Sans CJK JP"/>
        </w:rPr>
        <w:t xml:space="preserve"> contains the following values:</w:t>
      </w:r>
    </w:p>
    <w:p>
      <w:pPr>
        <w:pStyle w:val="ListBullet2"/>
      </w:pPr>
      <w:r>
        <w:rPr>
          <w:b/>
          <w:color w:val="404040"/>
          <w:sz w:val="24"/>
          <w:rFonts w:ascii="Inter" w:hAnsi="Inter" w:eastAsia="Noto Sans CJK JP" w:cs="Noto Sans CJK JP"/>
        </w:rPr>
        <w:t>Test_hyderabad</w:t>
      </w:r>
      <w:r>
        <w:rPr>
          <w:color w:val="404040"/>
          <w:sz w:val="24"/>
          <w:rFonts w:ascii="Inter" w:hAnsi="Inter" w:eastAsia="Noto Sans CJK JP" w:cs="Noto Sans CJK JP"/>
        </w:rPr>
        <w:t xml:space="preserve"> (Label: Hyderabad), with the Parent Picklist Value Telangana (Test_Telangana)</w:t>
      </w:r>
    </w:p>
    <w:p>
      <w:pPr>
        <w:pStyle w:val="ListBullet2"/>
      </w:pPr>
      <w:r>
        <w:rPr>
          <w:b/>
          <w:color w:val="404040"/>
          <w:sz w:val="24"/>
          <w:rFonts w:ascii="Inter" w:hAnsi="Inter" w:eastAsia="Noto Sans CJK JP" w:cs="Noto Sans CJK JP"/>
        </w:rPr>
        <w:t>Test_Bengaluru</w:t>
      </w:r>
      <w:r>
        <w:rPr>
          <w:color w:val="404040"/>
          <w:sz w:val="24"/>
          <w:rFonts w:ascii="Inter" w:hAnsi="Inter" w:eastAsia="Noto Sans CJK JP" w:cs="Noto Sans CJK JP"/>
        </w:rPr>
        <w:t xml:space="preserve"> (Label: Bengaluru), with the Parent Picklist Value Karnataka (Test_Ak_Karnataka)</w:t>
      </w:r>
    </w:p>
    <w:p>
      <w:pPr>
        <w:pStyle w:val="ListBullet2"/>
      </w:pPr>
      <w:r>
        <w:rPr>
          <w:b/>
          <w:color w:val="404040"/>
          <w:sz w:val="24"/>
          <w:rFonts w:ascii="Inter" w:hAnsi="Inter" w:eastAsia="Noto Sans CJK JP" w:cs="Noto Sans CJK JP"/>
        </w:rPr>
        <w:t>test_Mumbai</w:t>
      </w:r>
      <w:r>
        <w:rPr>
          <w:color w:val="404040"/>
          <w:sz w:val="24"/>
          <w:rFonts w:ascii="Inter" w:hAnsi="Inter" w:eastAsia="Noto Sans CJK JP" w:cs="Noto Sans CJK JP"/>
        </w:rPr>
        <w:t xml:space="preserve"> (Label: Mumbai), with the Parent Picklist Value Maharastra (Test_Maharastra)</w:t>
      </w:r>
    </w:p>
    <w:p>
      <w:pPr>
        <w:keepNext/>
        <w:keepLines/>
      </w:pPr>
      <w:r>
        <w:rPr>
          <w:color w:val="404040"/>
          <w:sz w:val="24"/>
          <w:rFonts w:ascii="Inter" w:hAnsi="Inter" w:eastAsia="Noto Sans CJK JP" w:cs="Noto Sans CJK JP"/>
        </w:rPr>
        <w:t xml:space="preserve">Ensure all values have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w:t>
      </w:r>
      <w:r>
        <w:rPr>
          <w:color w:val="4472C4"/>
          <w:sz w:val="24"/>
          <w:rFonts w:ascii="Times New Roman" w:hAnsi="Times New Roman" w:eastAsia="Noto Sans CJK JP" w:cs="Noto Sans CJK JP"/>
        </w:rPr>
        <w:t>Active</w:t>
      </w:r>
      <w:r>
        <w:rPr>
          <w:color w:val="404040"/>
          <w:sz w:val="24"/>
          <w:rFonts w:ascii="Inter" w:hAnsi="Inter" w:eastAsia="Noto Sans CJK JP" w:cs="Noto Sans CJK JP"/>
        </w:rPr>
        <w:t xml:space="preserve">. Confirm that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for the picklist is </w:t>
      </w:r>
      <w:r>
        <w:rPr>
          <w:color w:val="4472C4"/>
          <w:sz w:val="24"/>
          <w:rFonts w:ascii="Times New Roman" w:hAnsi="Times New Roman" w:eastAsia="Noto Sans CJK JP" w:cs="Noto Sans CJK JP"/>
        </w:rPr>
        <w:t>Jan 1, 1900</w:t>
      </w:r>
      <w:r>
        <w:rPr>
          <w:color w:val="404040"/>
          <w:sz w:val="24"/>
          <w:rFonts w:ascii="Inter" w:hAnsi="Inter" w:eastAsia="Noto Sans CJK JP" w:cs="Noto Sans CJK JP"/>
        </w:rPr>
        <w:t xml:space="preserve"> and that the display order is </w:t>
      </w:r>
      <w:r>
        <w:rPr>
          <w:b/>
          <w:color w:val="404040"/>
          <w:sz w:val="24"/>
          <w:rFonts w:ascii="Inter" w:hAnsi="Inter" w:eastAsia="Noto Sans CJK JP" w:cs="Noto Sans CJK JP"/>
        </w:rPr>
        <w:t>Alphabetical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jc w:val="center"/>
      </w:pPr>
      <w:r>
        <w:rPr>
          <w:b/>
          <w:color w:val="404040"/>
        </w:rPr>
        <w:t>Picklist Center showing Test_AK_Districts1 with three district values, their labels, statuses, and parent picklist values</w:t>
      </w:r>
    </w:p>
    <w:p>
      <w:pPr>
        <w:pStyle w:val="Heading3"/>
        <w:keepNext/>
        <w:keepLines/>
        <w:ind w:left="0"/>
        <w:outlineLvl w:val="2"/>
      </w:pPr>
      <w:r>
        <w:rPr>
          <w:b/>
          <w:color w:val="404040"/>
          <w:sz w:val="28"/>
          <w:rFonts w:ascii="Inter" w:hAnsi="Inter" w:eastAsia="Noto Sans CJK JP" w:cs="Noto Sans CJK JP"/>
        </w:rPr>
        <w:t>43. Understand the parent-child relationship</w:t>
      </w:r>
    </w:p>
    <w:p>
      <w:pPr/>
      <w:r>
        <w:rPr>
          <w:color w:val="404040"/>
          <w:sz w:val="24"/>
          <w:rFonts w:ascii="Inter" w:hAnsi="Inter" w:eastAsia="Noto Sans CJK JP" w:cs="Noto Sans CJK JP"/>
        </w:rPr>
        <w:t>Keep these points in mind when you create a child picklist:</w:t>
      </w:r>
    </w:p>
    <w:p>
      <w:pPr>
        <w:pStyle w:val="ListBullet2"/>
      </w:pPr>
      <w:r>
        <w:rPr>
          <w:color w:val="404040"/>
          <w:sz w:val="24"/>
          <w:rFonts w:ascii="Inter" w:hAnsi="Inter" w:eastAsia="Noto Sans CJK JP" w:cs="Noto Sans CJK JP"/>
        </w:rPr>
        <w:t>The district picklist (</w:t>
      </w:r>
      <w:r>
        <w:rPr>
          <w:color w:val="4472C4"/>
          <w:sz w:val="24"/>
          <w:rFonts w:ascii="Times New Roman" w:hAnsi="Times New Roman" w:eastAsia="Noto Sans CJK JP" w:cs="Noto Sans CJK JP"/>
        </w:rPr>
        <w:t>Test_AK_Districts1</w:t>
      </w:r>
      <w:r>
        <w:rPr>
          <w:color w:val="404040"/>
          <w:sz w:val="24"/>
          <w:rFonts w:ascii="Inter" w:hAnsi="Inter" w:eastAsia="Noto Sans CJK JP" w:cs="Noto Sans CJK JP"/>
        </w:rPr>
        <w:t>) uses the state picklist as its parent.</w:t>
      </w:r>
    </w:p>
    <w:p>
      <w:pPr>
        <w:pStyle w:val="ListBullet2"/>
      </w:pPr>
      <w:r>
        <w:rPr>
          <w:color w:val="404040"/>
          <w:sz w:val="24"/>
          <w:rFonts w:ascii="Inter" w:hAnsi="Inter" w:eastAsia="Noto Sans CJK JP" w:cs="Noto Sans CJK JP"/>
        </w:rPr>
        <w:t>Always specify the parent picklist (states) when you set up the child picklist (districts).</w:t>
      </w:r>
    </w:p>
    <w:p>
      <w:pPr>
        <w:pStyle w:val="ListBullet2"/>
      </w:pPr>
      <w:r>
        <w:rPr>
          <w:color w:val="404040"/>
          <w:sz w:val="24"/>
          <w:rFonts w:ascii="Inter" w:hAnsi="Inter" w:eastAsia="Noto Sans CJK JP" w:cs="Noto Sans CJK JP"/>
        </w:rPr>
        <w:t>Use a meaningful picklist name so you can identify it easily during testing or production use.</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Jan 1, 1900</w:t>
      </w:r>
      <w:r>
        <w:rPr>
          <w:color w:val="404040"/>
          <w:sz w:val="24"/>
          <w:rFonts w:ascii="Inter" w:hAnsi="Inter" w:eastAsia="Noto Sans CJK JP" w:cs="Noto Sans CJK JP"/>
        </w:rPr>
        <w:t xml:space="preserve"> for consistency and to avoid future-dated issues.</w:t>
      </w:r>
    </w:p>
    <w:p>
      <w:pPr>
        <w:pStyle w:val="ListBullet2"/>
      </w:pPr>
      <w:r>
        <w:rPr>
          <w:color w:val="404040"/>
          <w:sz w:val="24"/>
          <w:rFonts w:ascii="Inter" w:hAnsi="Inter" w:eastAsia="Noto Sans CJK JP" w:cs="Noto Sans CJK JP"/>
        </w:rPr>
        <w:t xml:space="preserve">When you assign the parent, search for the exact name or external code, such as </w:t>
      </w:r>
      <w:r>
        <w:rPr>
          <w:color w:val="4472C4"/>
          <w:sz w:val="24"/>
          <w:rFonts w:ascii="Times New Roman" w:hAnsi="Times New Roman" w:eastAsia="Noto Sans CJK JP" w:cs="Noto Sans CJK JP"/>
        </w:rPr>
        <w:t>Test_Ak_Karnataka</w:t>
      </w:r>
      <w:r>
        <w:rPr>
          <w:color w:val="404040"/>
          <w:sz w:val="24"/>
          <w:rFonts w:ascii="Inter" w:hAnsi="Inter" w:eastAsia="Noto Sans CJK JP" w:cs="Noto Sans CJK JP"/>
        </w:rPr>
        <w:t xml:space="preserve"> for Karnataka.</w:t>
      </w:r>
    </w:p>
    <w:p>
      <w:pPr>
        <w:pStyle w:val="Heading3"/>
        <w:keepNext/>
        <w:keepLines/>
        <w:ind w:left="0"/>
        <w:outlineLvl w:val="2"/>
      </w:pPr>
      <w:r>
        <w:rPr>
          <w:b/>
          <w:color w:val="404040"/>
          <w:sz w:val="28"/>
          <w:rFonts w:ascii="Inter" w:hAnsi="Inter" w:eastAsia="Noto Sans CJK JP" w:cs="Noto Sans CJK JP"/>
        </w:rPr>
        <w:t>44. Return to the SuccessFactors Home page</w:t>
      </w:r>
    </w:p>
    <w:p>
      <w:pPr/>
      <w:r>
        <w:rPr>
          <w:color w:val="404040"/>
          <w:sz w:val="24"/>
          <w:rFonts w:ascii="Inter" w:hAnsi="Inter" w:eastAsia="Noto Sans CJK JP" w:cs="Noto Sans CJK JP"/>
        </w:rPr>
        <w:t>When you finish configuring the picklists, navigate back to the Home page. It displays widgets such as:</w:t>
      </w:r>
    </w:p>
    <w:p>
      <w:pPr>
        <w:pStyle w:val="ListBullet2"/>
      </w:pPr>
      <w:r>
        <w:rPr>
          <w:b/>
          <w:color w:val="404040"/>
          <w:sz w:val="24"/>
          <w:rFonts w:ascii="Inter" w:hAnsi="Inter" w:eastAsia="Noto Sans CJK JP" w:cs="Noto Sans CJK JP"/>
        </w:rPr>
        <w:t>To-Do:</w:t>
      </w:r>
      <w:r>
        <w:rPr>
          <w:color w:val="404040"/>
          <w:sz w:val="24"/>
          <w:rFonts w:ascii="Inter" w:hAnsi="Inter" w:eastAsia="Noto Sans CJK JP" w:cs="Noto Sans CJK JP"/>
        </w:rPr>
        <w:t xml:space="preserve"> Finish Your Profile (0% Complete) and Recruiting Approvals (2 Approvals Due Anytime)</w:t>
      </w:r>
    </w:p>
    <w:p>
      <w:pPr>
        <w:pStyle w:val="ListBullet2"/>
      </w:pPr>
      <w:r>
        <w:rPr>
          <w:b/>
          <w:color w:val="404040"/>
          <w:sz w:val="24"/>
          <w:rFonts w:ascii="Inter" w:hAnsi="Inter" w:eastAsia="Noto Sans CJK JP" w:cs="Noto Sans CJK JP"/>
        </w:rPr>
        <w:t>My Team:</w:t>
      </w:r>
      <w:r>
        <w:rPr>
          <w:color w:val="404040"/>
          <w:sz w:val="24"/>
          <w:rFonts w:ascii="Inter" w:hAnsi="Inter" w:eastAsia="Noto Sans CJK JP" w:cs="Noto Sans CJK JP"/>
        </w:rPr>
        <w:t xml:space="preserve"> Recognize and Reward someone and IGS comp eligibility chart</w:t>
      </w:r>
    </w:p>
    <w:p>
      <w:pPr>
        <w:pStyle w:val="ListBullet2"/>
        <w:keepNext/>
        <w:keepLines/>
      </w:pPr>
      <w:r>
        <w:rPr>
          <w:b/>
          <w:color w:val="404040"/>
          <w:sz w:val="24"/>
          <w:rFonts w:ascii="Inter" w:hAnsi="Inter" w:eastAsia="Noto Sans CJK JP" w:cs="Noto Sans CJK JP"/>
        </w:rPr>
        <w:t>My Info:</w:t>
      </w:r>
      <w:r>
        <w:rPr>
          <w:color w:val="404040"/>
          <w:sz w:val="24"/>
          <w:rFonts w:ascii="Inter" w:hAnsi="Inter" w:eastAsia="Noto Sans CJK JP" w:cs="Noto Sans CJK JP"/>
        </w:rPr>
        <w:t xml:space="preserve"> Additional personal and HR-related widgets</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SuccessFactors Home page showing the To-Do, My Team, and My Info widgets</w:t>
      </w: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3041655"/>
                    </a:xfrm>
                    <a:prstGeom prst="rect"/>
                  </pic:spPr>
                </pic:pic>
              </a:graphicData>
            </a:graphic>
          </wp:inline>
        </w:drawing>
      </w:r>
    </w:p>
    <w:p>
      <w:pPr>
        <w:pStyle w:val="Caption"/>
        <w:jc w:val="center"/>
      </w:pPr>
      <w:r>
        <w:rPr>
          <w:b/>
          <w:color w:val="404040"/>
        </w:rPr>
        <w:t>SuccessFactors Home page with screen recording controls visible, indicating the end of the session.</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created a hierarchical picklist structure in SuccessFactors, with states as the parent picklist and districts as the child picklist. Each district is mapped to its corresponding state. You can now link the picklist to MDF (Metadata Framework) objects and HRIS elements.</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Link the picklist to MDF objects and HRIS elements in your SuccessFactors configuration.</w:t>
      </w:r>
    </w:p>
    <w:p>
      <w:pPr>
        <w:pStyle w:val="ListBullet2"/>
      </w:pPr>
      <w:r>
        <w:rPr>
          <w:color w:val="404040"/>
          <w:sz w:val="24"/>
          <w:rFonts w:ascii="Inter" w:hAnsi="Inter" w:eastAsia="Noto Sans CJK JP" w:cs="Noto Sans CJK JP"/>
        </w:rPr>
        <w:t>Use the picklist in employee or organizational data forms. This enables dynamic, hierarchical dropdowns, such as selecting a state to filter the available districts.</w:t>
      </w:r>
    </w:p>
    <w:p>
      <w:pPr>
        <w:pStyle w:val="ListBullet2"/>
      </w:pPr>
      <w:r>
        <w:rPr>
          <w:color w:val="404040"/>
          <w:sz w:val="24"/>
          <w:rFonts w:ascii="Inter" w:hAnsi="Inter" w:eastAsia="Noto Sans CJK JP" w:cs="Noto Sans CJK JP"/>
        </w:rPr>
        <w:t>Use the picklist in SuccessFactors modules that require hierarchical picklists.</w:t>
      </w:r>
    </w:p>
    <w:p>
      <w:pPr>
        <w:pStyle w:val="ListBullet2"/>
      </w:pPr>
      <w:r>
        <w:rPr>
          <w:color w:val="404040"/>
          <w:sz w:val="24"/>
          <w:rFonts w:ascii="Inter" w:hAnsi="Inter" w:eastAsia="Noto Sans CJK JP" w:cs="Noto Sans CJK JP"/>
        </w:rPr>
        <w:t>To make changes, return to the Picklist Center and edit the picklist or its values.</w:t>
      </w:r>
    </w:p>
    <w:p>
      <w:pPr/>
      <w:r>
        <w:br w:type="page"/>
      </w:r>
    </w:p>
    <w:sectPr w:rsidR="00FC693F" w:rsidRPr="0006063C" w:rsidSect="00034616">
      <w:headerReference w:type="default" r:id="rId40"/>
      <w:footerReference w:type="default" r:id="rId4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header" Target="header1.xm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