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print a class roster in Skyward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can generate, preview, and print a class roster from Skyward Educator Access Plus. This guide shows you how to print a class roster in Skyward for one class or all your classes. It also shows how to export the roster to Excel instead.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Before you begin, make sure you have: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login for Skyward Educator Access Plus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Access to the </w:t>
      </w:r>
      <w:r>
        <w:rPr>
          <w:b/>
          <w:color w:val="404040"/>
          <w:sz w:val="24"/>
          <w:rFonts w:ascii="Inter" w:hAnsi="Inter" w:eastAsia="Noto Sans CJK JP" w:cs="Noto Sans CJK JP"/>
        </w:rPr>
        <w:t>Teacher Access</w:t>
      </w:r>
      <w:r>
        <w:rPr>
          <w:color w:val="404040"/>
          <w:sz w:val="24"/>
          <w:rFonts w:ascii="Inter" w:hAnsi="Inter" w:eastAsia="Noto Sans CJK JP" w:cs="Noto Sans CJK JP"/>
        </w:rPr>
        <w:t xml:space="preserve"> tab and </w:t>
      </w:r>
      <w:r>
        <w:rPr>
          <w:b/>
          <w:color w:val="404040"/>
          <w:sz w:val="24"/>
          <w:rFonts w:ascii="Inter" w:hAnsi="Inter" w:eastAsia="Noto Sans CJK JP" w:cs="Noto Sans CJK JP"/>
        </w:rPr>
        <w:t>My Gradebook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At least one class in your gradebook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1. Log in to Skyward Educator Access Plus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Log in and confirm that you are on the </w:t>
      </w:r>
      <w:r>
        <w:rPr>
          <w:b/>
          <w:color w:val="404040"/>
          <w:sz w:val="24"/>
          <w:rFonts w:ascii="Inter" w:hAnsi="Inter" w:eastAsia="Noto Sans CJK JP" w:cs="Noto Sans CJK JP"/>
        </w:rPr>
        <w:t>Educator Access Plus Home</w:t>
      </w:r>
      <w:r>
        <w:rPr>
          <w:color w:val="404040"/>
          <w:sz w:val="24"/>
          <w:rFonts w:ascii="Inter" w:hAnsi="Inter" w:eastAsia="Noto Sans CJK JP" w:cs="Noto Sans CJK JP"/>
        </w:rPr>
        <w:t xml:space="preserve"> screen. You should see your district information and your print queue.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Skyward Educator Access Plus Home screen showing navigation tabs, the print queue, and district information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2. Go to your gradebook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Teacher Access</w:t>
      </w:r>
      <w:r>
        <w:rPr>
          <w:color w:val="404040"/>
          <w:sz w:val="24"/>
          <w:rFonts w:ascii="Inter" w:hAnsi="Inter" w:eastAsia="Noto Sans CJK JP" w:cs="Noto Sans CJK JP"/>
        </w:rPr>
        <w:t xml:space="preserve"> tab at the top of the screen. Then select </w:t>
      </w:r>
      <w:r>
        <w:rPr>
          <w:b/>
          <w:color w:val="404040"/>
          <w:sz w:val="24"/>
          <w:rFonts w:ascii="Inter" w:hAnsi="Inter" w:eastAsia="Noto Sans CJK JP" w:cs="Noto Sans CJK JP"/>
        </w:rPr>
        <w:t>My Gradebook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dropdown menu.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hovering over the Teacher Access tab on the Skyward home screen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3. Select the class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your gradebook, find the class you want to print a roster for and select it. If you are prompted, choose the </w:t>
      </w:r>
      <w:r>
        <w:rPr>
          <w:b/>
          <w:color w:val="404040"/>
          <w:sz w:val="24"/>
          <w:rFonts w:ascii="Inter" w:hAnsi="Inter" w:eastAsia="Noto Sans CJK JP" w:cs="Noto Sans CJK JP"/>
        </w:rPr>
        <w:t>Standards Gradebook</w:t>
      </w:r>
      <w:r>
        <w:rPr>
          <w:color w:val="404040"/>
          <w:sz w:val="24"/>
          <w:rFonts w:ascii="Inter" w:hAnsi="Inter" w:eastAsia="Noto Sans CJK JP" w:cs="Noto Sans CJK JP"/>
        </w:rPr>
        <w:t xml:space="preserve"> for that class.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4. Open the Reports tab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Inside the gradebook, find the row of tabs along the top of the screen. Click </w:t>
      </w:r>
      <w:r>
        <w:rPr>
          <w:b/>
          <w:color w:val="404040"/>
          <w:sz w:val="24"/>
          <w:rFonts w:ascii="Inter" w:hAnsi="Inter" w:eastAsia="Noto Sans CJK JP" w:cs="Noto Sans CJK JP"/>
        </w:rPr>
        <w:t>Reports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Gradebook tabs including Attendance, Grade Marks, Posting Status, Reports, Charts, Display Options, Quick Scoring, and Export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5. Open the Class Roster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Reports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 menu, scroll down to the </w:t>
      </w:r>
      <w:r>
        <w:rPr>
          <w:b/>
          <w:color w:val="404040"/>
          <w:sz w:val="24"/>
          <w:rFonts w:ascii="Inter" w:hAnsi="Inter" w:eastAsia="Noto Sans CJK JP" w:cs="Noto Sans CJK JP"/>
        </w:rPr>
        <w:t>Class Information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section. Click </w:t>
      </w:r>
      <w:r>
        <w:rPr>
          <w:b/>
          <w:color w:val="404040"/>
          <w:sz w:val="24"/>
          <w:rFonts w:ascii="Inter" w:hAnsi="Inter" w:eastAsia="Noto Sans CJK JP" w:cs="Noto Sans CJK JP"/>
        </w:rPr>
        <w:t>Class Roster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Reports dropdown menu with Class Roster highlighted under Class Information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6. Choose a report template and an output option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Report Templates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select the template you prefer, such as </w:t>
      </w:r>
      <w:r>
        <w:rPr>
          <w:b/>
          <w:color w:val="404040"/>
          <w:sz w:val="24"/>
          <w:rFonts w:ascii="Inter" w:hAnsi="Inter" w:eastAsia="Noto Sans CJK JP" w:cs="Noto Sans CJK JP"/>
        </w:rPr>
        <w:t>Student Name &amp; Student Info</w:t>
      </w:r>
      <w:r>
        <w:rPr>
          <w:color w:val="404040"/>
          <w:sz w:val="24"/>
          <w:rFonts w:ascii="Inter" w:hAnsi="Inter" w:eastAsia="Noto Sans CJK JP" w:cs="Noto Sans CJK JP"/>
        </w:rPr>
        <w:t>. Then choose how you want to output the roster: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Export to Excel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roster as a spreadsheet. This saves you from typing in all the names manually.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Print</w:t>
      </w:r>
      <w:r>
        <w:rPr>
          <w:color w:val="404040"/>
          <w:sz w:val="24"/>
          <w:rFonts w:ascii="Inter" w:hAnsi="Inter" w:eastAsia="Noto Sans CJK JP" w:cs="Noto Sans CJK JP"/>
        </w:rPr>
        <w:t xml:space="preserve"> to print the roster directly.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To print the roster, click </w:t>
      </w:r>
      <w:r>
        <w:rPr>
          <w:b/>
          <w:color w:val="404040"/>
          <w:sz w:val="24"/>
          <w:rFonts w:ascii="Inter" w:hAnsi="Inter" w:eastAsia="Noto Sans CJK JP" w:cs="Noto Sans CJK JP"/>
        </w:rPr>
        <w:t>Print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 Templates window with options for Print, Export to Excel, View parameters of Template, Clone Template, and Select Different Classes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7. Select the classes to include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Choose which classes appear in the roster: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To print rosters for all your classes, make sure all the boxes are checked.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To print a roster for one class, click </w:t>
      </w:r>
      <w:r>
        <w:rPr>
          <w:b/>
          <w:color w:val="404040"/>
          <w:sz w:val="24"/>
          <w:rFonts w:ascii="Inter" w:hAnsi="Inter" w:eastAsia="Noto Sans CJK JP" w:cs="Noto Sans CJK JP"/>
        </w:rPr>
        <w:t>Clear All</w:t>
      </w:r>
      <w:r>
        <w:rPr>
          <w:color w:val="404040"/>
          <w:sz w:val="24"/>
          <w:rFonts w:ascii="Inter" w:hAnsi="Inter" w:eastAsia="Noto Sans CJK JP" w:cs="Noto Sans CJK JP"/>
        </w:rPr>
        <w:t>. Then check only the box for the class you want.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Class Selection window with a checkbox for each class and the Select All, Clear All, and Print buttons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8. Send the roster to the print queue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After you select your classes, click </w:t>
      </w:r>
      <w:r>
        <w:rPr>
          <w:b/>
          <w:color w:val="404040"/>
          <w:sz w:val="24"/>
          <w:rFonts w:ascii="Inter" w:hAnsi="Inter" w:eastAsia="Noto Sans CJK JP" w:cs="Noto Sans CJK JP"/>
        </w:rPr>
        <w:t>Print</w:t>
      </w:r>
      <w:r>
        <w:rPr>
          <w:color w:val="404040"/>
          <w:sz w:val="24"/>
          <w:rFonts w:ascii="Inter" w:hAnsi="Inter" w:eastAsia="Noto Sans CJK JP" w:cs="Noto Sans CJK JP"/>
        </w:rPr>
        <w:t>. Skyward adds your print job to the print queue, where you can also see other items you have printed.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Class Selection window with one class selected and the Print button highlighted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9. Wait for the report to finish processing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Watch the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column in your print queue. The status shows </w:t>
      </w:r>
      <w:r>
        <w:rPr>
          <w:b/>
          <w:color w:val="404040"/>
          <w:sz w:val="24"/>
          <w:rFonts w:ascii="Inter" w:hAnsi="Inter" w:eastAsia="Noto Sans CJK JP" w:cs="Noto Sans CJK JP"/>
        </w:rPr>
        <w:t>Running</w:t>
      </w:r>
      <w:r>
        <w:rPr>
          <w:color w:val="404040"/>
          <w:sz w:val="24"/>
          <w:rFonts w:ascii="Inter" w:hAnsi="Inter" w:eastAsia="Noto Sans CJK JP" w:cs="Noto Sans CJK JP"/>
        </w:rPr>
        <w:t xml:space="preserve"> while Skyward generates the report. When processing finishes, the status changes to </w:t>
      </w:r>
      <w:r>
        <w:rPr>
          <w:b/>
          <w:color w:val="404040"/>
          <w:sz w:val="24"/>
          <w:rFonts w:ascii="Inter" w:hAnsi="Inter" w:eastAsia="Noto Sans CJK JP" w:cs="Noto Sans CJK JP"/>
        </w:rPr>
        <w:t>Completed</w:t>
      </w:r>
      <w:r>
        <w:rPr>
          <w:color w:val="404040"/>
          <w:sz w:val="24"/>
          <w:rFonts w:ascii="Inter" w:hAnsi="Inter" w:eastAsia="Noto Sans CJK JP" w:cs="Noto Sans CJK JP"/>
        </w:rPr>
        <w:t xml:space="preserve"> and the row turns blue.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 </w:t>
      </w:r>
      <w:r>
        <w:rPr>
          <w:b/>
          <w:color w:val="404040"/>
          <w:sz w:val="24"/>
          <w:rFonts w:ascii="Inter" w:hAnsi="Inter" w:eastAsia="Noto Sans CJK JP" w:cs="Noto Sans CJK JP"/>
        </w:rPr>
        <w:t>Report Finished Processing</w:t>
      </w:r>
      <w:r>
        <w:rPr>
          <w:color w:val="404040"/>
          <w:sz w:val="24"/>
          <w:rFonts w:ascii="Inter" w:hAnsi="Inter" w:eastAsia="Noto Sans CJK JP" w:cs="Noto Sans CJK JP"/>
        </w:rPr>
        <w:t xml:space="preserve"> dialog box also appears. It states that the report Class Roster Report has finished processing.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Print queue with the Report Finished Processing dialog, Display Report and Back buttons, and the Completed status highlighted in blue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10. Display the completed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Report Finished Processing</w:t>
      </w:r>
      <w:r>
        <w:rPr>
          <w:color w:val="404040"/>
          <w:sz w:val="24"/>
          <w:rFonts w:ascii="Inter" w:hAnsi="Inter" w:eastAsia="Noto Sans CJK JP" w:cs="Noto Sans CJK JP"/>
        </w:rPr>
        <w:t xml:space="preserve"> dialog box, click </w:t>
      </w:r>
      <w:r>
        <w:rPr>
          <w:b/>
          <w:color w:val="404040"/>
          <w:sz w:val="24"/>
          <w:rFonts w:ascii="Inter" w:hAnsi="Inter" w:eastAsia="Noto Sans CJK JP" w:cs="Noto Sans CJK JP"/>
        </w:rPr>
        <w:t>Display Report</w:t>
      </w:r>
      <w:r>
        <w:rPr>
          <w:color w:val="404040"/>
          <w:sz w:val="24"/>
          <w:rFonts w:ascii="Inter" w:hAnsi="Inter" w:eastAsia="Noto Sans CJK JP" w:cs="Noto Sans CJK JP"/>
        </w:rPr>
        <w:t>. A print preview of your class roster opens in a new window or tab.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clicking Display Report in the Report Finished Processing dialog box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11. Review and print your class roster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In the print preview, check that all the student information is correct. The report shows these details: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Teacher name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Course and section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School year, period, and room number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Student names, grades, birth dates, phone numbers, gender, email addresses, and graduation year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Total number of students, with a breakdown by gender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When everything looks right, use the print icon or your browser's print function to print the roster.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Class Roster Report print preview showing the teacher, course, student details, and print controls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You can now print a class roster in Skyward for a single class or for all your classes. Open the </w:t>
      </w:r>
      <w:r>
        <w:rPr>
          <w:b/>
          <w:color w:val="404040"/>
          <w:sz w:val="24"/>
          <w:rFonts w:ascii="Inter" w:hAnsi="Inter" w:eastAsia="Noto Sans CJK JP" w:cs="Noto Sans CJK JP"/>
        </w:rPr>
        <w:t>Class Roster</w:t>
      </w:r>
      <w:r>
        <w:rPr>
          <w:color w:val="404040"/>
          <w:sz w:val="24"/>
          <w:rFonts w:ascii="Inter" w:hAnsi="Inter" w:eastAsia="Noto Sans CJK JP" w:cs="Noto Sans CJK JP"/>
        </w:rPr>
        <w:t xml:space="preserve"> report from the </w:t>
      </w:r>
      <w:r>
        <w:rPr>
          <w:b/>
          <w:color w:val="404040"/>
          <w:sz w:val="24"/>
          <w:rFonts w:ascii="Inter" w:hAnsi="Inter" w:eastAsia="Noto Sans CJK JP" w:cs="Noto Sans CJK JP"/>
        </w:rPr>
        <w:t>Reports</w:t>
      </w:r>
      <w:r>
        <w:rPr>
          <w:color w:val="404040"/>
          <w:sz w:val="24"/>
          <w:rFonts w:ascii="Inter" w:hAnsi="Inter" w:eastAsia="Noto Sans CJK JP" w:cs="Noto Sans CJK JP"/>
        </w:rPr>
        <w:t xml:space="preserve"> tab in your gradebook. Choose a template, select your classes, and click </w:t>
      </w:r>
      <w:r>
        <w:rPr>
          <w:b/>
          <w:color w:val="404040"/>
          <w:sz w:val="24"/>
          <w:rFonts w:ascii="Inter" w:hAnsi="Inter" w:eastAsia="Noto Sans CJK JP" w:cs="Noto Sans CJK JP"/>
        </w:rPr>
        <w:t>Print</w:t>
      </w:r>
      <w:r>
        <w:rPr>
          <w:color w:val="404040"/>
          <w:sz w:val="24"/>
          <w:rFonts w:ascii="Inter" w:hAnsi="Inter" w:eastAsia="Noto Sans CJK JP" w:cs="Noto Sans CJK JP"/>
        </w:rPr>
        <w:t xml:space="preserve">. When the report finishes processing, click </w:t>
      </w:r>
      <w:r>
        <w:rPr>
          <w:b/>
          <w:color w:val="404040"/>
          <w:sz w:val="24"/>
          <w:rFonts w:ascii="Inter" w:hAnsi="Inter" w:eastAsia="Noto Sans CJK JP" w:cs="Noto Sans CJK JP"/>
        </w:rPr>
        <w:t>Display Report</w:t>
      </w:r>
      <w:r>
        <w:rPr>
          <w:color w:val="404040"/>
          <w:sz w:val="24"/>
          <w:rFonts w:ascii="Inter" w:hAnsi="Inter" w:eastAsia="Noto Sans CJK JP" w:cs="Noto Sans CJK JP"/>
        </w:rPr>
        <w:t xml:space="preserve"> to preview and print it. You can also use </w:t>
      </w:r>
      <w:r>
        <w:rPr>
          <w:b/>
          <w:color w:val="404040"/>
          <w:sz w:val="24"/>
          <w:rFonts w:ascii="Inter" w:hAnsi="Inter" w:eastAsia="Noto Sans CJK JP" w:cs="Noto Sans CJK JP"/>
        </w:rPr>
        <w:t>Export to Excel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roster as a spreadsheet.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rFonts w:ascii="Inter" w:hAnsi="Inter" w:eastAsia="Noto Sans CJK JP" w:cs="Noto Sans CJK JP"/>
      <w:color w:val="4040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