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Team Sites and Communication Sites in SharePoint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p>
    <w:p>
      <w:pPr>
        <w:pStyle w:val="Heading1"/>
        <w:keepNext/>
        <w:keepLines/>
        <w:outlineLvl w:val="0"/>
      </w:pPr>
      <w:r>
        <w:rPr>
          <w:b/>
          <w:color w:val="404040"/>
          <w:sz w:val="32"/>
          <w:rFonts w:ascii="Inter" w:hAnsi="Inter" w:eastAsia="Noto Sans CJK JP" w:cs="Noto Sans CJK JP"/>
        </w:rPr>
        <w:t>Creating a team site</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App Launcher is open, displaying tiles for Mail, Calendar, People, Yammer, OneDrive, SharePoint, Planner, Tasks, Power BI, Delve, and Video. The SharePoint tile is highlighted. The SharePoint homepage shows "News from sites" and suggested articles.</w:t>
      </w:r>
    </w:p>
    <w:p>
      <w:pPr/>
      <w:r>
        <w:br/>
      </w:r>
    </w:p>
    <w:p>
      <w:pPr>
        <w:pStyle w:val="ListNumber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"Create a site" screen shows two options: Team site, illustrated with people working on a race car, and Communication site, illustrated with people using a megaphone. Each option includes a brief description.</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8</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Form for creating a team site connected to Office 365 Groups, with fields for Site name and Site description, plus a preview of the generated Group email address and Site Address. Example values shown: Site name "My Team", Group email address "MyTeam", Site Address "https://mod989227.sharepoint.com/sites/MyTeam".</w:t>
      </w:r>
    </w:p>
    <w:p>
      <w:pPr/>
      <w:r>
        <w:br/>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Privacy settings dropdown is open, showing the options "Public - anyone in the organization can access this site" and "Private - only members can access this site".</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x</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The Add group members screen shows the "Add additional owners" field containing "Alex Wilber" and an empty "Add members" field ready for input. A note explains that members will receive group conversations and events in their inbox.</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Creating a communication site</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SharePoint Team Site homepage displays default News entries, an Activity feed, and a left navigation panel with standard libraries and lists.</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The SharePoint homepage with the "+ Create site" button highlighted, showing the "News from sites" and "Frequent sites" sections.</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The Communication Site creation screen shows a "Choose a design" dropdown with Topic, Showcase, and Blank options, along with a preview of the selected design.</w:t>
      </w:r>
    </w:p>
    <w:p>
      <w:pPr/>
      <w:r>
        <w:br/>
      </w:r>
    </w:p>
    <w:p>
      <w:pPr>
        <w:pStyle w:val="ListNumber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8</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Communication Site creation form shows "Showcase" selected, Site name "New Product", Site Address "NewProduct", and a field for Site description.</w:t>
      </w:r>
    </w:p>
    <w:p>
      <w:pPr/>
      <w:r>
        <w:br/>
      </w:r>
    </w:p>
    <w:p>
      <w:pPr>
        <w:pStyle w:val="ListNumber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Communication Site homepage for "New Product" shows a large image, a "Share your strategy" section, and navigation links for Home, Documents, Pages, and Site contents.</w:t>
      </w:r>
    </w:p>
    <w:p>
      <w:pPr/>
      <w:r>
        <w:br/>
      </w:r>
    </w:p>
    <w:p>
      <w:pPr>
        <w:pStyle w:val="ListNumber2"/>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The Communication Site homepage shows the "Image gallery" section with multiple images arranged in a grid layout.</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The closing screen displays the title "Collaboration Coach" at the top, "More goodness...." on the left side, and a "Subscribe!" call to action on the right side.</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