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 SharePoint Site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Method 1: Create a team site directly in SharePoint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Method 2: Create a shared library and SharePoint site from OneDrive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Method 3: Create a SharePoint site automatically via Microsoft Teams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Understanding channel integration between Teams and SharePoint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Create a team from an existing SharePoint site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Example: Create and use a Microsoft Teams site for a Consumer Tech team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!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!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'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1"/>
      <w:footerReference w:type="default" r:id="rId2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header" Target="header1.xm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