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and Configure an Invoice Tracker List in SharePoint Online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the Invoice Tracker list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SharePoint Online site contents page is open. The left navigation menu is visible with "Site contents" highlighted. The main area lists existing libraries and pages.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"Site contents" page with a blue callout pointing to the "+ New" button at the top, instructing you to click it.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dialog titled "Create a list" is open, showing options for "Blank list", "From Excel", and "From existing list". The "Blank list" option is highlighted. Various template options are also visible below.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dialog box is open for creating a new list. The "Name" field is being filled in with "Invoice Tracker". The "Show in site navigation" option is checked. A blue callout says "Enter a Name &amp; Description".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"Create a list" dialog is open with "Invoice Tracker" entered as the name. The "Create" button is highlighted with a blue callout.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new "Invoice Tracker" list is open. Only one column, "Title", is present. The page displays a welcome message: "Welcome to your new list".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"Invoice Tracker" list is open. The "Title" column dropdown is expanded, showing options including "Column settings". A blue callout explains how to rename a column.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"Invoice Tracker" list now shows "Invoice Description" as the first column. The "Add column" option is visible next to it.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Adding the Invoice Date, Invoice Amount, and Vendor columns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"Invoice Tracker" list is open. The "Add column" dropdown is expanded, and "Date and time" is highlighted. A blue callout says "Select the Column Data Type".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"Create a column" panel is open with "Invoice Date" entered as the name. The type is set to "Date and time". A blue callout says "Enter the Column Name".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"Create a column" panel is open. "More options" is highlighted with a blue callout.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"Create a column" panel is open. "Require that this column contains information" is toggled on, and "Add to all content types" is toggled off. Blue callouts explain these settings.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"Create a column" panel is open with all settings configured. The "Save" button is highlighted with a blue callout.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"Invoice Tracker" list now shows "Invoice Description" and "Invoice Date" columns. The "Add column" dropdown is expanded, and "Currency" is visible as an option.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"Create a column" panel is open for "Invoice Amount". "Number of decimal places" is set to 2. The "More options" link is being clicked.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"Create a column" panel is open for "Invoice Amount". "Require that this column contains information" is toggled on, and "Add to all content types" is toggled off. The "Save" button is visible.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"Invoice Tracker" list now shows "Invoice Description", "Invoice Date", and "Invoice Amount" columns. The "Add column" dropdown is expanded, and "Single line of text" is highlighted.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Adding the Vendor Name and Status columns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Add the "Vendor Name" column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"Create a column" panel is open for "Vendor Name". "Require that this column contains information" is toggled on, and "Add to all content types" is toggled off. The "Save" button is highlighted.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Add the "Status" column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"Add column" dropdown is expanded. "Choice" is visible as an option. A blue callout says "Select Choice to add a Single or Multi-Select Pick List".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"Create a column" panel is open for "Status". Choices "Pending Approval", "Approved", "More Information Required", and "Paid" are entered with different colors. The default value is set to "Pending Approval".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"Create a column" panel is open for "Status". All settings are configured: required, not added to all content types, drop-down menu, and default value set.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Adding person and comment columns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list with "Add column" dropdown open, showing data type options such as Single line of text, Multiple lines of text, Location, Number, Yes/No, Person, Date and time, Choice, Hyperlink, Currency, Image, More...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Cursor hovering over "Person" in the Add column dropdown, with a tooltip explaining the Person data type.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a column panel open with Name set to "Requestor", Type set to "Person or Group", and the option to allow selection of Groups visible.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list with columns including Requestor, and Add column dropdown open, cursor over Person data type.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a column panel with Name "Manager", Type "Person or Group", and "Require that this column contains information" toggled to Yes.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a column panel with Name "Finance", Type "Person or Group", and "Require that this column contains information" toggled to No.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list with Add column dropdown open, cursor over "Multiple lines of text".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a column panel for Comments, with enhanced rich text option visible and a tooltip explaining its features.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a column panel for Comments with enhanced rich text enabled, append changes to existing text set to No, and other options visible.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a column panel for Comments with Save button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Adding a sample invoice entry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New item panel open with Invoice Description "New Laptop", Invoice Date "1/28/2021", Invoice Amount "2500", Vendor Name "Dell", Status "Pending Approval", and person fields ready for entry.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New item panel with Requestor, Manager, and Finance fields filled in with names or email addresses.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New item panel with cursor over Add attachments, ready to upload files.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Invoice Tracker list in grid view with New Laptop entry, showing inline editable fields for Invoice Description, Date, Amount, Vendor, Status, Requestor, Manager, Finance, and Comments.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Invoice Tracker list showing completed entry for New Laptop with all relevant columns filled.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76331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7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Invoice Tracker list with a speech bubble overlay: "Be Sure to Subscribe to My Channel to Stay up to Date on the Latest SharePoint Online Tutorials".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33"/>
      <w:footerReference w:type="default" r:id="rId3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header" Target="header1.xml"/><Relationship Id="rId3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