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Form in SharePoint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page in edit mode, with a plus symbol visible where a new web part can be added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Office 365 and access SharePoint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Forms pane open, with "Demo" entered as the form name and the Create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your SharePoint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 end screen with "THANK YOU FOR WATCHING", "SUGGESTED VIDEO", "SUBSCRIBE", Business Tech Planet logo, and website address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edit mode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Choose where to add the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Forms editor open, showing the "Demo" form with questions being added and the Add new button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Add the Microsoft Forms web part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Create a new form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Add questions to your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Office 365 app launcher open, with SharePoint highlighted among other Microsoft 365 apps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Customize and finalize your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site with the embedded "Demo" form visible, a reload prompt shown, and the Microsoft Forms pane on the right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Save and refresh your SharePoint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site page with the Edit button highlighted, showing the site layout and navigation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Confirm your form is live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SharePoint site page in edit mode, showing activity cards, quick links, an empty documents folder, and a banner at the bottom stating "YOUR NEW FORM IS READY TO ACCEPT ANSWERS"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white and blue text: "MORE INFORMATION AT BUSINESSTECHPLANET.COM. LINK TO THE BLOG POST IS IN THE DESCRIPTION"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