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Folder in SharePoint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your SharePoint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home screen showing frequently visited sites and the navigation panel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Access library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Open advanced library settings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Library Settings page displaying the General Settings and Advanced Settings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Enable the folder creation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Advanced Settings page with the folder creation option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Create the folder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Documents library with the "+ New" menu expanded and the Folder option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Verify the folder and start organizing files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Documents library showing the newly created "Sample" folder, with a cursor pointing to it. The left navigation menu and document details such as Modified and Modified By are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notes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: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-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/</w:t>
          </w:r>
        </w:hyperlink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Kernel Migrator for SharePoint product box alongside the Kernel Data Recovery logo, website link, support email, and phone number, shown on a white background with network graphics.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yperlink" Target="https://www.nucleustechnologies.com/sharepoint-migration/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