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Create Additional Document Libraries in SharePoint</w:t>
      </w:r>
    </w:p>
    <w:p>
      <w:pPr>
        <w:keepNext/>
        <w:keepLines/>
      </w:pP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The SharePoint Maven introduction slide: on the left, the title "How to create additional document libraries in SharePoint" appears on a dark background; on the right, a person is smiling, with the SharePoint Maven logo below.</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Why you might need additional document libraries</w:t>
      </w:r>
    </w:p>
    <w:p>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Understanding the default SharePoint site layout</w:t>
      </w:r>
    </w:p>
    <w:p>
      <w:pP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r>
        <w:br/>
      </w:r>
    </w:p>
    <w:p>
      <w:pPr>
        <w:pStyle w:val="ListNumber2"/>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SharePoint site homepage for "Team ABC" showing the Documents section with folders (Business Requirements, Finance, General), an activity feed, and quick links.</w:t>
      </w:r>
    </w:p>
    <w:p>
      <w:pPr/>
      <w:r>
        <w:br/>
      </w:r>
    </w:p>
    <w:p>
      <w:pPr>
        <w:pStyle w:val="ListNumber2"/>
        <w:keepNext/>
        <w:keepLines/>
      </w:pP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3</w:t>
      </w:r>
      <w:r>
        <w:rPr>
          <w:color w:val="404040"/>
          <w:sz w:val="24"/>
          <w:rFonts w:ascii="Inter" w:hAnsi="Inter" w:eastAsia="Noto Sans CJK JP" w:cs="Noto Sans CJK JP"/>
        </w:rPr>
        <w:t>6</w:t>
      </w:r>
      <w:r>
        <w:rPr>
          <w:color w:val="404040"/>
          <w:sz w:val="24"/>
          <w:rFonts w:ascii="Inter" w:hAnsi="Inter" w:eastAsia="Noto Sans CJK JP" w:cs="Noto Sans CJK JP"/>
        </w:rPr>
        <w:t>5</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3" name="Picture 3"/>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jc w:val="center"/>
      </w:pPr>
      <w:r>
        <w:rPr>
          <w:b/>
          <w:color w:val="404040"/>
        </w:rPr>
        <w:t>Office 365 app launcher open on the left, showing apps such as Outlook, OneDrive, Word, Excel, PowerPoint, SharePoint, and Teams, with the SharePoint site "Team ABC" visible in the background.</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3041655"/>
                    </a:xfrm>
                    <a:prstGeom prst="rect"/>
                  </pic:spPr>
                </pic:pic>
              </a:graphicData>
            </a:graphic>
          </wp:inline>
        </w:drawing>
      </w:r>
    </w:p>
    <w:p>
      <w:pPr>
        <w:pStyle w:val="Caption"/>
        <w:jc w:val="center"/>
      </w:pPr>
      <w:r>
        <w:rPr>
          <w:b/>
          <w:color w:val="404040"/>
        </w:rPr>
        <w:t>SharePoint site homepage for "Team ABC" with the Documents section and folders visible, and the Office 365 app launcher still open.</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5" name="Picture 5"/>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3041655"/>
                    </a:xfrm>
                    <a:prstGeom prst="rect"/>
                  </pic:spPr>
                </pic:pic>
              </a:graphicData>
            </a:graphic>
          </wp:inline>
        </w:drawing>
      </w:r>
    </w:p>
    <w:p>
      <w:pPr>
        <w:pStyle w:val="Caption"/>
        <w:keepNext/>
        <w:keepLines/>
        <w:jc w:val="center"/>
      </w:pPr>
      <w:r>
        <w:rPr>
          <w:b/>
          <w:color w:val="404040"/>
        </w:rPr>
        <w:t>SharePoint site homepage for "Team ABC" showing the Documents section and folders, with the "New" button highlighted to indicate where new content can be added.</w:t>
      </w:r>
    </w:p>
    <w:p>
      <w:pPr>
        <w:keepNext/>
        <w:keepLines/>
        <w:jc w:val="center"/>
      </w:pPr>
      <w:r>
        <w:drawing>
          <wp:inline xmlns:a="http://schemas.openxmlformats.org/drawingml/2006/main" xmlns:pic="http://schemas.openxmlformats.org/drawingml/2006/picture">
            <wp:extent cx="5328000" cy="3041655"/>
            <wp:docPr id="6" name="Picture 6"/>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3041655"/>
                    </a:xfrm>
                    <a:prstGeom prst="rect"/>
                  </pic:spPr>
                </pic:pic>
              </a:graphicData>
            </a:graphic>
          </wp:inline>
        </w:drawing>
      </w:r>
    </w:p>
    <w:p>
      <w:pPr>
        <w:pStyle w:val="Caption"/>
        <w:jc w:val="center"/>
      </w:pPr>
      <w:r>
        <w:rPr>
          <w:b/>
          <w:color w:val="404040"/>
        </w:rPr>
        <w:t>SharePoint site homepage for "Team ABC" with the Documents section and folders visible.</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7" name="Picture 7"/>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SharePoint site homepage for "Team ABC" with the "New" button in the Documents section being selected.</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8" name="Picture 8"/>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3041655"/>
                    </a:xfrm>
                    <a:prstGeom prst="rect"/>
                  </pic:spPr>
                </pic:pic>
              </a:graphicData>
            </a:graphic>
          </wp:inline>
        </w:drawing>
      </w:r>
    </w:p>
    <w:p>
      <w:pPr>
        <w:pStyle w:val="Caption"/>
        <w:jc w:val="center"/>
      </w:pPr>
      <w:r>
        <w:rPr>
          <w:b/>
          <w:color w:val="404040"/>
        </w:rPr>
        <w:t>SharePoint "Documents" library open, showing the "New" menu with options for Folder, Word document, Excel workbook, PowerPoint presentation, OneNote notebook, Forms for Excel, Visio drawing, Link, Edit New menu, and Add template. The library lists folders along with their modified dates.</w:t>
      </w:r>
    </w:p>
    <w:p>
      <w:pPr>
        <w:pStyle w:val="Heading1"/>
        <w:keepNext/>
        <w:keepLines/>
        <w:outlineLvl w:val="0"/>
      </w:pPr>
      <w:r>
        <w:rPr>
          <w:b/>
          <w:color w:val="404040"/>
          <w:sz w:val="32"/>
          <w:rFonts w:ascii="Inter" w:hAnsi="Inter" w:eastAsia="Noto Sans CJK JP" w:cs="Noto Sans CJK JP"/>
        </w:rPr>
        <w:t>Step-by-step: Creating an additional document library</w:t>
      </w:r>
    </w:p>
    <w:p>
      <w:pP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r</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r>
        <w:br/>
      </w:r>
    </w:p>
    <w:p>
      <w:pPr>
        <w:pStyle w:val="ListNumber2"/>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9" name="Picture 9"/>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SharePoint "Documents" library open for Team ABC, showing folders (Business Requirements, Finance, General) with the cursor pointing at "Business Requirements." The left navigation includes Home, Conversations, Documents, Shared with us, Notebook, Pages, Site contents, and Recycle bin. The top bar shows options like New, Upload, Edit in grid view, Sync, Export to Excel, Power Apps, and Automate.</w:t>
      </w:r>
    </w:p>
    <w:p>
      <w:pPr/>
      <w:r>
        <w:br/>
      </w:r>
    </w:p>
    <w:p>
      <w:pPr>
        <w:pStyle w:val="ListNumber2"/>
        <w:keepNext/>
        <w:keepLines/>
      </w:pP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0" name="Picture 10"/>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SharePoint "Documents" library for Team ABC, showing the same folders and navigation as described above.</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1" name="Picture 11"/>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SharePoint site homepage for Team ABC, showing the Activity feed, Documents section with folders, and Quick links.</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b/>
          <w:color w:val="404040"/>
          <w:sz w:val="24"/>
          <w:rFonts w:ascii="Inter" w:hAnsi="Inter" w:eastAsia="Noto Sans CJK JP" w:cs="Noto Sans CJK JP"/>
        </w:rPr>
        <w:t>S</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g</w:t>
      </w:r>
      <w:r>
        <w:rPr>
          <w:b/>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2" name="Picture 12"/>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SharePoint site homepage with the Settings panel open on the right, showing options including "Site contents" highlighted.</w:t>
      </w:r>
    </w:p>
    <w:p>
      <w:pPr/>
      <w:r>
        <w:br/>
      </w:r>
    </w:p>
    <w:p>
      <w:pPr>
        <w:pStyle w:val="ListNumber2"/>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3" name="Picture 13"/>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3041655"/>
                    </a:xfrm>
                    <a:prstGeom prst="rect"/>
                  </pic:spPr>
                </pic:pic>
              </a:graphicData>
            </a:graphic>
          </wp:inline>
        </w:drawing>
      </w:r>
    </w:p>
    <w:p>
      <w:pPr>
        <w:pStyle w:val="Caption"/>
        <w:jc w:val="center"/>
      </w:pPr>
      <w:r>
        <w:rPr>
          <w:b/>
          <w:color w:val="404040"/>
        </w:rPr>
        <w:t>SharePoint Site Contents page for Team ABC, listing libraries: Documents, Form Templates, Site Assets, Style Library, Teams Wiki Data, and Site Pages, with "Documents" highlighted.</w:t>
      </w:r>
    </w:p>
    <w:p>
      <w:pPr>
        <w:keepNext/>
        <w:keepLines/>
      </w:pP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4" name="Picture 14"/>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3041655"/>
                    </a:xfrm>
                    <a:prstGeom prst="rect"/>
                  </pic:spPr>
                </pic:pic>
              </a:graphicData>
            </a:graphic>
          </wp:inline>
        </w:drawing>
      </w:r>
    </w:p>
    <w:p>
      <w:pPr>
        <w:pStyle w:val="Caption"/>
        <w:jc w:val="center"/>
      </w:pPr>
      <w:r>
        <w:rPr>
          <w:b/>
          <w:color w:val="404040"/>
        </w:rPr>
        <w:t>SharePoint Site Contents page, "Documents" library highlighted, showing other libraries and their item counts.</w:t>
      </w:r>
    </w:p>
    <w:p>
      <w:pPr/>
      <w:r>
        <w:br/>
      </w:r>
    </w:p>
    <w:p>
      <w:pPr>
        <w:pStyle w:val="ListNumber2"/>
        <w:keepNext/>
        <w:keepLines/>
      </w:pP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5" name="Picture 15"/>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SharePoint Site Contents page with the "+ New" menu open, cursor highlighting the "Document library" option.</w:t>
      </w:r>
    </w:p>
    <w:p>
      <w:pPr/>
      <w:r>
        <w:br/>
      </w:r>
    </w:p>
    <w:p>
      <w:pPr>
        <w:pStyle w:val="ListNumber2"/>
      </w:pP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Number2"/>
        <w:keepNext/>
        <w:keepLines/>
      </w:pP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6" name="Picture 16"/>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3041655"/>
                    </a:xfrm>
                    <a:prstGeom prst="rect"/>
                  </pic:spPr>
                </pic:pic>
              </a:graphicData>
            </a:graphic>
          </wp:inline>
        </w:drawing>
      </w:r>
    </w:p>
    <w:p>
      <w:pPr>
        <w:pStyle w:val="Caption"/>
        <w:jc w:val="center"/>
      </w:pPr>
      <w:r>
        <w:rPr>
          <w:b/>
          <w:color w:val="404040"/>
        </w:rPr>
        <w:t>Newly created "Invoices" document library open, showing an empty state with the "Drag files here" prompt. The left navigation now includes "Invoices," and the top bar shows standard document library options.</w:t>
      </w:r>
    </w:p>
    <w:p>
      <w:pPr/>
      <w:r>
        <w:br/>
      </w:r>
    </w:p>
    <w:p>
      <w:pPr>
        <w:pStyle w:val="ListNumber2"/>
        <w:keepNext/>
        <w:keepLines/>
      </w:pP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7" name="Picture 1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3041655"/>
                    </a:xfrm>
                    <a:prstGeom prst="rect"/>
                  </pic:spPr>
                </pic:pic>
              </a:graphicData>
            </a:graphic>
          </wp:inline>
        </w:drawing>
      </w:r>
    </w:p>
    <w:p>
      <w:pPr>
        <w:pStyle w:val="Caption"/>
        <w:jc w:val="center"/>
      </w:pPr>
      <w:r>
        <w:rPr>
          <w:b/>
          <w:color w:val="404040"/>
        </w:rPr>
        <w:t>SharePoint Site Contents page showing both "Documents" and "Invoices" libraries, along with other default libraries.</w:t>
      </w:r>
    </w:p>
    <w:p>
      <w:pPr>
        <w:keepNext/>
        <w:keepLines/>
      </w:pP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8" name="Picture 18"/>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3041655"/>
                    </a:xfrm>
                    <a:prstGeom prst="rect"/>
                  </pic:spPr>
                </pic:pic>
              </a:graphicData>
            </a:graphic>
          </wp:inline>
        </w:drawing>
      </w:r>
    </w:p>
    <w:p>
      <w:pPr>
        <w:pStyle w:val="Caption"/>
        <w:jc w:val="center"/>
      </w:pPr>
      <w:r>
        <w:rPr>
          <w:b/>
          <w:color w:val="404040"/>
        </w:rPr>
        <w:t>SharePoint Site Contents page, "Documents" library highlighted, showing multiple document libraries including the newly created one.</w:t>
      </w:r>
    </w:p>
    <w:p>
      <w:pPr>
        <w:pStyle w:val="Heading1"/>
        <w:keepNext/>
        <w:keepLines/>
        <w:outlineLvl w:val="0"/>
      </w:pPr>
      <w:r>
        <w:rPr>
          <w:b/>
          <w:color w:val="404040"/>
          <w:sz w:val="32"/>
          <w:rFonts w:ascii="Inter" w:hAnsi="Inter" w:eastAsia="Noto Sans CJK JP" w:cs="Noto Sans CJK JP"/>
        </w:rPr>
        <w:t>Best practices for managing multiple document libraries</w:t>
      </w:r>
    </w:p>
    <w:p>
      <w:pPr>
        <w:pStyle w:val="ListBullet2"/>
      </w:pPr>
      <w:r>
        <w:rPr>
          <w:b/>
          <w:color w:val="404040"/>
          <w:sz w:val="24"/>
          <w:rFonts w:ascii="Inter" w:hAnsi="Inter" w:eastAsia="Noto Sans CJK JP" w:cs="Noto Sans CJK JP"/>
        </w:rPr>
        <w:t>C</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p</w:t>
      </w:r>
      <w:r>
        <w:rPr>
          <w:b/>
          <w:color w:val="404040"/>
          <w:sz w:val="24"/>
          <w:rFonts w:ascii="Inter" w:hAnsi="Inter" w:eastAsia="Noto Sans CJK JP" w:cs="Noto Sans CJK JP"/>
        </w:rPr>
        <w:t>l</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d</w:t>
      </w:r>
      <w:r>
        <w:rPr>
          <w:b/>
          <w:color w:val="404040"/>
          <w:sz w:val="24"/>
          <w:rFonts w:ascii="Inter" w:hAnsi="Inter" w:eastAsia="Noto Sans CJK JP" w:cs="Noto Sans CJK JP"/>
        </w:rPr>
        <w:t>o</w:t>
      </w:r>
      <w:r>
        <w:rPr>
          <w:b/>
          <w:color w:val="404040"/>
          <w:sz w:val="24"/>
          <w:rFonts w:ascii="Inter" w:hAnsi="Inter" w:eastAsia="Noto Sans CJK JP" w:cs="Noto Sans CJK JP"/>
        </w:rPr>
        <w:t>c</w:t>
      </w:r>
      <w:r>
        <w:rPr>
          <w:b/>
          <w:color w:val="404040"/>
          <w:sz w:val="24"/>
          <w:rFonts w:ascii="Inter" w:hAnsi="Inter" w:eastAsia="Noto Sans CJK JP" w:cs="Noto Sans CJK JP"/>
        </w:rPr>
        <w:t>u</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f</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b</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o</w:t>
      </w:r>
      <w:r>
        <w:rPr>
          <w:b/>
          <w:color w:val="404040"/>
          <w:sz w:val="24"/>
          <w:rFonts w:ascii="Inter" w:hAnsi="Inter" w:eastAsia="Noto Sans CJK JP" w:cs="Noto Sans CJK JP"/>
        </w:rPr>
        <w:t>r</w:t>
      </w:r>
      <w:r>
        <w:rPr>
          <w:b/>
          <w:color w:val="404040"/>
          <w:sz w:val="24"/>
          <w:rFonts w:ascii="Inter" w:hAnsi="Inter" w:eastAsia="Noto Sans CJK JP" w:cs="Noto Sans CJK JP"/>
        </w:rPr>
        <w:t>g</w:t>
      </w:r>
      <w:r>
        <w:rPr>
          <w:b/>
          <w:color w:val="404040"/>
          <w:sz w:val="24"/>
          <w:rFonts w:ascii="Inter" w:hAnsi="Inter" w:eastAsia="Noto Sans CJK JP" w:cs="Noto Sans CJK JP"/>
        </w:rPr>
        <w:t>a</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a</w:t>
      </w:r>
      <w:r>
        <w:rPr>
          <w:b/>
          <w:color w:val="404040"/>
          <w:sz w:val="24"/>
          <w:rFonts w:ascii="Inter" w:hAnsi="Inter" w:eastAsia="Noto Sans CJK JP" w:cs="Noto Sans CJK JP"/>
        </w:rPr>
        <w:t>t</w:t>
      </w:r>
      <w:r>
        <w:rPr>
          <w:b/>
          <w:color w:val="404040"/>
          <w:sz w:val="24"/>
          <w:rFonts w:ascii="Inter" w:hAnsi="Inter" w:eastAsia="Noto Sans CJK JP" w:cs="Noto Sans CJK JP"/>
        </w:rPr>
        <w:t>i</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j</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i</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w:t>
      </w:r>
    </w:p>
    <w:p>
      <w:pPr>
        <w:pStyle w:val="ListBullet2"/>
      </w:pPr>
      <w:r>
        <w:rPr>
          <w:b/>
          <w:color w:val="404040"/>
          <w:sz w:val="24"/>
          <w:rFonts w:ascii="Inter" w:hAnsi="Inter" w:eastAsia="Noto Sans CJK JP" w:cs="Noto Sans CJK JP"/>
        </w:rPr>
        <w:t>S</w:t>
      </w:r>
      <w:r>
        <w:rPr>
          <w:b/>
          <w:color w:val="404040"/>
          <w:sz w:val="24"/>
          <w:rFonts w:ascii="Inter" w:hAnsi="Inter" w:eastAsia="Noto Sans CJK JP" w:cs="Noto Sans CJK JP"/>
        </w:rPr>
        <w:t>y</w:t>
      </w:r>
      <w:r>
        <w:rPr>
          <w:b/>
          <w:color w:val="404040"/>
          <w:sz w:val="24"/>
          <w:rFonts w:ascii="Inter" w:hAnsi="Inter" w:eastAsia="Noto Sans CJK JP" w:cs="Noto Sans CJK JP"/>
        </w:rPr>
        <w:t>n</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r</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i</w:t>
      </w:r>
      <w:r>
        <w:rPr>
          <w:b/>
          <w:color w:val="404040"/>
          <w:sz w:val="24"/>
          <w:rFonts w:ascii="Inter" w:hAnsi="Inter" w:eastAsia="Noto Sans CJK JP" w:cs="Noto Sans CJK JP"/>
        </w:rPr>
        <w:t>z</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e</w:t>
      </w:r>
      <w:r>
        <w:rPr>
          <w:b/>
          <w:color w:val="404040"/>
          <w:sz w:val="24"/>
          <w:rFonts w:ascii="Inter" w:hAnsi="Inter" w:eastAsia="Noto Sans CJK JP" w:cs="Noto Sans CJK JP"/>
        </w:rPr>
        <w:t>a</w:t>
      </w:r>
      <w:r>
        <w:rPr>
          <w:b/>
          <w:color w:val="404040"/>
          <w:sz w:val="24"/>
          <w:rFonts w:ascii="Inter" w:hAnsi="Inter" w:eastAsia="Noto Sans CJK JP" w:cs="Noto Sans CJK JP"/>
        </w:rPr>
        <w:t>c</w:t>
      </w:r>
      <w:r>
        <w:rPr>
          <w:b/>
          <w:color w:val="404040"/>
          <w:sz w:val="24"/>
          <w:rFonts w:ascii="Inter" w:hAnsi="Inter" w:eastAsia="Noto Sans CJK JP" w:cs="Noto Sans CJK JP"/>
        </w:rPr>
        <w:t>h</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n</w:t>
      </w:r>
      <w:r>
        <w:rPr>
          <w:b/>
          <w:color w:val="404040"/>
          <w:sz w:val="24"/>
          <w:rFonts w:ascii="Inter" w:hAnsi="Inter" w:eastAsia="Noto Sans CJK JP" w:cs="Noto Sans CJK JP"/>
        </w:rPr>
        <w:t>e</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e</w:t>
      </w:r>
      <w:r>
        <w:rPr>
          <w:b/>
          <w:color w:val="404040"/>
          <w:sz w:val="24"/>
          <w:rFonts w:ascii="Inter" w:hAnsi="Inter" w:eastAsia="Noto Sans CJK JP" w:cs="Noto Sans CJK JP"/>
        </w:rPr>
        <w:t>d</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u</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o</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k</w:t>
      </w:r>
      <w:r>
        <w:rPr>
          <w:color w:val="404040"/>
          <w:sz w:val="24"/>
          <w:rFonts w:ascii="Inter" w:hAnsi="Inter" w:eastAsia="Noto Sans CJK JP" w:cs="Noto Sans CJK JP"/>
        </w:rPr>
        <w:t>f</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V</w:t>
      </w:r>
      <w:r>
        <w:rPr>
          <w:b/>
          <w:color w:val="404040"/>
          <w:sz w:val="24"/>
          <w:rFonts w:ascii="Inter" w:hAnsi="Inter" w:eastAsia="Noto Sans CJK JP" w:cs="Noto Sans CJK JP"/>
        </w:rPr>
        <w:t>e</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y</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a</w:t>
      </w:r>
      <w:r>
        <w:rPr>
          <w:b/>
          <w:color w:val="404040"/>
          <w:sz w:val="24"/>
          <w:rFonts w:ascii="Inter" w:hAnsi="Inter" w:eastAsia="Noto Sans CJK JP" w:cs="Noto Sans CJK JP"/>
        </w:rPr>
        <w:t>l</w:t>
      </w:r>
      <w:r>
        <w:rPr>
          <w:b/>
          <w:color w:val="404040"/>
          <w:sz w:val="24"/>
          <w:rFonts w:ascii="Inter" w:hAnsi="Inter" w:eastAsia="Noto Sans CJK JP" w:cs="Noto Sans CJK JP"/>
        </w:rPr>
        <w:t>l</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l</w:t>
      </w:r>
      <w:r>
        <w:rPr>
          <w:b/>
          <w:color w:val="404040"/>
          <w:sz w:val="24"/>
          <w:rFonts w:ascii="Inter" w:hAnsi="Inter" w:eastAsia="Noto Sans CJK JP" w:cs="Noto Sans CJK JP"/>
        </w:rPr>
        <w:t>i</w:t>
      </w:r>
      <w:r>
        <w:rPr>
          <w:b/>
          <w:color w:val="404040"/>
          <w:sz w:val="24"/>
          <w:rFonts w:ascii="Inter" w:hAnsi="Inter" w:eastAsia="Noto Sans CJK JP" w:cs="Noto Sans CJK JP"/>
        </w:rPr>
        <w:t>b</w:t>
      </w:r>
      <w:r>
        <w:rPr>
          <w:b/>
          <w:color w:val="404040"/>
          <w:sz w:val="24"/>
          <w:rFonts w:ascii="Inter" w:hAnsi="Inter" w:eastAsia="Noto Sans CJK JP" w:cs="Noto Sans CJK JP"/>
        </w:rPr>
        <w:t>r</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c</w:t>
      </w:r>
      <w:r>
        <w:rPr>
          <w:b/>
          <w:color w:val="404040"/>
          <w:sz w:val="24"/>
          <w:rFonts w:ascii="Inter" w:hAnsi="Inter" w:eastAsia="Noto Sans CJK JP" w:cs="Noto Sans CJK JP"/>
        </w:rPr>
        <w:t>o</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a</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k</w:t>
      </w:r>
      <w:r>
        <w:rPr>
          <w:color w:val="404040"/>
          <w:sz w:val="24"/>
          <w:rFonts w:ascii="Inter" w:hAnsi="Inter" w:eastAsia="Noto Sans CJK JP" w:cs="Noto Sans CJK JP"/>
        </w:rPr>
        <w:t>i</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m</w:t>
      </w:r>
      <w:r>
        <w:rPr>
          <w:b/>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b/>
          <w:color w:val="404040"/>
          <w:sz w:val="24"/>
          <w:rFonts w:ascii="Inter" w:hAnsi="Inter" w:eastAsia="Noto Sans CJK JP" w:cs="Noto Sans CJK JP"/>
        </w:rPr>
        <w:t>M</w:t>
      </w:r>
      <w:r>
        <w:rPr>
          <w:b/>
          <w:color w:val="404040"/>
          <w:sz w:val="24"/>
          <w:rFonts w:ascii="Inter" w:hAnsi="Inter" w:eastAsia="Noto Sans CJK JP" w:cs="Noto Sans CJK JP"/>
        </w:rPr>
        <w:t>o</w:t>
      </w:r>
      <w:r>
        <w:rPr>
          <w:b/>
          <w:color w:val="404040"/>
          <w:sz w:val="24"/>
          <w:rFonts w:ascii="Inter" w:hAnsi="Inter" w:eastAsia="Noto Sans CJK JP" w:cs="Noto Sans CJK JP"/>
        </w:rPr>
        <w:t>d</w:t>
      </w:r>
      <w:r>
        <w:rPr>
          <w:b/>
          <w:color w:val="404040"/>
          <w:sz w:val="24"/>
          <w:rFonts w:ascii="Inter" w:hAnsi="Inter" w:eastAsia="Noto Sans CJK JP" w:cs="Noto Sans CJK JP"/>
        </w:rPr>
        <w:t>i</w:t>
      </w:r>
      <w:r>
        <w:rPr>
          <w:b/>
          <w:color w:val="404040"/>
          <w:sz w:val="24"/>
          <w:rFonts w:ascii="Inter" w:hAnsi="Inter" w:eastAsia="Noto Sans CJK JP" w:cs="Noto Sans CJK JP"/>
        </w:rPr>
        <w:t>f</w:t>
      </w:r>
      <w:r>
        <w:rPr>
          <w:b/>
          <w:color w:val="404040"/>
          <w:sz w:val="24"/>
          <w:rFonts w:ascii="Inter" w:hAnsi="Inter" w:eastAsia="Noto Sans CJK JP" w:cs="Noto Sans CJK JP"/>
        </w:rPr>
        <w:t>i</w:t>
      </w:r>
      <w:r>
        <w:rPr>
          <w:b/>
          <w:color w:val="404040"/>
          <w:sz w:val="24"/>
          <w:rFonts w:ascii="Inter" w:hAnsi="Inter" w:eastAsia="Noto Sans CJK JP" w:cs="Noto Sans CJK JP"/>
        </w:rPr>
        <w:t>e</w:t>
      </w:r>
      <w:r>
        <w:rPr>
          <w:b/>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19" name="Picture 19"/>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SharePoint Site Contents page for Team ABC, showing multiple document libraries including "Documents" and "Invoices," with columns for Name, Type, Items, and Modified. The cursor points at "Invoices." The left navigation includes Home, Conversations, Documents, Notebook, Pages, Invoices, Site contents, and Recycle bin.</w:t>
      </w:r>
    </w:p>
    <w:p>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f</w:t>
      </w:r>
      <w:r>
        <w:rPr>
          <w:color w:val="404040"/>
          <w:sz w:val="24"/>
          <w:rFonts w:ascii="Inter" w:hAnsi="Inter" w:eastAsia="Noto Sans CJK JP" w:cs="Noto Sans CJK JP"/>
        </w:rPr>
        <w:t xml:space="preserve"> </w:t>
      </w:r>
      <w:r>
        <w:rPr>
          <w:color w:val="404040"/>
          <w:sz w:val="24"/>
          <w:rFonts w:ascii="Inter" w:hAnsi="Inter" w:eastAsia="Noto Sans CJK JP" w:cs="Noto Sans CJK JP"/>
        </w:rPr>
        <w:t>9</w:t>
      </w:r>
      <w:r>
        <w:rPr>
          <w:color w:val="404040"/>
          <w:sz w:val="24"/>
          <w:rFonts w:ascii="Inter" w:hAnsi="Inter" w:eastAsia="Noto Sans CJK JP" w:cs="Noto Sans CJK JP"/>
        </w:rPr>
        <w:t>/</w:t>
      </w:r>
      <w:r>
        <w:rPr>
          <w:color w:val="404040"/>
          <w:sz w:val="24"/>
          <w:rFonts w:ascii="Inter" w:hAnsi="Inter" w:eastAsia="Noto Sans CJK JP" w:cs="Noto Sans CJK JP"/>
        </w:rPr>
        <w:t>8</w:t>
      </w:r>
      <w:r>
        <w:rPr>
          <w:color w:val="404040"/>
          <w:sz w:val="24"/>
          <w:rFonts w:ascii="Inter" w:hAnsi="Inter" w:eastAsia="Noto Sans CJK JP" w:cs="Noto Sans CJK JP"/>
        </w:rPr>
        <w:t>/</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2</w:t>
      </w:r>
      <w:r>
        <w:rPr>
          <w:color w:val="404040"/>
          <w:sz w:val="24"/>
          <w:rFonts w:ascii="Inter" w:hAnsi="Inter" w:eastAsia="Noto Sans CJK JP" w:cs="Noto Sans CJK JP"/>
        </w:rPr>
        <w:t>0</w:t>
      </w:r>
      <w:r>
        <w:rPr>
          <w:color w:val="404040"/>
          <w:sz w:val="24"/>
          <w:rFonts w:ascii="Inter" w:hAnsi="Inter" w:eastAsia="Noto Sans CJK JP" w:cs="Noto Sans CJK JP"/>
        </w:rPr>
        <w:t xml:space="preserve"> </w:t>
      </w:r>
      <w:r>
        <w:rPr>
          <w:color w:val="404040"/>
          <w:sz w:val="24"/>
          <w:rFonts w:ascii="Inter" w:hAnsi="Inter" w:eastAsia="Noto Sans CJK JP" w:cs="Noto Sans CJK JP"/>
        </w:rPr>
        <w:t>6</w:t>
      </w:r>
      <w:r>
        <w:rPr>
          <w:color w:val="404040"/>
          <w:sz w:val="24"/>
          <w:rFonts w:ascii="Inter" w:hAnsi="Inter" w:eastAsia="Noto Sans CJK JP" w:cs="Noto Sans CJK JP"/>
        </w:rPr>
        <w:t>:</w:t>
      </w:r>
      <w:r>
        <w:rPr>
          <w:color w:val="404040"/>
          <w:sz w:val="24"/>
          <w:rFonts w:ascii="Inter" w:hAnsi="Inter" w:eastAsia="Noto Sans CJK JP" w:cs="Noto Sans CJK JP"/>
        </w:rPr>
        <w:t>0</w:t>
      </w:r>
      <w:r>
        <w:rPr>
          <w:color w:val="404040"/>
          <w:sz w:val="24"/>
          <w:rFonts w:ascii="Inter" w:hAnsi="Inter" w:eastAsia="Noto Sans CJK JP" w:cs="Noto Sans CJK JP"/>
        </w:rPr>
        <w:t>3</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w:t>
      </w:r>
    </w:p>
    <w:p>
      <w:pPr>
        <w:pStyle w:val="ListBullet2"/>
        <w:keepNext/>
        <w:keepLines/>
      </w:pP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t</w:t>
      </w:r>
      <w:r>
        <w:rPr>
          <w:b/>
          <w:color w:val="404040"/>
          <w:sz w:val="24"/>
          <w:rFonts w:ascii="Inter" w:hAnsi="Inter" w:eastAsia="Noto Sans CJK JP" w:cs="Noto Sans CJK JP"/>
        </w:rPr>
        <w:t>u</w:t>
      </w:r>
      <w:r>
        <w:rPr>
          <w:b/>
          <w:color w:val="404040"/>
          <w:sz w:val="24"/>
          <w:rFonts w:ascii="Inter" w:hAnsi="Inter" w:eastAsia="Noto Sans CJK JP" w:cs="Noto Sans CJK JP"/>
        </w:rPr>
        <w:t>r</w:t>
      </w:r>
      <w:r>
        <w:rPr>
          <w:b/>
          <w:color w:val="404040"/>
          <w:sz w:val="24"/>
          <w:rFonts w:ascii="Inter" w:hAnsi="Inter" w:eastAsia="Noto Sans CJK JP" w:cs="Noto Sans CJK JP"/>
        </w:rPr>
        <w:t>n</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o</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t</w:t>
      </w:r>
      <w:r>
        <w:rPr>
          <w:b/>
          <w:color w:val="404040"/>
          <w:sz w:val="24"/>
          <w:rFonts w:ascii="Inter" w:hAnsi="Inter" w:eastAsia="Noto Sans CJK JP" w:cs="Noto Sans CJK JP"/>
        </w:rPr>
        <w:t>h</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h</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o</w:t>
      </w:r>
      <w:r>
        <w:rPr>
          <w:b/>
          <w:color w:val="404040"/>
          <w:sz w:val="24"/>
          <w:rFonts w:ascii="Inter" w:hAnsi="Inter" w:eastAsia="Noto Sans CJK JP" w:cs="Noto Sans CJK JP"/>
        </w:rPr>
        <w:t>i</w:t>
      </w:r>
      <w:r>
        <w:rPr>
          <w:b/>
          <w:color w:val="404040"/>
          <w:sz w:val="24"/>
          <w:rFonts w:ascii="Inter" w:hAnsi="Inter" w:eastAsia="Noto Sans CJK JP" w:cs="Noto Sans CJK JP"/>
        </w:rPr>
        <w:t>n</w:t>
      </w:r>
      <w:r>
        <w:rPr>
          <w:b/>
          <w:color w:val="404040"/>
          <w:sz w:val="24"/>
          <w:rFonts w:ascii="Inter" w:hAnsi="Inter" w:eastAsia="Noto Sans CJK JP" w:cs="Noto Sans CJK JP"/>
        </w:rPr>
        <w:t>t</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s</w:t>
      </w:r>
      <w:r>
        <w:rPr>
          <w:b/>
          <w:color w:val="404040"/>
          <w:sz w:val="24"/>
          <w:rFonts w:ascii="Inter" w:hAnsi="Inter" w:eastAsia="Noto Sans CJK JP" w:cs="Noto Sans CJK JP"/>
        </w:rPr>
        <w:t>i</w:t>
      </w:r>
      <w:r>
        <w:rPr>
          <w:b/>
          <w:color w:val="404040"/>
          <w:sz w:val="24"/>
          <w:rFonts w:ascii="Inter" w:hAnsi="Inter" w:eastAsia="Noto Sans CJK JP" w:cs="Noto Sans CJK JP"/>
        </w:rPr>
        <w:t>t</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b/>
          <w:color w:val="404040"/>
          <w:sz w:val="24"/>
          <w:rFonts w:ascii="Inter" w:hAnsi="Inter" w:eastAsia="Noto Sans CJK JP" w:cs="Noto Sans CJK JP"/>
        </w:rPr>
        <w:t>p</w:t>
      </w:r>
      <w:r>
        <w:rPr>
          <w:b/>
          <w:color w:val="404040"/>
          <w:sz w:val="24"/>
          <w:rFonts w:ascii="Inter" w:hAnsi="Inter" w:eastAsia="Noto Sans CJK JP" w:cs="Noto Sans CJK JP"/>
        </w:rPr>
        <w:t>a</w:t>
      </w:r>
      <w:r>
        <w:rPr>
          <w:b/>
          <w:color w:val="404040"/>
          <w:sz w:val="24"/>
          <w:rFonts w:ascii="Inter" w:hAnsi="Inter" w:eastAsia="Noto Sans CJK JP" w:cs="Noto Sans CJK JP"/>
        </w:rPr>
        <w:t>g</w:t>
      </w:r>
      <w:r>
        <w:rPr>
          <w:b/>
          <w:color w:val="404040"/>
          <w:sz w:val="24"/>
          <w:rFonts w:ascii="Inter" w:hAnsi="Inter" w:eastAsia="Noto Sans CJK JP" w:cs="Noto Sans CJK JP"/>
        </w:rPr>
        <w:t>e</w:t>
      </w:r>
      <w:r>
        <w:rPr>
          <w:b/>
          <w:color w:val="404040"/>
          <w:sz w:val="24"/>
          <w:rFonts w:ascii="Inter" w:hAnsi="Inter" w:eastAsia="Noto Sans CJK JP" w:cs="Noto Sans CJK JP"/>
        </w:rPr>
        <w:t xml:space="preserve"> </w:t>
      </w:r>
      <w:r>
        <w:rPr>
          <w:b/>
          <w:color w:val="404040"/>
          <w:sz w:val="24"/>
          <w:rFonts w:ascii="Inter" w:hAnsi="Inter" w:eastAsia="Noto Sans CJK JP" w:cs="Noto Sans CJK JP"/>
        </w:rPr>
        <w:t>r</w:t>
      </w:r>
      <w:r>
        <w:rPr>
          <w:b/>
          <w:color w:val="404040"/>
          <w:sz w:val="24"/>
          <w:rFonts w:ascii="Inter" w:hAnsi="Inter" w:eastAsia="Noto Sans CJK JP" w:cs="Noto Sans CJK JP"/>
        </w:rPr>
        <w:t>e</w:t>
      </w:r>
      <w:r>
        <w:rPr>
          <w:b/>
          <w:color w:val="404040"/>
          <w:sz w:val="24"/>
          <w:rFonts w:ascii="Inter" w:hAnsi="Inter" w:eastAsia="Noto Sans CJK JP" w:cs="Noto Sans CJK JP"/>
        </w:rPr>
        <w:t>g</w:t>
      </w:r>
      <w:r>
        <w:rPr>
          <w:b/>
          <w:color w:val="404040"/>
          <w:sz w:val="24"/>
          <w:rFonts w:ascii="Inter" w:hAnsi="Inter" w:eastAsia="Noto Sans CJK JP" w:cs="Noto Sans CJK JP"/>
        </w:rPr>
        <w:t>u</w:t>
      </w:r>
      <w:r>
        <w:rPr>
          <w:b/>
          <w:color w:val="404040"/>
          <w:sz w:val="24"/>
          <w:rFonts w:ascii="Inter" w:hAnsi="Inter" w:eastAsia="Noto Sans CJK JP" w:cs="Noto Sans CJK JP"/>
        </w:rPr>
        <w:t>l</w:t>
      </w:r>
      <w:r>
        <w:rPr>
          <w:b/>
          <w:color w:val="404040"/>
          <w:sz w:val="24"/>
          <w:rFonts w:ascii="Inter" w:hAnsi="Inter" w:eastAsia="Noto Sans CJK JP" w:cs="Noto Sans CJK JP"/>
        </w:rPr>
        <w:t>a</w:t>
      </w:r>
      <w:r>
        <w:rPr>
          <w:b/>
          <w:color w:val="404040"/>
          <w:sz w:val="24"/>
          <w:rFonts w:ascii="Inter" w:hAnsi="Inter" w:eastAsia="Noto Sans CJK JP" w:cs="Noto Sans CJK JP"/>
        </w:rPr>
        <w:t>r</w:t>
      </w:r>
      <w:r>
        <w:rPr>
          <w:b/>
          <w:color w:val="404040"/>
          <w:sz w:val="24"/>
          <w:rFonts w:ascii="Inter" w:hAnsi="Inter" w:eastAsia="Noto Sans CJK JP" w:cs="Noto Sans CJK JP"/>
        </w:rPr>
        <w:t>l</w:t>
      </w:r>
      <w:r>
        <w:rPr>
          <w:b/>
          <w:color w:val="404040"/>
          <w:sz w:val="24"/>
          <w:rFonts w:ascii="Inter" w:hAnsi="Inter" w:eastAsia="Noto Sans CJK JP" w:cs="Noto Sans CJK JP"/>
        </w:rPr>
        <w:t>y</w:t>
      </w:r>
      <w:r>
        <w:rPr>
          <w:b/>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b/>
          <w:color w:val="404040"/>
          <w:sz w:val="24"/>
          <w:rFonts w:ascii="Inter" w:hAnsi="Inter" w:eastAsia="Noto Sans CJK JP" w:cs="Noto Sans CJK JP"/>
        </w:rPr>
        <w:t>H</w:t>
      </w:r>
      <w:r>
        <w:rPr>
          <w:b/>
          <w:color w:val="404040"/>
          <w:sz w:val="24"/>
          <w:rFonts w:ascii="Inter" w:hAnsi="Inter" w:eastAsia="Noto Sans CJK JP" w:cs="Noto Sans CJK JP"/>
        </w:rPr>
        <w:t>o</w:t>
      </w:r>
      <w:r>
        <w:rPr>
          <w:b/>
          <w:color w:val="404040"/>
          <w:sz w:val="24"/>
          <w:rFonts w:ascii="Inter" w:hAnsi="Inter" w:eastAsia="Noto Sans CJK JP" w:cs="Noto Sans CJK JP"/>
        </w:rPr>
        <w:t>m</w:t>
      </w:r>
      <w:r>
        <w:rPr>
          <w:b/>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d</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B</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Q</w:t>
      </w:r>
      <w:r>
        <w:rPr>
          <w:color w:val="404040"/>
          <w:sz w:val="24"/>
          <w:rFonts w:ascii="Inter" w:hAnsi="Inter" w:eastAsia="Noto Sans CJK JP" w:cs="Noto Sans CJK JP"/>
        </w:rPr>
        <w:t>u</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k</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k</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p</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u</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0" name="Picture 20"/>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3041655"/>
                    </a:xfrm>
                    <a:prstGeom prst="rect"/>
                  </pic:spPr>
                </pic:pic>
              </a:graphicData>
            </a:graphic>
          </wp:inline>
        </w:drawing>
      </w:r>
    </w:p>
    <w:p>
      <w:pPr>
        <w:pStyle w:val="Caption"/>
        <w:jc w:val="center"/>
      </w:pPr>
      <w:r>
        <w:rPr>
          <w:b/>
          <w:color w:val="404040"/>
        </w:rPr>
        <w:t>SharePoint site homepage for Team ABC, showing the Activity feed with recent documents, the Documents section with folders, and Quick links.</w:t>
      </w:r>
    </w:p>
    <w:p>
      <w:pPr>
        <w:keepNext/>
        <w:keepLines/>
      </w:pPr>
      <w:r>
        <w:rPr>
          <w:color w:val="404040"/>
          <w:sz w:val="24"/>
          <w:rFonts w:ascii="Inter" w:hAnsi="Inter" w:eastAsia="Noto Sans CJK JP" w:cs="Noto Sans CJK JP"/>
        </w:rPr>
        <w:t>A</w:t>
      </w:r>
      <w:r>
        <w:rPr>
          <w:color w:val="404040"/>
          <w:sz w:val="24"/>
          <w:rFonts w:ascii="Inter" w:hAnsi="Inter" w:eastAsia="Noto Sans CJK JP" w:cs="Noto Sans CJK JP"/>
        </w:rPr>
        <w:t>d</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w</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h</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m</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s</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s</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1" name="Picture 21"/>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3041655"/>
                    </a:xfrm>
                    <a:prstGeom prst="rect"/>
                  </pic:spPr>
                </pic:pic>
              </a:graphicData>
            </a:graphic>
          </wp:inline>
        </w:drawing>
      </w:r>
    </w:p>
    <w:p>
      <w:pPr>
        <w:pStyle w:val="Caption"/>
        <w:jc w:val="center"/>
      </w:pPr>
      <w:r>
        <w:rPr>
          <w:b/>
          <w:color w:val="404040"/>
        </w:rPr>
        <w:t>SharePoint site homepage for Team ABC, showing the same layout as above: Activity feed, Documents section, and Quick links.</w:t>
      </w:r>
    </w:p>
    <w:p>
      <w:pPr>
        <w:pStyle w:val="Heading1"/>
        <w:keepNext/>
        <w:keepLines/>
        <w:outlineLvl w:val="0"/>
      </w:pPr>
      <w:r>
        <w:rPr>
          <w:b/>
          <w:color w:val="404040"/>
          <w:sz w:val="32"/>
          <w:rFonts w:ascii="Inter" w:hAnsi="Inter" w:eastAsia="Noto Sans CJK JP" w:cs="Noto Sans CJK JP"/>
        </w:rPr>
        <w:t>What's next</w:t>
      </w:r>
    </w:p>
    <w:p>
      <w:pPr>
        <w:keepNext/>
        <w:keepLines/>
      </w:pPr>
      <w:r>
        <w:rPr>
          <w:color w:val="404040"/>
          <w:sz w:val="24"/>
          <w:rFonts w:ascii="Inter" w:hAnsi="Inter" w:eastAsia="Noto Sans CJK JP" w:cs="Noto Sans CJK JP"/>
        </w:rPr>
        <w:t>F</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l</w:t>
      </w:r>
      <w:r>
        <w:rPr>
          <w:color w:val="404040"/>
          <w:sz w:val="24"/>
          <w:rFonts w:ascii="Inter" w:hAnsi="Inter" w:eastAsia="Noto Sans CJK JP" w:cs="Noto Sans CJK JP"/>
        </w:rPr>
        <w:t>o</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m</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T</w:t>
      </w:r>
      <w:r>
        <w:rPr>
          <w:color w:val="404040"/>
          <w:sz w:val="24"/>
          <w:rFonts w:ascii="Inter" w:hAnsi="Inter" w:eastAsia="Noto Sans CJK JP" w:cs="Noto Sans CJK JP"/>
        </w:rPr>
        <w:t>u</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u</w:t>
      </w:r>
      <w:r>
        <w:rPr>
          <w:color w:val="404040"/>
          <w:sz w:val="24"/>
          <w:rFonts w:ascii="Inter" w:hAnsi="Inter" w:eastAsia="Noto Sans CJK JP" w:cs="Noto Sans CJK JP"/>
        </w:rPr>
        <w:t>p</w:t>
      </w:r>
      <w:r>
        <w:rPr>
          <w:color w:val="404040"/>
          <w:sz w:val="24"/>
          <w:rFonts w:ascii="Inter" w:hAnsi="Inter" w:eastAsia="Noto Sans CJK JP" w:cs="Noto Sans CJK JP"/>
        </w:rPr>
        <w:t>d</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w</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 xml:space="preserve"> </w:t>
      </w:r>
      <w:r>
        <w:rPr>
          <w:color w:val="404040"/>
          <w:sz w:val="24"/>
          <w:rFonts w:ascii="Inter" w:hAnsi="Inter" w:eastAsia="Noto Sans CJK JP" w:cs="Noto Sans CJK JP"/>
        </w:rPr>
        <w:t>b</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x</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x</w:t>
      </w:r>
      <w:r>
        <w:rPr>
          <w:color w:val="404040"/>
          <w:sz w:val="24"/>
          <w:rFonts w:ascii="Inter" w:hAnsi="Inter" w:eastAsia="Noto Sans CJK JP" w:cs="Noto Sans CJK JP"/>
        </w:rPr>
        <w:t>p</w:t>
      </w:r>
      <w:r>
        <w:rPr>
          <w:color w:val="404040"/>
          <w:sz w:val="24"/>
          <w:rFonts w:ascii="Inter" w:hAnsi="Inter" w:eastAsia="Noto Sans CJK JP" w:cs="Noto Sans CJK JP"/>
        </w:rPr>
        <w:t>e</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e</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3041655"/>
            <wp:docPr id="22" name="Picture 22"/>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3041655"/>
                    </a:xfrm>
                    <a:prstGeom prst="rect"/>
                  </pic:spPr>
                </pic:pic>
              </a:graphicData>
            </a:graphic>
          </wp:inline>
        </w:drawing>
      </w:r>
    </w:p>
    <w:p>
      <w:pPr>
        <w:pStyle w:val="Caption"/>
        <w:jc w:val="center"/>
      </w:pPr>
      <w:r>
        <w:rPr>
          <w:b/>
          <w:color w:val="404040"/>
        </w:rPr>
        <w:t>SharePoint site homepage for Team ABC, showing the Activity feed, Documents section, and Quick links, with no further actions being performed.</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B</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p</w:t>
      </w:r>
      <w:r>
        <w:rPr>
          <w:color w:val="404040"/>
          <w:sz w:val="24"/>
          <w:rFonts w:ascii="Inter" w:hAnsi="Inter" w:eastAsia="Noto Sans CJK JP" w:cs="Noto Sans CJK JP"/>
        </w:rPr>
        <w:t>l</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d</w:t>
      </w:r>
      <w:r>
        <w:rPr>
          <w:color w:val="404040"/>
          <w:sz w:val="24"/>
          <w:rFonts w:ascii="Inter" w:hAnsi="Inter" w:eastAsia="Noto Sans CJK JP" w:cs="Noto Sans CJK JP"/>
        </w:rPr>
        <w:t>o</w:t>
      </w:r>
      <w:r>
        <w:rPr>
          <w:color w:val="404040"/>
          <w:sz w:val="24"/>
          <w:rFonts w:ascii="Inter" w:hAnsi="Inter" w:eastAsia="Noto Sans CJK JP" w:cs="Noto Sans CJK JP"/>
        </w:rPr>
        <w:t>c</w:t>
      </w:r>
      <w:r>
        <w:rPr>
          <w:color w:val="404040"/>
          <w:sz w:val="24"/>
          <w:rFonts w:ascii="Inter" w:hAnsi="Inter" w:eastAsia="Noto Sans CJK JP" w:cs="Noto Sans CJK JP"/>
        </w:rPr>
        <w:t>u</w:t>
      </w:r>
      <w:r>
        <w:rPr>
          <w:color w:val="404040"/>
          <w:sz w:val="24"/>
          <w:rFonts w:ascii="Inter" w:hAnsi="Inter" w:eastAsia="Noto Sans CJK JP" w:cs="Noto Sans CJK JP"/>
        </w:rPr>
        <w:t>m</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g</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g</w:t>
      </w:r>
      <w:r>
        <w:rPr>
          <w:color w:val="404040"/>
          <w:sz w:val="24"/>
          <w:rFonts w:ascii="Inter" w:hAnsi="Inter" w:eastAsia="Noto Sans CJK JP" w:cs="Noto Sans CJK JP"/>
        </w:rPr>
        <w:t>h</w:t>
      </w:r>
      <w:r>
        <w:rPr>
          <w:color w:val="404040"/>
          <w:sz w:val="24"/>
          <w:rFonts w:ascii="Inter" w:hAnsi="Inter" w:eastAsia="Noto Sans CJK JP" w:cs="Noto Sans CJK JP"/>
        </w:rPr>
        <w:t>t</w:t>
      </w:r>
      <w:r>
        <w:rPr>
          <w:color w:val="404040"/>
          <w:sz w:val="24"/>
          <w:rFonts w:ascii="Inter" w:hAnsi="Inter" w:eastAsia="Noto Sans CJK JP" w:cs="Noto Sans CJK JP"/>
        </w:rPr>
        <w:t>f</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a</w:t>
      </w:r>
      <w:r>
        <w:rPr>
          <w:color w:val="404040"/>
          <w:sz w:val="24"/>
          <w:rFonts w:ascii="Inter" w:hAnsi="Inter" w:eastAsia="Noto Sans CJK JP" w:cs="Noto Sans CJK JP"/>
        </w:rPr>
        <w:t>l</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s</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i</w:t>
      </w:r>
      <w:r>
        <w:rPr>
          <w:color w:val="404040"/>
          <w:sz w:val="24"/>
          <w:rFonts w:ascii="Inter" w:hAnsi="Inter" w:eastAsia="Noto Sans CJK JP" w:cs="Noto Sans CJK JP"/>
        </w:rPr>
        <w:t>m</w:t>
      </w:r>
      <w:r>
        <w:rPr>
          <w:color w:val="404040"/>
          <w:sz w:val="24"/>
          <w:rFonts w:ascii="Inter" w:hAnsi="Inter" w:eastAsia="Noto Sans CJK JP" w:cs="Noto Sans CJK JP"/>
        </w:rPr>
        <w:t>p</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l</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b</w:t>
      </w:r>
      <w:r>
        <w:rPr>
          <w:color w:val="404040"/>
          <w:sz w:val="24"/>
          <w:rFonts w:ascii="Inter" w:hAnsi="Inter" w:eastAsia="Noto Sans CJK JP" w:cs="Noto Sans CJK JP"/>
        </w:rPr>
        <w:t>o</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k</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h</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P</w:t>
      </w:r>
      <w:r>
        <w:rPr>
          <w:color w:val="404040"/>
          <w:sz w:val="24"/>
          <w:rFonts w:ascii="Inter" w:hAnsi="Inter" w:eastAsia="Noto Sans CJK JP" w:cs="Noto Sans CJK JP"/>
        </w:rPr>
        <w:t>o</w:t>
      </w:r>
      <w:r>
        <w:rPr>
          <w:color w:val="404040"/>
          <w:sz w:val="24"/>
          <w:rFonts w:ascii="Inter" w:hAnsi="Inter" w:eastAsia="Noto Sans CJK JP" w:cs="Noto Sans CJK JP"/>
        </w:rPr>
        <w:t>i</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i</w:t>
      </w:r>
      <w:r>
        <w:rPr>
          <w:color w:val="404040"/>
          <w:sz w:val="24"/>
          <w:rFonts w:ascii="Inter" w:hAnsi="Inter" w:eastAsia="Noto Sans CJK JP" w:cs="Noto Sans CJK JP"/>
        </w:rPr>
        <w:t>c</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a</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g</w:t>
      </w:r>
      <w:r>
        <w:rPr>
          <w:color w:val="404040"/>
          <w:sz w:val="24"/>
          <w:rFonts w:ascii="Inter" w:hAnsi="Inter" w:eastAsia="Noto Sans CJK JP" w:cs="Noto Sans CJK JP"/>
        </w:rPr>
        <w:t>a</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y</w:t>
      </w:r>
      <w:r>
        <w:rPr>
          <w:color w:val="404040"/>
          <w:sz w:val="24"/>
          <w:rFonts w:ascii="Inter" w:hAnsi="Inter" w:eastAsia="Noto Sans CJK JP" w:cs="Noto Sans CJK JP"/>
        </w:rPr>
        <w:t>n</w:t>
      </w:r>
      <w:r>
        <w:rPr>
          <w:color w:val="404040"/>
          <w:sz w:val="24"/>
          <w:rFonts w:ascii="Inter" w:hAnsi="Inter" w:eastAsia="Noto Sans CJK JP" w:cs="Noto Sans CJK JP"/>
        </w:rPr>
        <w:t>c</w:t>
      </w:r>
      <w:r>
        <w:rPr>
          <w:color w:val="404040"/>
          <w:sz w:val="24"/>
          <w:rFonts w:ascii="Inter" w:hAnsi="Inter" w:eastAsia="Noto Sans CJK JP" w:cs="Noto Sans CJK JP"/>
        </w:rPr>
        <w:t>h</w:t>
      </w:r>
      <w:r>
        <w:rPr>
          <w:color w:val="404040"/>
          <w:sz w:val="24"/>
          <w:rFonts w:ascii="Inter" w:hAnsi="Inter" w:eastAsia="Noto Sans CJK JP" w:cs="Noto Sans CJK JP"/>
        </w:rPr>
        <w:t>r</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i</w:t>
      </w:r>
      <w:r>
        <w:rPr>
          <w:color w:val="404040"/>
          <w:sz w:val="24"/>
          <w:rFonts w:ascii="Inter" w:hAnsi="Inter" w:eastAsia="Noto Sans CJK JP" w:cs="Noto Sans CJK JP"/>
        </w:rPr>
        <w:t>z</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 xml:space="preserve"> </w:t>
      </w:r>
      <w:r>
        <w:rPr>
          <w:color w:val="404040"/>
          <w:sz w:val="24"/>
          <w:rFonts w:ascii="Inter" w:hAnsi="Inter" w:eastAsia="Noto Sans CJK JP" w:cs="Noto Sans CJK JP"/>
        </w:rPr>
        <w:t>n</w:t>
      </w:r>
      <w:r>
        <w:rPr>
          <w:color w:val="404040"/>
          <w:sz w:val="24"/>
          <w:rFonts w:ascii="Inter" w:hAnsi="Inter" w:eastAsia="Noto Sans CJK JP" w:cs="Noto Sans CJK JP"/>
        </w:rPr>
        <w:t>e</w:t>
      </w:r>
      <w:r>
        <w:rPr>
          <w:color w:val="404040"/>
          <w:sz w:val="24"/>
          <w:rFonts w:ascii="Inter" w:hAnsi="Inter" w:eastAsia="Noto Sans CJK JP" w:cs="Noto Sans CJK JP"/>
        </w:rPr>
        <w:t>e</w:t>
      </w:r>
      <w:r>
        <w:rPr>
          <w:color w:val="404040"/>
          <w:sz w:val="24"/>
          <w:rFonts w:ascii="Inter" w:hAnsi="Inter" w:eastAsia="Noto Sans CJK JP" w:cs="Noto Sans CJK JP"/>
        </w:rPr>
        <w:t>d</w:t>
      </w:r>
      <w:r>
        <w:rPr>
          <w:color w:val="404040"/>
          <w:sz w:val="24"/>
          <w:rFonts w:ascii="Inter" w:hAnsi="Inter" w:eastAsia="Noto Sans CJK JP" w:cs="Noto Sans CJK JP"/>
        </w:rPr>
        <w:t>,</w:t>
      </w:r>
      <w:r>
        <w:rPr>
          <w:color w:val="404040"/>
          <w:sz w:val="24"/>
          <w:rFonts w:ascii="Inter" w:hAnsi="Inter" w:eastAsia="Noto Sans CJK JP" w:cs="Noto Sans CJK JP"/>
        </w:rPr>
        <w:t xml:space="preserve"> </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d</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v</w:t>
      </w:r>
      <w:r>
        <w:rPr>
          <w:color w:val="404040"/>
          <w:sz w:val="24"/>
          <w:rFonts w:ascii="Inter" w:hAnsi="Inter" w:eastAsia="Noto Sans CJK JP" w:cs="Noto Sans CJK JP"/>
        </w:rPr>
        <w:t>i</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h</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S</w:t>
      </w:r>
      <w:r>
        <w:rPr>
          <w:color w:val="404040"/>
          <w:sz w:val="24"/>
          <w:rFonts w:ascii="Inter" w:hAnsi="Inter" w:eastAsia="Noto Sans CJK JP" w:cs="Noto Sans CJK JP"/>
        </w:rPr>
        <w:t>i</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C</w:t>
      </w:r>
      <w:r>
        <w:rPr>
          <w:color w:val="404040"/>
          <w:sz w:val="24"/>
          <w:rFonts w:ascii="Inter" w:hAnsi="Inter" w:eastAsia="Noto Sans CJK JP" w:cs="Noto Sans CJK JP"/>
        </w:rPr>
        <w:t>o</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e</w:t>
      </w:r>
      <w:r>
        <w:rPr>
          <w:color w:val="404040"/>
          <w:sz w:val="24"/>
          <w:rFonts w:ascii="Inter" w:hAnsi="Inter" w:eastAsia="Noto Sans CJK JP" w:cs="Noto Sans CJK JP"/>
        </w:rPr>
        <w:t>n</w:t>
      </w:r>
      <w:r>
        <w:rPr>
          <w:color w:val="404040"/>
          <w:sz w:val="24"/>
          <w:rFonts w:ascii="Inter" w:hAnsi="Inter" w:eastAsia="Noto Sans CJK JP" w:cs="Noto Sans CJK JP"/>
        </w:rPr>
        <w:t>t</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p</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r</w:t>
      </w:r>
      <w:r>
        <w:rPr>
          <w:color w:val="404040"/>
          <w:sz w:val="24"/>
          <w:rFonts w:ascii="Inter" w:hAnsi="Inter" w:eastAsia="Noto Sans CJK JP" w:cs="Noto Sans CJK JP"/>
        </w:rPr>
        <w:t>e</w:t>
      </w:r>
      <w:r>
        <w:rPr>
          <w:color w:val="404040"/>
          <w:sz w:val="24"/>
          <w:rFonts w:ascii="Inter" w:hAnsi="Inter" w:eastAsia="Noto Sans CJK JP" w:cs="Noto Sans CJK JP"/>
        </w:rPr>
        <w:t>g</w:t>
      </w:r>
      <w:r>
        <w:rPr>
          <w:color w:val="404040"/>
          <w:sz w:val="24"/>
          <w:rFonts w:ascii="Inter" w:hAnsi="Inter" w:eastAsia="Noto Sans CJK JP" w:cs="Noto Sans CJK JP"/>
        </w:rPr>
        <w:t>u</w:t>
      </w:r>
      <w:r>
        <w:rPr>
          <w:color w:val="404040"/>
          <w:sz w:val="24"/>
          <w:rFonts w:ascii="Inter" w:hAnsi="Inter" w:eastAsia="Noto Sans CJK JP" w:cs="Noto Sans CJK JP"/>
        </w:rPr>
        <w:t>l</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 xml:space="preserve"> </w:t>
      </w:r>
      <w:r>
        <w:rPr>
          <w:color w:val="404040"/>
          <w:sz w:val="24"/>
          <w:rFonts w:ascii="Inter" w:hAnsi="Inter" w:eastAsia="Noto Sans CJK JP" w:cs="Noto Sans CJK JP"/>
        </w:rPr>
        <w:t>t</w:t>
      </w:r>
      <w:r>
        <w:rPr>
          <w:color w:val="404040"/>
          <w:sz w:val="24"/>
          <w:rFonts w:ascii="Inter" w:hAnsi="Inter" w:eastAsia="Noto Sans CJK JP" w:cs="Noto Sans CJK JP"/>
        </w:rPr>
        <w:t>o</w:t>
      </w:r>
      <w:r>
        <w:rPr>
          <w:color w:val="404040"/>
          <w:sz w:val="24"/>
          <w:rFonts w:ascii="Inter" w:hAnsi="Inter" w:eastAsia="Noto Sans CJK JP" w:cs="Noto Sans CJK JP"/>
        </w:rPr>
        <w:t xml:space="preserve"> </w:t>
      </w:r>
      <w:r>
        <w:rPr>
          <w:color w:val="404040"/>
          <w:sz w:val="24"/>
          <w:rFonts w:ascii="Inter" w:hAnsi="Inter" w:eastAsia="Noto Sans CJK JP" w:cs="Noto Sans CJK JP"/>
        </w:rPr>
        <w:t>m</w:t>
      </w:r>
      <w:r>
        <w:rPr>
          <w:color w:val="404040"/>
          <w:sz w:val="24"/>
          <w:rFonts w:ascii="Inter" w:hAnsi="Inter" w:eastAsia="Noto Sans CJK JP" w:cs="Noto Sans CJK JP"/>
        </w:rPr>
        <w:t>a</w:t>
      </w:r>
      <w:r>
        <w:rPr>
          <w:color w:val="404040"/>
          <w:sz w:val="24"/>
          <w:rFonts w:ascii="Inter" w:hAnsi="Inter" w:eastAsia="Noto Sans CJK JP" w:cs="Noto Sans CJK JP"/>
        </w:rPr>
        <w:t>n</w:t>
      </w:r>
      <w:r>
        <w:rPr>
          <w:color w:val="404040"/>
          <w:sz w:val="24"/>
          <w:rFonts w:ascii="Inter" w:hAnsi="Inter" w:eastAsia="Noto Sans CJK JP" w:cs="Noto Sans CJK JP"/>
        </w:rPr>
        <w:t>a</w:t>
      </w:r>
      <w:r>
        <w:rPr>
          <w:color w:val="404040"/>
          <w:sz w:val="24"/>
          <w:rFonts w:ascii="Inter" w:hAnsi="Inter" w:eastAsia="Noto Sans CJK JP" w:cs="Noto Sans CJK JP"/>
        </w:rPr>
        <w:t>g</w:t>
      </w:r>
      <w:r>
        <w:rPr>
          <w:color w:val="404040"/>
          <w:sz w:val="24"/>
          <w:rFonts w:ascii="Inter" w:hAnsi="Inter" w:eastAsia="Noto Sans CJK JP" w:cs="Noto Sans CJK JP"/>
        </w:rPr>
        <w:t>e</w:t>
      </w:r>
      <w:r>
        <w:rPr>
          <w:color w:val="404040"/>
          <w:sz w:val="24"/>
          <w:rFonts w:ascii="Inter" w:hAnsi="Inter" w:eastAsia="Noto Sans CJK JP" w:cs="Noto Sans CJK JP"/>
        </w:rPr>
        <w:t xml:space="preserve"> </w:t>
      </w:r>
      <w:r>
        <w:rPr>
          <w:color w:val="404040"/>
          <w:sz w:val="24"/>
          <w:rFonts w:ascii="Inter" w:hAnsi="Inter" w:eastAsia="Noto Sans CJK JP" w:cs="Noto Sans CJK JP"/>
        </w:rPr>
        <w:t>y</w:t>
      </w:r>
      <w:r>
        <w:rPr>
          <w:color w:val="404040"/>
          <w:sz w:val="24"/>
          <w:rFonts w:ascii="Inter" w:hAnsi="Inter" w:eastAsia="Noto Sans CJK JP" w:cs="Noto Sans CJK JP"/>
        </w:rPr>
        <w:t>o</w:t>
      </w:r>
      <w:r>
        <w:rPr>
          <w:color w:val="404040"/>
          <w:sz w:val="24"/>
          <w:rFonts w:ascii="Inter" w:hAnsi="Inter" w:eastAsia="Noto Sans CJK JP" w:cs="Noto Sans CJK JP"/>
        </w:rPr>
        <w:t>u</w:t>
      </w:r>
      <w:r>
        <w:rPr>
          <w:color w:val="404040"/>
          <w:sz w:val="24"/>
          <w:rFonts w:ascii="Inter" w:hAnsi="Inter" w:eastAsia="Noto Sans CJK JP" w:cs="Noto Sans CJK JP"/>
        </w:rPr>
        <w:t>r</w:t>
      </w:r>
      <w:r>
        <w:rPr>
          <w:color w:val="404040"/>
          <w:sz w:val="24"/>
          <w:rFonts w:ascii="Inter" w:hAnsi="Inter" w:eastAsia="Noto Sans CJK JP" w:cs="Noto Sans CJK JP"/>
        </w:rPr>
        <w:t xml:space="preserve"> </w:t>
      </w:r>
      <w:r>
        <w:rPr>
          <w:color w:val="404040"/>
          <w:sz w:val="24"/>
          <w:rFonts w:ascii="Inter" w:hAnsi="Inter" w:eastAsia="Noto Sans CJK JP" w:cs="Noto Sans CJK JP"/>
        </w:rPr>
        <w:t>l</w:t>
      </w:r>
      <w:r>
        <w:rPr>
          <w:color w:val="404040"/>
          <w:sz w:val="24"/>
          <w:rFonts w:ascii="Inter" w:hAnsi="Inter" w:eastAsia="Noto Sans CJK JP" w:cs="Noto Sans CJK JP"/>
        </w:rPr>
        <w:t>i</w:t>
      </w:r>
      <w:r>
        <w:rPr>
          <w:color w:val="404040"/>
          <w:sz w:val="24"/>
          <w:rFonts w:ascii="Inter" w:hAnsi="Inter" w:eastAsia="Noto Sans CJK JP" w:cs="Noto Sans CJK JP"/>
        </w:rPr>
        <w:t>b</w:t>
      </w:r>
      <w:r>
        <w:rPr>
          <w:color w:val="404040"/>
          <w:sz w:val="24"/>
          <w:rFonts w:ascii="Inter" w:hAnsi="Inter" w:eastAsia="Noto Sans CJK JP" w:cs="Noto Sans CJK JP"/>
        </w:rPr>
        <w:t>r</w:t>
      </w:r>
      <w:r>
        <w:rPr>
          <w:color w:val="404040"/>
          <w:sz w:val="24"/>
          <w:rFonts w:ascii="Inter" w:hAnsi="Inter" w:eastAsia="Noto Sans CJK JP" w:cs="Noto Sans CJK JP"/>
        </w:rPr>
        <w:t>a</w:t>
      </w:r>
      <w:r>
        <w:rPr>
          <w:color w:val="404040"/>
          <w:sz w:val="24"/>
          <w:rFonts w:ascii="Inter" w:hAnsi="Inter" w:eastAsia="Noto Sans CJK JP" w:cs="Noto Sans CJK JP"/>
        </w:rPr>
        <w:t>r</w:t>
      </w:r>
      <w:r>
        <w:rPr>
          <w:color w:val="404040"/>
          <w:sz w:val="24"/>
          <w:rFonts w:ascii="Inter" w:hAnsi="Inter" w:eastAsia="Noto Sans CJK JP" w:cs="Noto Sans CJK JP"/>
        </w:rPr>
        <w:t>i</w:t>
      </w:r>
      <w:r>
        <w:rPr>
          <w:color w:val="404040"/>
          <w:sz w:val="24"/>
          <w:rFonts w:ascii="Inter" w:hAnsi="Inter" w:eastAsia="Noto Sans CJK JP" w:cs="Noto Sans CJK JP"/>
        </w:rPr>
        <w:t>e</w:t>
      </w:r>
      <w:r>
        <w:rPr>
          <w:color w:val="404040"/>
          <w:sz w:val="24"/>
          <w:rFonts w:ascii="Inter" w:hAnsi="Inter" w:eastAsia="Noto Sans CJK JP" w:cs="Noto Sans CJK JP"/>
        </w:rPr>
        <w:t>s</w:t>
      </w:r>
      <w:r>
        <w:rPr>
          <w:color w:val="404040"/>
          <w:sz w:val="24"/>
          <w:rFonts w:ascii="Inter" w:hAnsi="Inter" w:eastAsia="Noto Sans CJK JP" w:cs="Noto Sans CJK JP"/>
        </w:rPr>
        <w:t xml:space="preserve"> </w:t>
      </w:r>
      <w:r>
        <w:rPr>
          <w:color w:val="404040"/>
          <w:sz w:val="24"/>
          <w:rFonts w:ascii="Inter" w:hAnsi="Inter" w:eastAsia="Noto Sans CJK JP" w:cs="Noto Sans CJK JP"/>
        </w:rPr>
        <w:t>e</w:t>
      </w:r>
      <w:r>
        <w:rPr>
          <w:color w:val="404040"/>
          <w:sz w:val="24"/>
          <w:rFonts w:ascii="Inter" w:hAnsi="Inter" w:eastAsia="Noto Sans CJK JP" w:cs="Noto Sans CJK JP"/>
        </w:rPr>
        <w:t>f</w:t>
      </w:r>
      <w:r>
        <w:rPr>
          <w:color w:val="404040"/>
          <w:sz w:val="24"/>
          <w:rFonts w:ascii="Inter" w:hAnsi="Inter" w:eastAsia="Noto Sans CJK JP" w:cs="Noto Sans CJK JP"/>
        </w:rPr>
        <w:t>f</w:t>
      </w:r>
      <w:r>
        <w:rPr>
          <w:color w:val="404040"/>
          <w:sz w:val="24"/>
          <w:rFonts w:ascii="Inter" w:hAnsi="Inter" w:eastAsia="Noto Sans CJK JP" w:cs="Noto Sans CJK JP"/>
        </w:rPr>
        <w:t>e</w:t>
      </w:r>
      <w:r>
        <w:rPr>
          <w:color w:val="404040"/>
          <w:sz w:val="24"/>
          <w:rFonts w:ascii="Inter" w:hAnsi="Inter" w:eastAsia="Noto Sans CJK JP" w:cs="Noto Sans CJK JP"/>
        </w:rPr>
        <w:t>c</w:t>
      </w:r>
      <w:r>
        <w:rPr>
          <w:color w:val="404040"/>
          <w:sz w:val="24"/>
          <w:rFonts w:ascii="Inter" w:hAnsi="Inter" w:eastAsia="Noto Sans CJK JP" w:cs="Noto Sans CJK JP"/>
        </w:rPr>
        <w:t>t</w:t>
      </w:r>
      <w:r>
        <w:rPr>
          <w:color w:val="404040"/>
          <w:sz w:val="24"/>
          <w:rFonts w:ascii="Inter" w:hAnsi="Inter" w:eastAsia="Noto Sans CJK JP" w:cs="Noto Sans CJK JP"/>
        </w:rPr>
        <w:t>i</w:t>
      </w:r>
      <w:r>
        <w:rPr>
          <w:color w:val="404040"/>
          <w:sz w:val="24"/>
          <w:rFonts w:ascii="Inter" w:hAnsi="Inter" w:eastAsia="Noto Sans CJK JP" w:cs="Noto Sans CJK JP"/>
        </w:rPr>
        <w:t>v</w:t>
      </w:r>
      <w:r>
        <w:rPr>
          <w:color w:val="404040"/>
          <w:sz w:val="24"/>
          <w:rFonts w:ascii="Inter" w:hAnsi="Inter" w:eastAsia="Noto Sans CJK JP" w:cs="Noto Sans CJK JP"/>
        </w:rPr>
        <w:t>e</w:t>
      </w:r>
      <w:r>
        <w:rPr>
          <w:color w:val="404040"/>
          <w:sz w:val="24"/>
          <w:rFonts w:ascii="Inter" w:hAnsi="Inter" w:eastAsia="Noto Sans CJK JP" w:cs="Noto Sans CJK JP"/>
        </w:rPr>
        <w:t>l</w:t>
      </w:r>
      <w:r>
        <w:rPr>
          <w:color w:val="404040"/>
          <w:sz w:val="24"/>
          <w:rFonts w:ascii="Inter" w:hAnsi="Inter" w:eastAsia="Noto Sans CJK JP" w:cs="Noto Sans CJK JP"/>
        </w:rPr>
        <w:t>y</w:t>
      </w:r>
      <w:r>
        <w:rPr>
          <w:color w:val="404040"/>
          <w:sz w:val="24"/>
          <w:rFonts w:ascii="Inter" w:hAnsi="Inter" w:eastAsia="Noto Sans CJK JP" w:cs="Noto Sans CJK JP"/>
        </w:rPr>
        <w:t>.</w:t>
      </w:r>
    </w:p>
    <w:p>
      <w:pPr/>
      <w:r>
        <w:br w:type="page"/>
      </w:r>
    </w:p>
    <w:sectPr w:rsidR="00FC693F" w:rsidRPr="0006063C" w:rsidSect="00034616">
      <w:headerReference w:type="default" r:id="rId21"/>
      <w:footerReference w:type="default" r:id="rId2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rPr>
      <w:rFonts w:ascii="Inter" w:hAnsi="Inter" w:eastAsia="Noto Sans CJK JP" w:cs="Noto Sans CJK JP"/>
      <w:color w:val="404040"/>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header" Target="header1.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