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Add SharePoint to File Explorer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Open your SharePoint site in Internet Explorer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Check the trust settings manually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Internet Options dialog open in Internet Explorer, with the SharePoint Online site visible in the background showing folders such as "1 - Admin" and "2 - Templates."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Open the security settings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Internet Options dialog open to the Security tab, with Trusted sites highlighted and the Sites button visible, and the SharePoint Online site open in the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Add your SharePoint site as a trusted site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Trusted sites dialog showing SharePoint URLs added, with the "Require server verification (https:)" checkbox ready to be unchecked.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Open File Explorer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File Explorer window open, showing Quick access and recent files, with the SharePoint site still visible in the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Map your SharePoint site as a network drive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Map Network Drive dialog showing drive letter selection (Y:) and the SharePoint folder path entered.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Access your SharePoint drive in File Explorer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File Explorer showing the mapped SharePoint drive (Y:) with all document libraries and folders listed.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Interact with your SharePoint files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File Explorer open to a SharePoint folder, showing multiple folders and files available for access and management.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Syncing and collaborating on SharePoint files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File Explorer window open to the mapped SharePoint folder "1 - Admin," showing a Word document, with the SharePoint site visible in the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Troubleshooting sync or visibility issues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5"/>
      <w:foot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