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Report in ServiceNow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configuration screen with grouping by State, aggregation by Count, and a bar chart of change requests by state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Beyond20 logo on a white background, marking the end of the tutorial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your ServiceNow homepage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 of reports with tabs for My reports, Group, Global, All, and columns for report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Find the Reports module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Reports section expanded in the navigation menu, showing a list of reports with filter tabs and detail columns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Open the Reports section and view existing reports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Filter navigator with "reports" entered, displaying the Reports module in the results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Switch between report views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Tabs for switching between My reports, Group, Global, and All report views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Start creating a new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ServiceNow homepage showing dashboard widgets and the navigation menu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Name your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type selection screen showing various visualization options, with List selected by default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Set the source type and select the table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[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_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 visualization with a preview of 100 change requests displayed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Choose the report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Review the initial data preview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creation screen with the Report name field being filled in as "Change report"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Configure the report columns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Configure step with 'Choose columns' option highlighted, ready to customize report fields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Group the report data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Run the grouped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Group by assignment group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grouped by Assignment group, showing counts for each group such as Hardware (36) and Network (19)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Group by state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Change the report visualization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Visualization type selection screen with Pyramid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Switch to the Pie visualization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Report grouped by State, showing counts such as New (22) and Authorize (61)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Visualization type selection panel with pie chart options, alongside a pyramid chart of change requests by state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Select a bar chart visualization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Bar chart visualization selection with a tooltip describing the Histogram option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Configure the bar chart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Export the report data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list view with the export context menu open, showing Excel, CSV, XML, JSON, and PDF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Access reports anytime from the navigation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Navigation menu with "reports" entered in the search bar, showing options to create or view reports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Configure step with Group by set to Active, showing 89 active and 11 inactive change requests out of 100 total</w:t>
      </w:r>
    </w:p>
    <w:p>
      <w:pPr/>
      <w:r>
        <w:br w:type="page"/>
      </w:r>
    </w:p>
    <w:sectPr w:rsidR="00FC693F" w:rsidRPr="0006063C" w:rsidSect="00034616">
      <w:headerReference w:type="default" r:id="rId25"/>
      <w:footerReference w:type="default" r:id="rId2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header" Target="header1.xm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