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Connect ServiceNow to Power BI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to ServiceNow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Find the Power BI Connector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ServiceNow Store page for the Power BI Connector showing compatibility, pricing, and summary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Data Sources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Connector main screen with the Data Sources list and the New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Configure the data source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Data Source screen with fields for Name, Description, Rows limit, Use display value, and the Add table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Add tables to export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fields for export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Field selection interface for the Incident table with several fields checked for export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Apply filtering conditions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Filtering interface with a dropdown for filter conditions and logic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Save the data source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Copy the data feed URL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Connector for ServiceNow interface showing data source configuration, with the Home link visible and the data feed URL accessible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Get data from an OData feed in Power BI Desktop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Desktop interface with the Get Data menu open and the OData feed option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Authenticate with ServiceNow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Desktop interface showing the data loading process after entering the OData feed URL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Select tables to import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Desktop interface showing available tables for import after connecting to the ServiceNow OData feed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Wait for the data to load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Desktop interface with data loading and the Fields pane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Build visualizations and reports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Desktop interface prompting the user to build visuals with data, showing the Visualizations and Fields panes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Customize and analyze your data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BI Desktop interface with a donut chart visualizing ServiceNow data, with filters and fields configured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: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v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v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8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Promotional slide for the Power BI Connector for ServiceNow, featuring a computer icon with a chart and two sample report visuals (a bar chart and a donut chart), with the text "Explore and analyze your ServiceNow data with Power BI" and the website URL https://www.alphaservesp.com/products/servicenow/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yperlink" Target="https://www.alphaservesp.com/products/servicenow/" TargetMode="External"/><Relationship Id="rId19" Type="http://schemas.openxmlformats.org/officeDocument/2006/relationships/image" Target="media/image10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