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make buttons in Schoology: create, link, and post clickable header images</w:t>
      </w:r>
    </w:p>
    <w:p>
      <w:pPr/>
      <w:r>
        <w:rPr>
          <w:color w:val="404040"/>
          <w:sz w:val="24"/>
          <w:rFonts w:ascii="Inter" w:hAnsi="Inter" w:eastAsia="Noto Sans CJK JP" w:cs="Noto Sans CJK JP"/>
        </w:rPr>
        <w:t>If you want to know how to make buttons in Schoology, you can design circular images in PowerPoint, upload them to a Schoology page, and link each one to a Google resource. This guide walks you through the full workflow. You design the buttons, export them as images, build an unpublished storage page, add links, and post the buttons as an announcement. You can then reuse the page whenever you need to update your course.</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start, make sure you have the following:</w:t>
      </w:r>
    </w:p>
    <w:p>
      <w:pPr>
        <w:pStyle w:val="ListBullet2"/>
      </w:pPr>
      <w:r>
        <w:rPr>
          <w:color w:val="404040"/>
          <w:sz w:val="24"/>
          <w:rFonts w:ascii="Inter" w:hAnsi="Inter" w:eastAsia="Noto Sans CJK JP" w:cs="Noto Sans CJK JP"/>
        </w:rPr>
        <w:t>Microsoft PowerPoint installed on your computer</w:t>
      </w:r>
    </w:p>
    <w:p>
      <w:pPr>
        <w:pStyle w:val="ListBullet2"/>
      </w:pPr>
      <w:r>
        <w:rPr>
          <w:color w:val="404040"/>
          <w:sz w:val="24"/>
          <w:rFonts w:ascii="Inter" w:hAnsi="Inter" w:eastAsia="Noto Sans CJK JP" w:cs="Noto Sans CJK JP"/>
        </w:rPr>
        <w:t>Access to a Schoology course where you can add materials</w:t>
      </w:r>
    </w:p>
    <w:p>
      <w:pPr>
        <w:pStyle w:val="ListBullet2"/>
      </w:pPr>
      <w:r>
        <w:rPr>
          <w:color w:val="404040"/>
          <w:sz w:val="24"/>
          <w:rFonts w:ascii="Inter" w:hAnsi="Inter" w:eastAsia="Noto Sans CJK JP" w:cs="Noto Sans CJK JP"/>
        </w:rPr>
        <w:t>Google Drive documents you want to link to (for example, a daily schedule, contact info, or weekly newsletter)</w:t>
      </w:r>
    </w:p>
    <w:p>
      <w:pPr>
        <w:pStyle w:val="ListBullet2"/>
      </w:pPr>
      <w:r>
        <w:rPr>
          <w:color w:val="404040"/>
          <w:sz w:val="24"/>
          <w:rFonts w:ascii="Inter" w:hAnsi="Inter" w:eastAsia="Noto Sans CJK JP" w:cs="Noto Sans CJK JP"/>
        </w:rPr>
        <w:t>A Google Drive folder that holds those documents, such as a "Linked to Schoology" folder</w:t>
      </w:r>
    </w:p>
    <w:p>
      <w:pPr>
        <w:pStyle w:val="Heading2"/>
        <w:keepNext/>
        <w:keepLines/>
        <w:ind w:left="0"/>
        <w:outlineLvl w:val="1"/>
      </w:pPr>
      <w:r>
        <w:rPr>
          <w:b/>
          <w:color w:val="404040"/>
          <w:sz w:val="32"/>
          <w:rFonts w:ascii="Inter" w:hAnsi="Inter" w:eastAsia="Noto Sans CJK JP" w:cs="Noto Sans CJK JP"/>
        </w:rPr>
        <w:t>Create circular buttons in PowerPoint</w:t>
      </w:r>
    </w:p>
    <w:p>
      <w:pPr>
        <w:pStyle w:val="Heading3"/>
        <w:keepNext/>
        <w:keepLines/>
        <w:ind w:left="0"/>
        <w:outlineLvl w:val="2"/>
      </w:pPr>
      <w:r>
        <w:rPr>
          <w:b/>
          <w:color w:val="404040"/>
          <w:sz w:val="28"/>
          <w:rFonts w:ascii="Inter" w:hAnsi="Inter" w:eastAsia="Noto Sans CJK JP" w:cs="Noto Sans CJK JP"/>
        </w:rPr>
        <w:t>Step 1: Set the slide size</w:t>
      </w:r>
    </w:p>
    <w:p>
      <w:pPr/>
      <w:r>
        <w:rPr>
          <w:color w:val="404040"/>
          <w:sz w:val="24"/>
          <w:rFonts w:ascii="Inter" w:hAnsi="Inter" w:eastAsia="Noto Sans CJK JP" w:cs="Noto Sans CJK JP"/>
        </w:rPr>
        <w:t>Open PowerPoint, then set the slide size so every button is a perfect square.</w:t>
      </w:r>
    </w:p>
    <w:p>
      <w:pPr>
        <w:pStyle w:val="ListNumber2"/>
        <w:numPr>
          <w:ilvl w:val="0"/>
          <w:numId w:val="10"/>
        </w:numPr>
        <w:spacing w:before="120"/>
      </w:pPr>
      <w:r>
        <w:rPr>
          <w:color w:val="404040"/>
          <w:sz w:val="24"/>
          <w:rFonts w:ascii="Inter" w:hAnsi="Inter" w:eastAsia="Noto Sans CJK JP" w:cs="Noto Sans CJK JP"/>
        </w:rPr>
        <w:t xml:space="preserve">Go to the menu bar and select </w:t>
      </w:r>
      <w:r>
        <w:rPr>
          <w:b/>
          <w:color w:val="404040"/>
          <w:sz w:val="24"/>
          <w:rFonts w:ascii="Inter" w:hAnsi="Inter" w:eastAsia="Noto Sans CJK JP" w:cs="Noto Sans CJK JP"/>
        </w:rPr>
        <w:t>File</w:t>
      </w:r>
      <w:r>
        <w:rPr>
          <w:color w:val="404040"/>
          <w:sz w:val="24"/>
          <w:rFonts w:ascii="Inter" w:hAnsi="Inter" w:eastAsia="Noto Sans CJK JP" w:cs="Noto Sans CJK JP"/>
        </w:rPr>
        <w:t>.</w:t>
      </w:r>
    </w:p>
    <w:p>
      <w:pPr>
        <w:pStyle w:val="ListNumber2"/>
        <w:numPr>
          <w:ilvl w:val="0"/>
          <w:numId w:val="10"/>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Page Setup...</w:t>
      </w:r>
      <w:r>
        <w:rPr>
          <w:color w:val="404040"/>
          <w:sz w:val="24"/>
          <w:rFonts w:ascii="Inter" w:hAnsi="Inter" w:eastAsia="Noto Sans CJK JP" w:cs="Noto Sans CJK JP"/>
        </w:rPr>
        <w:t>.</w:t>
      </w:r>
    </w:p>
    <w:p>
      <w:pPr>
        <w:pStyle w:val="ListNumber2"/>
        <w:numPr>
          <w:ilvl w:val="0"/>
          <w:numId w:val="10"/>
        </w:numPr>
      </w:pPr>
      <w:r>
        <w:rPr>
          <w:color w:val="404040"/>
          <w:sz w:val="24"/>
          <w:rFonts w:ascii="Inter" w:hAnsi="Inter" w:eastAsia="Noto Sans CJK JP" w:cs="Noto Sans CJK JP"/>
        </w:rPr>
        <w:t xml:space="preserve">Set both </w:t>
      </w:r>
      <w:r>
        <w:rPr>
          <w:b/>
          <w:color w:val="404040"/>
          <w:sz w:val="24"/>
          <w:rFonts w:ascii="Inter" w:hAnsi="Inter" w:eastAsia="Noto Sans CJK JP" w:cs="Noto Sans CJK JP"/>
        </w:rPr>
        <w:t>Width</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Height</w:t>
      </w:r>
      <w:r>
        <w:rPr>
          <w:color w:val="404040"/>
          <w:sz w:val="24"/>
          <w:rFonts w:ascii="Inter" w:hAnsi="Inter" w:eastAsia="Noto Sans CJK JP" w:cs="Noto Sans CJK JP"/>
        </w:rPr>
        <w:t xml:space="preserve"> to 4.86 inches. This equals 350 by 350 pixels.</w:t>
      </w:r>
    </w:p>
    <w:p>
      <w:pPr>
        <w:pStyle w:val="ListNumber2"/>
        <w:keepNext/>
        <w:keepLines/>
        <w:numPr>
          <w:ilvl w:val="0"/>
          <w:numId w:val="10"/>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Page Setup dialog with Width and Height both set to 4.86 inches</w:t>
      </w:r>
    </w:p>
    <w:p>
      <w:pPr>
        <w:pStyle w:val="Heading3"/>
        <w:keepNext/>
        <w:keepLines/>
        <w:ind w:left="0"/>
        <w:outlineLvl w:val="2"/>
      </w:pPr>
      <w:r>
        <w:rPr>
          <w:b/>
          <w:color w:val="404040"/>
          <w:sz w:val="28"/>
          <w:rFonts w:ascii="Inter" w:hAnsi="Inter" w:eastAsia="Noto Sans CJK JP" w:cs="Noto Sans CJK JP"/>
        </w:rPr>
        <w:t>Step 2: Add a blank slide</w:t>
      </w:r>
    </w:p>
    <w:p>
      <w:pPr>
        <w:keepNext/>
        <w:keepLines/>
      </w:pPr>
      <w:r>
        <w:rPr>
          <w:color w:val="404040"/>
          <w:sz w:val="24"/>
          <w:rFonts w:ascii="Inter" w:hAnsi="Inter" w:eastAsia="Noto Sans CJK JP" w:cs="Noto Sans CJK JP"/>
        </w:rPr>
        <w:t xml:space="preserve">In the Slides pane, right-click and select </w:t>
      </w:r>
      <w:r>
        <w:rPr>
          <w:b/>
          <w:color w:val="404040"/>
          <w:sz w:val="24"/>
          <w:rFonts w:ascii="Inter" w:hAnsi="Inter" w:eastAsia="Noto Sans CJK JP" w:cs="Noto Sans CJK JP"/>
        </w:rPr>
        <w:t>New Slide</w:t>
      </w:r>
      <w:r>
        <w:rPr>
          <w:color w:val="404040"/>
          <w:sz w:val="24"/>
          <w:rFonts w:ascii="Inter" w:hAnsi="Inter" w:eastAsia="Noto Sans CJK JP" w:cs="Noto Sans CJK JP"/>
        </w:rPr>
        <w:t xml:space="preserve">. Choose the </w:t>
      </w:r>
      <w:r>
        <w:rPr>
          <w:b/>
          <w:color w:val="404040"/>
          <w:sz w:val="24"/>
          <w:rFonts w:ascii="Inter" w:hAnsi="Inter" w:eastAsia="Noto Sans CJK JP" w:cs="Noto Sans CJK JP"/>
        </w:rPr>
        <w:t>Blank</w:t>
      </w:r>
      <w:r>
        <w:rPr>
          <w:color w:val="404040"/>
          <w:sz w:val="24"/>
          <w:rFonts w:ascii="Inter" w:hAnsi="Inter" w:eastAsia="Noto Sans CJK JP" w:cs="Noto Sans CJK JP"/>
        </w:rPr>
        <w:t xml:space="preserve"> layout.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Blank layout being selected for a new slide in PowerPoint</w:t>
      </w:r>
    </w:p>
    <w:p>
      <w:pPr>
        <w:pStyle w:val="Heading3"/>
        <w:keepNext/>
        <w:keepLines/>
        <w:ind w:left="0"/>
        <w:outlineLvl w:val="2"/>
      </w:pPr>
      <w:r>
        <w:rPr>
          <w:b/>
          <w:color w:val="404040"/>
          <w:sz w:val="28"/>
          <w:rFonts w:ascii="Inter" w:hAnsi="Inter" w:eastAsia="Noto Sans CJK JP" w:cs="Noto Sans CJK JP"/>
        </w:rPr>
        <w:t>Step 3: Insert a circle shape</w:t>
      </w:r>
    </w:p>
    <w:p>
      <w:pPr/>
      <w:r>
        <w:rPr>
          <w:color w:val="404040"/>
          <w:sz w:val="24"/>
          <w:rFonts w:ascii="Inter" w:hAnsi="Inter" w:eastAsia="Noto Sans CJK JP" w:cs="Noto Sans CJK JP"/>
        </w:rPr>
        <w:t>Draw the circle that forms the base of your button.</w:t>
      </w:r>
    </w:p>
    <w:p>
      <w:pPr>
        <w:pStyle w:val="ListNumber2"/>
        <w:numPr>
          <w:ilvl w:val="0"/>
          <w:numId w:val="11"/>
        </w:numPr>
        <w:spacing w:before="120"/>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Insert</w:t>
      </w:r>
      <w:r>
        <w:rPr>
          <w:color w:val="404040"/>
          <w:sz w:val="24"/>
          <w:rFonts w:ascii="Inter" w:hAnsi="Inter" w:eastAsia="Noto Sans CJK JP" w:cs="Noto Sans CJK JP"/>
        </w:rPr>
        <w:t xml:space="preserve"> tab or open the </w:t>
      </w:r>
      <w:r>
        <w:rPr>
          <w:b/>
          <w:color w:val="404040"/>
          <w:sz w:val="24"/>
          <w:rFonts w:ascii="Inter" w:hAnsi="Inter" w:eastAsia="Noto Sans CJK JP" w:cs="Noto Sans CJK JP"/>
        </w:rPr>
        <w:t>Shapes</w:t>
      </w:r>
      <w:r>
        <w:rPr>
          <w:color w:val="404040"/>
          <w:sz w:val="24"/>
          <w:rFonts w:ascii="Inter" w:hAnsi="Inter" w:eastAsia="Noto Sans CJK JP" w:cs="Noto Sans CJK JP"/>
        </w:rPr>
        <w:t xml:space="preserve"> dropdown in the toolbar.</w:t>
      </w:r>
    </w:p>
    <w:p>
      <w:pPr>
        <w:pStyle w:val="ListNumber2"/>
        <w:numPr>
          <w:ilvl w:val="0"/>
          <w:numId w:val="11"/>
        </w:numPr>
      </w:pPr>
      <w:r>
        <w:rPr>
          <w:color w:val="404040"/>
          <w:sz w:val="24"/>
          <w:rFonts w:ascii="Inter" w:hAnsi="Inter" w:eastAsia="Noto Sans CJK JP" w:cs="Noto Sans CJK JP"/>
        </w:rPr>
        <w:t>Select the circle (ellipse) from the Basic Shapes section.</w:t>
      </w:r>
    </w:p>
    <w:p>
      <w:pPr>
        <w:pStyle w:val="ListNumber2"/>
        <w:numPr>
          <w:ilvl w:val="0"/>
          <w:numId w:val="11"/>
        </w:numPr>
      </w:pPr>
      <w:r>
        <w:rPr>
          <w:color w:val="404040"/>
          <w:sz w:val="24"/>
          <w:rFonts w:ascii="Inter" w:hAnsi="Inter" w:eastAsia="Noto Sans CJK JP" w:cs="Noto Sans CJK JP"/>
        </w:rPr>
        <w:t>Click and drag on the slide to draw the circle. Hold the Shift key while you drag so the shape stays a perfect circle.</w:t>
      </w:r>
    </w:p>
    <w:p>
      <w:pPr>
        <w:pStyle w:val="ListNumber2"/>
        <w:keepNext/>
        <w:keepLines/>
        <w:numPr>
          <w:ilvl w:val="0"/>
          <w:numId w:val="11"/>
        </w:numPr>
      </w:pPr>
      <w:r>
        <w:rPr>
          <w:color w:val="404040"/>
          <w:sz w:val="24"/>
          <w:rFonts w:ascii="Inter" w:hAnsi="Inter" w:eastAsia="Noto Sans CJK JP" w:cs="Noto Sans CJK JP"/>
        </w:rPr>
        <w:t>Center the circle so it nearly touches the slide edges without going all the way to them.</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Shapes dropdown open with the circle shape highlighted</w:t>
      </w:r>
    </w:p>
    <w:p>
      <w:pPr>
        <w:pStyle w:val="Heading3"/>
        <w:keepNext/>
        <w:keepLines/>
        <w:ind w:left="0"/>
        <w:outlineLvl w:val="2"/>
      </w:pPr>
      <w:r>
        <w:rPr>
          <w:b/>
          <w:color w:val="404040"/>
          <w:sz w:val="28"/>
          <w:rFonts w:ascii="Inter" w:hAnsi="Inter" w:eastAsia="Noto Sans CJK JP" w:cs="Noto Sans CJK JP"/>
        </w:rPr>
        <w:t>Step 4: Fill the circle with color</w:t>
      </w:r>
    </w:p>
    <w:p>
      <w:pPr>
        <w:pStyle w:val="ListNumber2"/>
        <w:numPr>
          <w:ilvl w:val="0"/>
          <w:numId w:val="12"/>
        </w:numPr>
        <w:spacing w:before="120"/>
      </w:pPr>
      <w:r>
        <w:rPr>
          <w:color w:val="404040"/>
          <w:sz w:val="24"/>
          <w:rFonts w:ascii="Inter" w:hAnsi="Inter" w:eastAsia="Noto Sans CJK JP" w:cs="Noto Sans CJK JP"/>
        </w:rPr>
        <w:t xml:space="preserve">Select the circle and go to the </w:t>
      </w:r>
      <w:r>
        <w:rPr>
          <w:b/>
          <w:color w:val="404040"/>
          <w:sz w:val="24"/>
          <w:rFonts w:ascii="Inter" w:hAnsi="Inter" w:eastAsia="Noto Sans CJK JP" w:cs="Noto Sans CJK JP"/>
        </w:rPr>
        <w:t>Shape Format</w:t>
      </w:r>
      <w:r>
        <w:rPr>
          <w:color w:val="404040"/>
          <w:sz w:val="24"/>
          <w:rFonts w:ascii="Inter" w:hAnsi="Inter" w:eastAsia="Noto Sans CJK JP" w:cs="Noto Sans CJK JP"/>
        </w:rPr>
        <w:t xml:space="preserve"> tab.</w:t>
      </w:r>
    </w:p>
    <w:p>
      <w:pPr>
        <w:pStyle w:val="ListNumber2"/>
        <w:numPr>
          <w:ilvl w:val="0"/>
          <w:numId w:val="12"/>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Shape Fill</w:t>
      </w:r>
      <w:r>
        <w:rPr>
          <w:color w:val="404040"/>
          <w:sz w:val="24"/>
          <w:rFonts w:ascii="Inter" w:hAnsi="Inter" w:eastAsia="Noto Sans CJK JP" w:cs="Noto Sans CJK JP"/>
        </w:rPr>
        <w:t xml:space="preserve"> and choose a color, such as black.</w:t>
      </w:r>
    </w:p>
    <w:p>
      <w:pPr>
        <w:pStyle w:val="ListNumber2"/>
        <w:keepNext/>
        <w:keepLines/>
        <w:numPr>
          <w:ilvl w:val="0"/>
          <w:numId w:val="12"/>
        </w:numPr>
      </w:pPr>
      <w:r>
        <w:rPr>
          <w:color w:val="404040"/>
          <w:sz w:val="24"/>
          <w:rFonts w:ascii="Inter" w:hAnsi="Inter" w:eastAsia="Noto Sans CJK JP" w:cs="Noto Sans CJK JP"/>
        </w:rPr>
        <w:t xml:space="preserve">Optionally, set </w:t>
      </w:r>
      <w:r>
        <w:rPr>
          <w:b/>
          <w:color w:val="404040"/>
          <w:sz w:val="24"/>
          <w:rFonts w:ascii="Inter" w:hAnsi="Inter" w:eastAsia="Noto Sans CJK JP" w:cs="Noto Sans CJK JP"/>
        </w:rPr>
        <w:t>Shape Outline</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No Outline</w:t>
      </w:r>
      <w:r>
        <w:rPr>
          <w:color w:val="404040"/>
          <w:sz w:val="24"/>
          <w:rFonts w:ascii="Inter" w:hAnsi="Inter" w:eastAsia="Noto Sans CJK JP" w:cs="Noto Sans CJK JP"/>
        </w:rPr>
        <w:t xml:space="preserve"> for a cleaner look.</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Circle filled with black, with the Shape Fill and Shape Outline options visible</w:t>
      </w:r>
    </w:p>
    <w:p>
      <w:pPr>
        <w:pStyle w:val="Heading3"/>
        <w:keepNext/>
        <w:keepLines/>
        <w:ind w:left="0"/>
        <w:outlineLvl w:val="2"/>
      </w:pPr>
      <w:r>
        <w:rPr>
          <w:b/>
          <w:color w:val="404040"/>
          <w:sz w:val="28"/>
          <w:rFonts w:ascii="Inter" w:hAnsi="Inter" w:eastAsia="Noto Sans CJK JP" w:cs="Noto Sans CJK JP"/>
        </w:rPr>
        <w:t>Step 5: Add text to the button</w:t>
      </w:r>
    </w:p>
    <w:p>
      <w:pPr>
        <w:pStyle w:val="ListNumber2"/>
        <w:numPr>
          <w:ilvl w:val="0"/>
          <w:numId w:val="13"/>
        </w:numPr>
        <w:spacing w:before="120"/>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Insert</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Text Box</w:t>
      </w:r>
      <w:r>
        <w:rPr>
          <w:color w:val="404040"/>
          <w:sz w:val="24"/>
          <w:rFonts w:ascii="Inter" w:hAnsi="Inter" w:eastAsia="Noto Sans CJK JP" w:cs="Noto Sans CJK JP"/>
        </w:rPr>
        <w:t>, then draw a text box over the circle.</w:t>
      </w:r>
    </w:p>
    <w:p>
      <w:pPr>
        <w:pStyle w:val="ListNumber2"/>
        <w:numPr>
          <w:ilvl w:val="0"/>
          <w:numId w:val="13"/>
        </w:numPr>
      </w:pPr>
      <w:r>
        <w:rPr>
          <w:color w:val="404040"/>
          <w:sz w:val="24"/>
          <w:rFonts w:ascii="Inter" w:hAnsi="Inter" w:eastAsia="Noto Sans CJK JP" w:cs="Noto Sans CJK JP"/>
        </w:rPr>
        <w:t>Type your button text, such as "TYPE YOUR TEXT".</w:t>
      </w:r>
    </w:p>
    <w:p>
      <w:pPr>
        <w:pStyle w:val="ListNumber2"/>
        <w:numPr>
          <w:ilvl w:val="0"/>
          <w:numId w:val="13"/>
        </w:numPr>
      </w:pPr>
      <w:r>
        <w:rPr>
          <w:color w:val="404040"/>
          <w:sz w:val="24"/>
          <w:rFonts w:ascii="Inter" w:hAnsi="Inter" w:eastAsia="Noto Sans CJK JP" w:cs="Noto Sans CJK JP"/>
        </w:rPr>
        <w:t>Choose a simple, widely available font, such as Century Gothic or Calibri, for compatibility.</w:t>
      </w:r>
    </w:p>
    <w:p>
      <w:pPr>
        <w:pStyle w:val="ListNumber2"/>
        <w:numPr>
          <w:ilvl w:val="0"/>
          <w:numId w:val="13"/>
        </w:numPr>
      </w:pPr>
      <w:r>
        <w:rPr>
          <w:color w:val="404040"/>
          <w:sz w:val="24"/>
          <w:rFonts w:ascii="Inter" w:hAnsi="Inter" w:eastAsia="Noto Sans CJK JP" w:cs="Noto Sans CJK JP"/>
        </w:rPr>
        <w:t>Center the text horizontally and vertically in the circle.</w:t>
      </w:r>
    </w:p>
    <w:p>
      <w:pPr>
        <w:pStyle w:val="ListNumber2"/>
        <w:keepNext/>
        <w:keepLines/>
        <w:numPr>
          <w:ilvl w:val="0"/>
          <w:numId w:val="13"/>
        </w:numPr>
      </w:pPr>
      <w:r>
        <w:rPr>
          <w:color w:val="404040"/>
          <w:sz w:val="24"/>
          <w:rFonts w:ascii="Inter" w:hAnsi="Inter" w:eastAsia="Noto Sans CJK JP" w:cs="Noto Sans CJK JP"/>
        </w:rPr>
        <w:t>Adjust the font size so the text is clear and well positioned.</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Text box reading "TYPE YOUR TEXT" centered on a black circle</w:t>
      </w:r>
    </w:p>
    <w:p>
      <w:pPr>
        <w:pStyle w:val="Heading3"/>
        <w:keepNext/>
        <w:keepLines/>
        <w:ind w:left="0"/>
        <w:outlineLvl w:val="2"/>
      </w:pPr>
      <w:r>
        <w:rPr>
          <w:b/>
          <w:color w:val="404040"/>
          <w:sz w:val="28"/>
          <w:rFonts w:ascii="Inter" w:hAnsi="Inter" w:eastAsia="Noto Sans CJK JP" w:cs="Noto Sans CJK JP"/>
        </w:rPr>
        <w:t>Step 6: Customize and repeat (optional)</w:t>
      </w:r>
    </w:p>
    <w:p>
      <w:pPr/>
      <w:r>
        <w:rPr>
          <w:color w:val="404040"/>
          <w:sz w:val="24"/>
          <w:rFonts w:ascii="Inter" w:hAnsi="Inter" w:eastAsia="Noto Sans CJK JP" w:cs="Noto Sans CJK JP"/>
        </w:rPr>
        <w:t>You can add icons or other design elements on top of the button. Repeat the process on new slides to make more buttons, such as "DAILY SCHEDULE" and "WEEKLY NEWSLETTER".</w:t>
      </w:r>
    </w:p>
    <w:p>
      <w:pPr>
        <w:pStyle w:val="Heading2"/>
        <w:keepNext/>
        <w:keepLines/>
        <w:ind w:left="0"/>
        <w:outlineLvl w:val="1"/>
      </w:pPr>
      <w:r>
        <w:rPr>
          <w:b/>
          <w:color w:val="404040"/>
          <w:sz w:val="32"/>
          <w:rFonts w:ascii="Inter" w:hAnsi="Inter" w:eastAsia="Noto Sans CJK JP" w:cs="Noto Sans CJK JP"/>
        </w:rPr>
        <w:t>Export the slides as images</w:t>
      </w:r>
    </w:p>
    <w:p>
      <w:pPr>
        <w:pStyle w:val="Heading3"/>
        <w:keepNext/>
        <w:keepLines/>
        <w:ind w:left="0"/>
        <w:outlineLvl w:val="2"/>
      </w:pPr>
      <w:r>
        <w:rPr>
          <w:b/>
          <w:color w:val="404040"/>
          <w:sz w:val="28"/>
          <w:rFonts w:ascii="Inter" w:hAnsi="Inter" w:eastAsia="Noto Sans CJK JP" w:cs="Noto Sans CJK JP"/>
        </w:rPr>
        <w:t>Step 7: Prepare your slides</w:t>
      </w:r>
    </w:p>
    <w:p>
      <w:pPr/>
      <w:r>
        <w:rPr>
          <w:color w:val="404040"/>
          <w:sz w:val="24"/>
          <w:rFonts w:ascii="Inter" w:hAnsi="Inter" w:eastAsia="Noto Sans CJK JP" w:cs="Noto Sans CJK JP"/>
        </w:rPr>
        <w:t>Before you export, check that each design is complete. Each slide should hold a single, centered design, such as "TYPE YOUR TEXT" or "WELCOME TO 5TH GRADE SCIENCE". Confirm that all text and graphics are centered within the square slide so they look right on your dashboard.</w:t>
      </w:r>
    </w:p>
    <w:p>
      <w:pPr>
        <w:pStyle w:val="Heading3"/>
        <w:keepNext/>
        <w:keepLines/>
        <w:ind w:left="0"/>
        <w:outlineLvl w:val="2"/>
      </w:pPr>
      <w:r>
        <w:rPr>
          <w:b/>
          <w:color w:val="404040"/>
          <w:sz w:val="28"/>
          <w:rFonts w:ascii="Inter" w:hAnsi="Inter" w:eastAsia="Noto Sans CJK JP" w:cs="Noto Sans CJK JP"/>
        </w:rPr>
        <w:t>Step 8: Export every slide as an image file</w:t>
      </w:r>
    </w:p>
    <w:p>
      <w:pPr>
        <w:pStyle w:val="ListNumber2"/>
        <w:numPr>
          <w:ilvl w:val="0"/>
          <w:numId w:val="14"/>
        </w:numPr>
        <w:spacing w:before="120"/>
      </w:pPr>
      <w:r>
        <w:rPr>
          <w:color w:val="404040"/>
          <w:sz w:val="24"/>
          <w:rFonts w:ascii="Inter" w:hAnsi="Inter" w:eastAsia="Noto Sans CJK JP" w:cs="Noto Sans CJK JP"/>
        </w:rPr>
        <w:t xml:space="preserve">Go to the menu bar, click </w:t>
      </w:r>
      <w:r>
        <w:rPr>
          <w:b/>
          <w:color w:val="404040"/>
          <w:sz w:val="24"/>
          <w:rFonts w:ascii="Inter" w:hAnsi="Inter" w:eastAsia="Noto Sans CJK JP" w:cs="Noto Sans CJK JP"/>
        </w:rPr>
        <w:t>File</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Export...</w:t>
      </w:r>
      <w:r>
        <w:rPr>
          <w:color w:val="404040"/>
          <w:sz w:val="24"/>
          <w:rFonts w:ascii="Inter" w:hAnsi="Inter" w:eastAsia="Noto Sans CJK JP" w:cs="Noto Sans CJK JP"/>
        </w:rPr>
        <w:t>.</w:t>
      </w:r>
    </w:p>
    <w:p>
      <w:pPr>
        <w:pStyle w:val="ListNumber2"/>
        <w:numPr>
          <w:ilvl w:val="0"/>
          <w:numId w:val="14"/>
        </w:numPr>
      </w:pPr>
      <w:r>
        <w:rPr>
          <w:color w:val="404040"/>
          <w:sz w:val="24"/>
          <w:rFonts w:ascii="Inter" w:hAnsi="Inter" w:eastAsia="Noto Sans CJK JP" w:cs="Noto Sans CJK JP"/>
        </w:rPr>
        <w:t>Enter a name for the export, such as "Elementary School Course Images".</w:t>
      </w:r>
    </w:p>
    <w:p>
      <w:pPr>
        <w:pStyle w:val="ListNumber2"/>
        <w:numPr>
          <w:ilvl w:val="0"/>
          <w:numId w:val="14"/>
        </w:numPr>
      </w:pPr>
      <w:r>
        <w:rPr>
          <w:color w:val="404040"/>
          <w:sz w:val="24"/>
          <w:rFonts w:ascii="Inter" w:hAnsi="Inter" w:eastAsia="Noto Sans CJK JP" w:cs="Noto Sans CJK JP"/>
        </w:rPr>
        <w:t>Set the destination folder, such as Desktop.</w:t>
      </w:r>
    </w:p>
    <w:p>
      <w:pPr>
        <w:pStyle w:val="ListNumber2"/>
        <w:numPr>
          <w:ilvl w:val="0"/>
          <w:numId w:val="14"/>
        </w:numPr>
      </w:pPr>
      <w:r>
        <w:rPr>
          <w:color w:val="404040"/>
          <w:sz w:val="24"/>
          <w:rFonts w:ascii="Inter" w:hAnsi="Inter" w:eastAsia="Noto Sans CJK JP" w:cs="Noto Sans CJK JP"/>
        </w:rPr>
        <w:t xml:space="preserve">For </w:t>
      </w:r>
      <w:r>
        <w:rPr>
          <w:b/>
          <w:color w:val="404040"/>
          <w:sz w:val="24"/>
          <w:rFonts w:ascii="Inter" w:hAnsi="Inter" w:eastAsia="Noto Sans CJK JP" w:cs="Noto Sans CJK JP"/>
        </w:rPr>
        <w:t>File Format</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PNG</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JPEG</w:t>
      </w:r>
      <w:r>
        <w:rPr>
          <w:color w:val="404040"/>
          <w:sz w:val="24"/>
          <w:rFonts w:ascii="Inter" w:hAnsi="Inter" w:eastAsia="Noto Sans CJK JP" w:cs="Noto Sans CJK JP"/>
        </w:rPr>
        <w:t>. PNG is recommended for higher quality.</w:t>
      </w:r>
    </w:p>
    <w:p>
      <w:pPr>
        <w:pStyle w:val="ListNumber2"/>
        <w:keepNext/>
        <w:keepLines/>
        <w:numPr>
          <w:ilvl w:val="0"/>
          <w:numId w:val="14"/>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Export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Export dialog with PNG selected as the file format</w:t>
      </w:r>
    </w:p>
    <w:p>
      <w:pPr>
        <w:keepNext/>
        <w:keepLines/>
      </w:pPr>
      <w:r>
        <w:rPr>
          <w:color w:val="404040"/>
          <w:sz w:val="24"/>
          <w:rFonts w:ascii="Inter" w:hAnsi="Inter" w:eastAsia="Noto Sans CJK JP" w:cs="Noto Sans CJK JP"/>
        </w:rPr>
        <w:t xml:space="preserve">When prompted, choose </w:t>
      </w:r>
      <w:r>
        <w:rPr>
          <w:b/>
          <w:color w:val="404040"/>
          <w:sz w:val="24"/>
          <w:rFonts w:ascii="Inter" w:hAnsi="Inter" w:eastAsia="Noto Sans CJK JP" w:cs="Noto Sans CJK JP"/>
        </w:rPr>
        <w:t>Save Every Slide</w:t>
      </w:r>
      <w:r>
        <w:rPr>
          <w:color w:val="404040"/>
          <w:sz w:val="24"/>
          <w:rFonts w:ascii="Inter" w:hAnsi="Inter" w:eastAsia="Noto Sans CJK JP" w:cs="Noto Sans CJK JP"/>
        </w:rPr>
        <w:t xml:space="preserve"> so each slide becomes its own image file. If a folder with the same name already exists, click </w:t>
      </w:r>
      <w:r>
        <w:rPr>
          <w:b/>
          <w:color w:val="404040"/>
          <w:sz w:val="24"/>
          <w:rFonts w:ascii="Inter" w:hAnsi="Inter" w:eastAsia="Noto Sans CJK JP" w:cs="Noto Sans CJK JP"/>
        </w:rPr>
        <w:t>Replace</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Export confirmation dialog with Replace and Cancel options and Save Every Slide selected</w:t>
      </w:r>
    </w:p>
    <w:p>
      <w:pPr>
        <w:keepNext/>
        <w:keepLines/>
      </w:pPr>
      <w:r>
        <w:rPr>
          <w:color w:val="404040"/>
          <w:sz w:val="24"/>
          <w:rFonts w:ascii="Inter" w:hAnsi="Inter" w:eastAsia="Noto Sans CJK JP" w:cs="Noto Sans CJK JP"/>
        </w:rPr>
        <w:t xml:space="preserve">Wait for the export to finish. A confirmation dialog states that each slide has been saved as a separate file in the folder you chose.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close it.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Confirmation dialog stating each slide has been saved as a separate file, with OK highlighted</w:t>
      </w:r>
    </w:p>
    <w:p>
      <w:pPr>
        <w:pStyle w:val="Heading3"/>
        <w:keepNext/>
        <w:keepLines/>
        <w:ind w:left="0"/>
        <w:outlineLvl w:val="2"/>
      </w:pPr>
      <w:r>
        <w:rPr>
          <w:b/>
          <w:color w:val="404040"/>
          <w:sz w:val="28"/>
          <w:rFonts w:ascii="Inter" w:hAnsi="Inter" w:eastAsia="Noto Sans CJK JP" w:cs="Noto Sans CJK JP"/>
        </w:rPr>
        <w:t>Step 9: Check image centering (recommended)</w:t>
      </w:r>
    </w:p>
    <w:p>
      <w:pPr>
        <w:keepNext/>
        <w:keepLines/>
      </w:pPr>
      <w:r>
        <w:rPr>
          <w:color w:val="404040"/>
          <w:sz w:val="24"/>
          <w:rFonts w:ascii="Inter" w:hAnsi="Inter" w:eastAsia="Noto Sans CJK JP" w:cs="Noto Sans CJK JP"/>
        </w:rPr>
        <w:t>Review your exported images to confirm that all text and graphics are centered. This matters most for course covers and dashboard images.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Slide reading "WELCOME TO 5TH GRADE SCIENCE" with the text properly centered</w:t>
      </w:r>
    </w:p>
    <w:p>
      <w:pPr>
        <w:pStyle w:val="Heading2"/>
        <w:keepNext/>
        <w:keepLines/>
        <w:ind w:left="0"/>
        <w:outlineLvl w:val="1"/>
      </w:pPr>
      <w:r>
        <w:rPr>
          <w:b/>
          <w:color w:val="404040"/>
          <w:sz w:val="32"/>
          <w:rFonts w:ascii="Inter" w:hAnsi="Inter" w:eastAsia="Noto Sans CJK JP" w:cs="Noto Sans CJK JP"/>
        </w:rPr>
        <w:t>Build the Schoology page</w:t>
      </w:r>
    </w:p>
    <w:p>
      <w:pPr>
        <w:pStyle w:val="Heading3"/>
        <w:keepNext/>
        <w:keepLines/>
        <w:ind w:left="0"/>
        <w:outlineLvl w:val="2"/>
      </w:pPr>
      <w:r>
        <w:rPr>
          <w:b/>
          <w:color w:val="404040"/>
          <w:sz w:val="28"/>
          <w:rFonts w:ascii="Inter" w:hAnsi="Inter" w:eastAsia="Noto Sans CJK JP" w:cs="Noto Sans CJK JP"/>
        </w:rPr>
        <w:t>Step 10: Open your course</w:t>
      </w:r>
    </w:p>
    <w:p>
      <w:pPr>
        <w:keepNext/>
        <w:keepLines/>
      </w:pPr>
      <w:r>
        <w:rPr>
          <w:color w:val="404040"/>
          <w:sz w:val="24"/>
          <w:rFonts w:ascii="Inter" w:hAnsi="Inter" w:eastAsia="Noto Sans CJK JP" w:cs="Noto Sans CJK JP"/>
        </w:rPr>
        <w:t>Log in to Schoology and select the course where you want to add your custom images. The course page shows options to add and organize materials.</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Schoology course page with Add Materials and course navigation visible</w:t>
      </w:r>
    </w:p>
    <w:p>
      <w:pPr>
        <w:pStyle w:val="Heading3"/>
        <w:keepNext/>
        <w:keepLines/>
        <w:ind w:left="0"/>
        <w:outlineLvl w:val="2"/>
      </w:pPr>
      <w:r>
        <w:rPr>
          <w:b/>
          <w:color w:val="404040"/>
          <w:sz w:val="28"/>
          <w:rFonts w:ascii="Inter" w:hAnsi="Inter" w:eastAsia="Noto Sans CJK JP" w:cs="Noto Sans CJK JP"/>
        </w:rPr>
        <w:t>Step 11: Add a new page</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 Materials</w:t>
      </w:r>
      <w:r>
        <w:rPr>
          <w:color w:val="404040"/>
          <w:sz w:val="24"/>
          <w:rFonts w:ascii="Inter" w:hAnsi="Inter" w:eastAsia="Noto Sans CJK JP" w:cs="Noto Sans CJK JP"/>
        </w:rPr>
        <w:t xml:space="preserve">, then select </w:t>
      </w:r>
      <w:r>
        <w:rPr>
          <w:b/>
          <w:color w:val="404040"/>
          <w:sz w:val="24"/>
          <w:rFonts w:ascii="Inter" w:hAnsi="Inter" w:eastAsia="Noto Sans CJK JP" w:cs="Noto Sans CJK JP"/>
        </w:rPr>
        <w:t>Add Page</w:t>
      </w:r>
      <w:r>
        <w:rPr>
          <w:color w:val="404040"/>
          <w:sz w:val="24"/>
          <w:rFonts w:ascii="Inter" w:hAnsi="Inter" w:eastAsia="Noto Sans CJK JP" w:cs="Noto Sans CJK JP"/>
        </w:rPr>
        <w:t xml:space="preserve"> from the dropdown.</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Add Materials dropdown with Add Page highlighted</w:t>
      </w:r>
    </w:p>
    <w:p>
      <w:pPr>
        <w:pStyle w:val="Heading3"/>
        <w:keepNext/>
        <w:keepLines/>
        <w:ind w:left="0"/>
        <w:outlineLvl w:val="2"/>
      </w:pPr>
      <w:r>
        <w:rPr>
          <w:b/>
          <w:color w:val="404040"/>
          <w:sz w:val="28"/>
          <w:rFonts w:ascii="Inter" w:hAnsi="Inter" w:eastAsia="Noto Sans CJK JP" w:cs="Noto Sans CJK JP"/>
        </w:rPr>
        <w:t>Step 12: Name the page and keep it unpublished</w:t>
      </w:r>
    </w:p>
    <w:p>
      <w:pPr>
        <w:keepNext/>
        <w:keepLines/>
      </w:pPr>
      <w:r>
        <w:rPr>
          <w:color w:val="404040"/>
          <w:sz w:val="24"/>
          <w:rFonts w:ascii="Inter" w:hAnsi="Inter" w:eastAsia="Noto Sans CJK JP" w:cs="Noto Sans CJK JP"/>
        </w:rPr>
        <w:t xml:space="preserve">In the Create Page dialog, enter a title such as </w:t>
      </w:r>
      <w:r>
        <w:rPr>
          <w:color w:val="4472C4"/>
          <w:sz w:val="24"/>
          <w:rFonts w:ascii="Times New Roman" w:hAnsi="Times New Roman" w:eastAsia="Noto Sans CJK JP" w:cs="Noto Sans CJK JP"/>
        </w:rPr>
        <w:t>Header Images - Do not publish</w:t>
      </w:r>
      <w:r>
        <w:rPr>
          <w:color w:val="404040"/>
          <w:sz w:val="24"/>
          <w:rFonts w:ascii="Inter" w:hAnsi="Inter" w:eastAsia="Noto Sans CJK JP" w:cs="Noto Sans CJK JP"/>
        </w:rPr>
        <w:t>. This page works as a storage area for your images, so leave it unpublished. Make sure the page title field is filled in and the rich text editor is visible with its formatting options.</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Create Page dialog with the title "Header Images - Do not publish"</w:t>
      </w:r>
    </w:p>
    <w:p>
      <w:pPr>
        <w:pStyle w:val="Heading3"/>
        <w:keepNext/>
        <w:keepLines/>
        <w:ind w:left="0"/>
        <w:outlineLvl w:val="2"/>
      </w:pPr>
      <w:r>
        <w:rPr>
          <w:b/>
          <w:color w:val="404040"/>
          <w:sz w:val="28"/>
          <w:rFonts w:ascii="Inter" w:hAnsi="Inter" w:eastAsia="Noto Sans CJK JP" w:cs="Noto Sans CJK JP"/>
        </w:rPr>
        <w:t>Step 13: Gather your exported images</w:t>
      </w:r>
    </w:p>
    <w:p>
      <w:pPr>
        <w:keepNext/>
        <w:keepLines/>
      </w:pPr>
      <w:r>
        <w:rPr>
          <w:color w:val="404040"/>
          <w:sz w:val="24"/>
          <w:rFonts w:ascii="Inter" w:hAnsi="Inter" w:eastAsia="Noto Sans CJK JP" w:cs="Noto Sans CJK JP"/>
        </w:rPr>
        <w:t>Confirm that all your PNG or JPEG files are saved together in one folder so they're easy to find when you upload. Open the folder where you saved your exported images.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File picker showing folders and exported PNG images ready for selection</w:t>
      </w:r>
    </w:p>
    <w:p>
      <w:pPr>
        <w:pStyle w:val="Heading3"/>
        <w:keepNext/>
        <w:keepLines/>
        <w:ind w:left="0"/>
        <w:outlineLvl w:val="2"/>
      </w:pPr>
      <w:r>
        <w:rPr>
          <w:b/>
          <w:color w:val="404040"/>
          <w:sz w:val="28"/>
          <w:rFonts w:ascii="Inter" w:hAnsi="Inter" w:eastAsia="Noto Sans CJK JP" w:cs="Noto Sans CJK JP"/>
        </w:rPr>
        <w:t>Step 14: Attach images one at a time</w:t>
      </w:r>
    </w:p>
    <w:p>
      <w:pPr>
        <w:pStyle w:val="ListNumber2"/>
        <w:numPr>
          <w:ilvl w:val="0"/>
          <w:numId w:val="15"/>
        </w:numPr>
        <w:spacing w:before="120"/>
      </w:pPr>
      <w:r>
        <w:rPr>
          <w:color w:val="404040"/>
          <w:sz w:val="24"/>
          <w:rFonts w:ascii="Inter" w:hAnsi="Inter" w:eastAsia="Noto Sans CJK JP" w:cs="Noto Sans CJK JP"/>
        </w:rPr>
        <w:t xml:space="preserve">In the page editor, click </w:t>
      </w:r>
      <w:r>
        <w:rPr>
          <w:b/>
          <w:color w:val="404040"/>
          <w:sz w:val="24"/>
          <w:rFonts w:ascii="Inter" w:hAnsi="Inter" w:eastAsia="Noto Sans CJK JP" w:cs="Noto Sans CJK JP"/>
        </w:rPr>
        <w:t>Insert Content</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Image/Media</w:t>
      </w:r>
      <w:r>
        <w:rPr>
          <w:color w:val="404040"/>
          <w:sz w:val="24"/>
          <w:rFonts w:ascii="Inter" w:hAnsi="Inter" w:eastAsia="Noto Sans CJK JP" w:cs="Noto Sans CJK JP"/>
        </w:rPr>
        <w:t>.</w:t>
      </w:r>
    </w:p>
    <w:p>
      <w:pPr>
        <w:pStyle w:val="ListNumber2"/>
        <w:numPr>
          <w:ilvl w:val="0"/>
          <w:numId w:val="15"/>
        </w:numPr>
      </w:pPr>
      <w:r>
        <w:rPr>
          <w:color w:val="404040"/>
          <w:sz w:val="24"/>
          <w:rFonts w:ascii="Inter" w:hAnsi="Inter" w:eastAsia="Noto Sans CJK JP" w:cs="Noto Sans CJK JP"/>
        </w:rPr>
        <w:t>In the file picker, navigate to your folder of exported images.</w:t>
      </w:r>
    </w:p>
    <w:p>
      <w:pPr>
        <w:pStyle w:val="ListNumber2"/>
        <w:numPr>
          <w:ilvl w:val="0"/>
          <w:numId w:val="15"/>
        </w:numPr>
      </w:pPr>
      <w:r>
        <w:rPr>
          <w:color w:val="404040"/>
          <w:sz w:val="24"/>
          <w:rFonts w:ascii="Inter" w:hAnsi="Inter" w:eastAsia="Noto Sans CJK JP" w:cs="Noto Sans CJK JP"/>
        </w:rPr>
        <w:t xml:space="preserve">Select the first image, such as </w:t>
      </w:r>
      <w:r>
        <w:rPr>
          <w:color w:val="4472C4"/>
          <w:sz w:val="24"/>
          <w:rFonts w:ascii="Times New Roman" w:hAnsi="Times New Roman" w:eastAsia="Noto Sans CJK JP" w:cs="Noto Sans CJK JP"/>
        </w:rPr>
        <w:t>Slide1.png</w:t>
      </w:r>
      <w:r>
        <w:rPr>
          <w:color w:val="404040"/>
          <w:sz w:val="24"/>
          <w:rFonts w:ascii="Inter" w:hAnsi="Inter" w:eastAsia="Noto Sans CJK JP" w:cs="Noto Sans CJK JP"/>
        </w:rPr>
        <w:t xml:space="preserve"> labeled "DAILY SCHEDULE".</w:t>
      </w:r>
    </w:p>
    <w:p>
      <w:pPr>
        <w:pStyle w:val="ListNumber2"/>
        <w:keepNext/>
        <w:keepLines/>
        <w:numPr>
          <w:ilvl w:val="0"/>
          <w:numId w:val="15"/>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to attach it.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File picker with Slide1.png (DAILY SCHEDULE) selected</w:t>
      </w:r>
    </w:p>
    <w:p>
      <w:pPr>
        <w:pStyle w:val="Heading3"/>
        <w:keepNext/>
        <w:keepLines/>
        <w:ind w:left="0"/>
        <w:outlineLvl w:val="2"/>
      </w:pPr>
      <w:r>
        <w:rPr>
          <w:b/>
          <w:color w:val="404040"/>
          <w:sz w:val="28"/>
          <w:rFonts w:ascii="Inter" w:hAnsi="Inter" w:eastAsia="Noto Sans CJK JP" w:cs="Noto Sans CJK JP"/>
        </w:rPr>
        <w:t>Step 15: Resize the inserted image</w:t>
      </w:r>
    </w:p>
    <w:p>
      <w:pPr/>
      <w:r>
        <w:rPr>
          <w:color w:val="404040"/>
          <w:sz w:val="24"/>
          <w:rFonts w:ascii="Inter" w:hAnsi="Inter" w:eastAsia="Noto Sans CJK JP" w:cs="Noto Sans CJK JP"/>
        </w:rPr>
        <w:t>The image may look very large in the editor. Click the image to select it, then drag the corner handles inward to shrink it.</w:t>
      </w:r>
    </w:p>
    <w:p>
      <w:pPr>
        <w:keepNext/>
        <w:keepLines/>
      </w:pPr>
      <w:r>
        <w:rPr>
          <w:color w:val="404040"/>
          <w:sz w:val="24"/>
          <w:rFonts w:ascii="Inter" w:hAnsi="Inter" w:eastAsia="Noto Sans CJK JP" w:cs="Noto Sans CJK JP"/>
        </w:rPr>
        <w:t xml:space="preserve">You can also double-click the image to open the dimension settings. Enter specific dimensions, such as </w:t>
      </w:r>
      <w:r>
        <w:rPr>
          <w:color w:val="4472C4"/>
          <w:sz w:val="24"/>
          <w:rFonts w:ascii="Times New Roman" w:hAnsi="Times New Roman" w:eastAsia="Noto Sans CJK JP" w:cs="Noto Sans CJK JP"/>
        </w:rPr>
        <w:t>350 x 350</w:t>
      </w:r>
      <w:r>
        <w:rPr>
          <w:color w:val="404040"/>
          <w:sz w:val="24"/>
          <w:rFonts w:ascii="Inter" w:hAnsi="Inter" w:eastAsia="Noto Sans CJK JP" w:cs="Noto Sans CJK JP"/>
        </w:rPr>
        <w:t xml:space="preserve"> pixels, and confirm the change.</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Page editor showing a very large "DAILY" image that needs resizing</w:t>
      </w:r>
    </w:p>
    <w:p>
      <w:pPr>
        <w:pStyle w:val="Heading3"/>
        <w:keepNext/>
        <w:keepLines/>
        <w:ind w:left="0"/>
        <w:outlineLvl w:val="2"/>
      </w:pPr>
      <w:r>
        <w:rPr>
          <w:b/>
          <w:color w:val="404040"/>
          <w:sz w:val="28"/>
          <w:rFonts w:ascii="Inter" w:hAnsi="Inter" w:eastAsia="Noto Sans CJK JP" w:cs="Noto Sans CJK JP"/>
        </w:rPr>
        <w:t>Step 16: Fine-tune size and placement</w:t>
      </w:r>
    </w:p>
    <w:p>
      <w:pPr>
        <w:keepNext/>
        <w:keepLines/>
      </w:pPr>
      <w:r>
        <w:rPr>
          <w:color w:val="404040"/>
          <w:sz w:val="24"/>
          <w:rFonts w:ascii="Inter" w:hAnsi="Inter" w:eastAsia="Noto Sans CJK JP" w:cs="Noto Sans CJK JP"/>
        </w:rPr>
        <w:t xml:space="preserve">Keep adjusting the size by dragging or entering new dimensions. For a smaller icon, try </w:t>
      </w:r>
      <w:r>
        <w:rPr>
          <w:color w:val="4472C4"/>
          <w:sz w:val="24"/>
          <w:rFonts w:ascii="Times New Roman" w:hAnsi="Times New Roman" w:eastAsia="Noto Sans CJK JP" w:cs="Noto Sans CJK JP"/>
        </w:rPr>
        <w:t>100 x 100</w:t>
      </w:r>
      <w:r>
        <w:rPr>
          <w:color w:val="404040"/>
          <w:sz w:val="24"/>
          <w:rFonts w:ascii="Inter" w:hAnsi="Inter" w:eastAsia="Noto Sans CJK JP" w:cs="Noto Sans CJK JP"/>
        </w:rPr>
        <w:t xml:space="preserve"> pixels. Use your keyboard arrow keys to nudge the image into position, and use the on-screen guidelines in Schoology to align it.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Page editor with a resized "DAILY SCHEDULE" image showing alignment guidelines</w:t>
      </w:r>
    </w:p>
    <w:p>
      <w:pPr>
        <w:pStyle w:val="Heading3"/>
        <w:keepNext/>
        <w:keepLines/>
        <w:ind w:left="0"/>
        <w:outlineLvl w:val="2"/>
      </w:pPr>
      <w:r>
        <w:rPr>
          <w:b/>
          <w:color w:val="404040"/>
          <w:sz w:val="28"/>
          <w:rFonts w:ascii="Inter" w:hAnsi="Inter" w:eastAsia="Noto Sans CJK JP" w:cs="Noto Sans CJK JP"/>
        </w:rPr>
        <w:t>Step 17: Arrange the images in a row</w:t>
      </w:r>
    </w:p>
    <w:p>
      <w:pPr>
        <w:keepNext/>
        <w:keepLines/>
      </w:pPr>
      <w:r>
        <w:rPr>
          <w:color w:val="404040"/>
          <w:sz w:val="24"/>
          <w:rFonts w:ascii="Inter" w:hAnsi="Inter" w:eastAsia="Noto Sans CJK JP" w:cs="Noto Sans CJK JP"/>
        </w:rPr>
        <w:t>Repeat the upload and resize steps for each button. Align "DAILY SCHEDULE", "CONTACT INFO", "ZOOM MEETING", and "WEEKLY NEWSLETTER" horizontally in the editor.</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Page editor showing four circular header images in a row: DAILY SCHEDULE, CONTACT INFO, ZOOM MEETING, and WEEKLY NEWSLETTER</w:t>
      </w:r>
    </w:p>
    <w:p>
      <w:pPr>
        <w:pStyle w:val="Heading2"/>
        <w:keepNext/>
        <w:keepLines/>
        <w:ind w:left="0"/>
        <w:outlineLvl w:val="1"/>
      </w:pPr>
      <w:r>
        <w:rPr>
          <w:b/>
          <w:color w:val="404040"/>
          <w:sz w:val="32"/>
          <w:rFonts w:ascii="Inter" w:hAnsi="Inter" w:eastAsia="Noto Sans CJK JP" w:cs="Noto Sans CJK JP"/>
        </w:rPr>
        <w:t>Link each button to a Google resource</w:t>
      </w:r>
    </w:p>
    <w:p>
      <w:pPr>
        <w:pStyle w:val="Heading3"/>
        <w:keepNext/>
        <w:keepLines/>
        <w:ind w:left="0"/>
        <w:outlineLvl w:val="2"/>
      </w:pPr>
      <w:r>
        <w:rPr>
          <w:b/>
          <w:color w:val="404040"/>
          <w:sz w:val="28"/>
          <w:rFonts w:ascii="Inter" w:hAnsi="Inter" w:eastAsia="Noto Sans CJK JP" w:cs="Noto Sans CJK JP"/>
        </w:rPr>
        <w:t>Step 18: Start a link on the first image</w:t>
      </w:r>
    </w:p>
    <w:p>
      <w:pPr>
        <w:keepNext/>
        <w:keepLines/>
      </w:pPr>
      <w:r>
        <w:rPr>
          <w:color w:val="404040"/>
          <w:sz w:val="24"/>
          <w:rFonts w:ascii="Inter" w:hAnsi="Inter" w:eastAsia="Noto Sans CJK JP" w:cs="Noto Sans CJK JP"/>
        </w:rPr>
        <w:t xml:space="preserve">Click the first image ("DAILY SCHEDULE") to select it. Then click the </w:t>
      </w:r>
      <w:r>
        <w:rPr>
          <w:b/>
          <w:color w:val="404040"/>
          <w:sz w:val="24"/>
          <w:rFonts w:ascii="Inter" w:hAnsi="Inter" w:eastAsia="Noto Sans CJK JP" w:cs="Noto Sans CJK JP"/>
        </w:rPr>
        <w:t>Link</w:t>
      </w:r>
      <w:r>
        <w:rPr>
          <w:color w:val="404040"/>
          <w:sz w:val="24"/>
          <w:rFonts w:ascii="Inter" w:hAnsi="Inter" w:eastAsia="Noto Sans CJK JP" w:cs="Noto Sans CJK JP"/>
        </w:rPr>
        <w:t xml:space="preserve"> button (chain icon) in the editor toolbar.</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DAILY SCHEDULE image selected with the Link button highlighted in the editor toolbar</w:t>
      </w:r>
    </w:p>
    <w:p>
      <w:pPr>
        <w:pStyle w:val="Heading3"/>
        <w:keepNext/>
        <w:keepLines/>
        <w:ind w:left="0"/>
        <w:outlineLvl w:val="2"/>
      </w:pPr>
      <w:r>
        <w:rPr>
          <w:b/>
          <w:color w:val="404040"/>
          <w:sz w:val="28"/>
          <w:rFonts w:ascii="Inter" w:hAnsi="Inter" w:eastAsia="Noto Sans CJK JP" w:cs="Noto Sans CJK JP"/>
        </w:rPr>
        <w:t>Step 19: Find your resource in Google Drive</w:t>
      </w:r>
    </w:p>
    <w:p>
      <w:pPr>
        <w:keepNext/>
        <w:keepLines/>
      </w:pPr>
      <w:r>
        <w:rPr>
          <w:color w:val="404040"/>
          <w:sz w:val="24"/>
          <w:rFonts w:ascii="Inter" w:hAnsi="Inter" w:eastAsia="Noto Sans CJK JP" w:cs="Noto Sans CJK JP"/>
        </w:rPr>
        <w:t xml:space="preserve">Open Google Drive and go to </w:t>
      </w:r>
      <w:r>
        <w:rPr>
          <w:b/>
          <w:color w:val="404040"/>
          <w:sz w:val="24"/>
          <w:rFonts w:ascii="Inter" w:hAnsi="Inter" w:eastAsia="Noto Sans CJK JP" w:cs="Noto Sans CJK JP"/>
        </w:rPr>
        <w:t>My Drive</w:t>
      </w:r>
      <w:r>
        <w:rPr>
          <w:color w:val="404040"/>
          <w:sz w:val="24"/>
          <w:rFonts w:ascii="Inter" w:hAnsi="Inter" w:eastAsia="Noto Sans CJK JP" w:cs="Noto Sans CJK JP"/>
        </w:rPr>
        <w:t xml:space="preserve">, then the </w:t>
      </w:r>
      <w:r>
        <w:rPr>
          <w:b/>
          <w:color w:val="404040"/>
          <w:sz w:val="24"/>
          <w:rFonts w:ascii="Inter" w:hAnsi="Inter" w:eastAsia="Noto Sans CJK JP" w:cs="Noto Sans CJK JP"/>
        </w:rPr>
        <w:t>Schoology</w:t>
      </w:r>
      <w:r>
        <w:rPr>
          <w:color w:val="404040"/>
          <w:sz w:val="24"/>
          <w:rFonts w:ascii="Inter" w:hAnsi="Inter" w:eastAsia="Noto Sans CJK JP" w:cs="Noto Sans CJK JP"/>
        </w:rPr>
        <w:t xml:space="preserve"> folder. Open the </w:t>
      </w:r>
      <w:r>
        <w:rPr>
          <w:b/>
          <w:color w:val="404040"/>
          <w:sz w:val="24"/>
          <w:rFonts w:ascii="Inter" w:hAnsi="Inter" w:eastAsia="Noto Sans CJK JP" w:cs="Noto Sans CJK JP"/>
        </w:rPr>
        <w:t>Linked to Schoology</w:t>
      </w:r>
      <w:r>
        <w:rPr>
          <w:color w:val="404040"/>
          <w:sz w:val="24"/>
          <w:rFonts w:ascii="Inter" w:hAnsi="Inter" w:eastAsia="Noto Sans CJK JP" w:cs="Noto Sans CJK JP"/>
        </w:rPr>
        <w:t xml:space="preserve"> subfolder to see your documents, such as "Assignment Agenda Slides", "Contact Info", "Linked to Schoology Agenda Slides", and "Weekly Newsletter".</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Google Drive open beside Schoology, showing the Schoology folder and its Linked to Schoology subfolder</w:t>
      </w:r>
    </w:p>
    <w:p>
      <w:pPr>
        <w:pStyle w:val="Heading3"/>
        <w:keepNext/>
        <w:keepLines/>
        <w:ind w:left="0"/>
        <w:outlineLvl w:val="2"/>
      </w:pPr>
      <w:r>
        <w:rPr>
          <w:b/>
          <w:color w:val="404040"/>
          <w:sz w:val="28"/>
          <w:rFonts w:ascii="Inter" w:hAnsi="Inter" w:eastAsia="Noto Sans CJK JP" w:cs="Noto Sans CJK JP"/>
        </w:rPr>
        <w:t>Step 20: Get the shareable link</w:t>
      </w:r>
    </w:p>
    <w:p>
      <w:pPr>
        <w:pStyle w:val="ListNumber2"/>
        <w:numPr>
          <w:ilvl w:val="0"/>
          <w:numId w:val="16"/>
        </w:numPr>
        <w:spacing w:before="120"/>
      </w:pPr>
      <w:r>
        <w:rPr>
          <w:color w:val="404040"/>
          <w:sz w:val="24"/>
          <w:rFonts w:ascii="Inter" w:hAnsi="Inter" w:eastAsia="Noto Sans CJK JP" w:cs="Noto Sans CJK JP"/>
        </w:rPr>
        <w:t>Right-click the document you want to link, such as "Assignment Agenda Slides".</w:t>
      </w:r>
    </w:p>
    <w:p>
      <w:pPr>
        <w:pStyle w:val="ListNumber2"/>
        <w:numPr>
          <w:ilvl w:val="0"/>
          <w:numId w:val="16"/>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Get shareable link</w:t>
      </w:r>
      <w:r>
        <w:rPr>
          <w:color w:val="404040"/>
          <w:sz w:val="24"/>
          <w:rFonts w:ascii="Inter" w:hAnsi="Inter" w:eastAsia="Noto Sans CJK JP" w:cs="Noto Sans CJK JP"/>
        </w:rPr>
        <w:t>.</w:t>
      </w:r>
    </w:p>
    <w:p>
      <w:pPr>
        <w:pStyle w:val="ListNumber2"/>
        <w:numPr>
          <w:ilvl w:val="0"/>
          <w:numId w:val="16"/>
        </w:numPr>
      </w:pPr>
      <w:r>
        <w:rPr>
          <w:color w:val="404040"/>
          <w:sz w:val="24"/>
          <w:rFonts w:ascii="Inter" w:hAnsi="Inter" w:eastAsia="Noto Sans CJK JP" w:cs="Noto Sans CJK JP"/>
        </w:rPr>
        <w:t xml:space="preserve">Make sure the sharing setting is </w:t>
      </w:r>
      <w:r>
        <w:rPr>
          <w:b/>
          <w:color w:val="404040"/>
          <w:sz w:val="24"/>
          <w:rFonts w:ascii="Inter" w:hAnsi="Inter" w:eastAsia="Noto Sans CJK JP" w:cs="Noto Sans CJK JP"/>
        </w:rPr>
        <w:t>Anyone with the link can view</w:t>
      </w:r>
      <w:r>
        <w:rPr>
          <w:color w:val="404040"/>
          <w:sz w:val="24"/>
          <w:rFonts w:ascii="Inter" w:hAnsi="Inter" w:eastAsia="Noto Sans CJK JP" w:cs="Noto Sans CJK JP"/>
        </w:rPr>
        <w:t>.</w:t>
      </w:r>
    </w:p>
    <w:p>
      <w:pPr>
        <w:pStyle w:val="ListNumber2"/>
        <w:keepNext/>
        <w:keepLines/>
        <w:numPr>
          <w:ilvl w:val="0"/>
          <w:numId w:val="16"/>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Copy link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Google Drive sharing dialog showing a highlighted link and the setting "Anyone with the link can view"</w:t>
      </w:r>
    </w:p>
    <w:p>
      <w:pPr>
        <w:pStyle w:val="Heading3"/>
        <w:keepNext/>
        <w:keepLines/>
        <w:ind w:left="0"/>
        <w:outlineLvl w:val="2"/>
      </w:pPr>
      <w:r>
        <w:rPr>
          <w:b/>
          <w:color w:val="404040"/>
          <w:sz w:val="28"/>
          <w:rFonts w:ascii="Inter" w:hAnsi="Inter" w:eastAsia="Noto Sans CJK JP" w:cs="Noto Sans CJK JP"/>
        </w:rPr>
        <w:t>Step 21: Confirm the link was copied</w:t>
      </w:r>
    </w:p>
    <w:p>
      <w:pPr>
        <w:keepNext/>
        <w:keepLines/>
      </w:pPr>
      <w:r>
        <w:rPr>
          <w:color w:val="404040"/>
          <w:sz w:val="24"/>
          <w:rFonts w:ascii="Inter" w:hAnsi="Inter" w:eastAsia="Noto Sans CJK JP" w:cs="Noto Sans CJK JP"/>
        </w:rPr>
        <w:t>A notification such as "Link copied" appears when the copy succeeds.</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Google Drive sharing dialog showing the "Link copied" confirmation</w:t>
      </w:r>
    </w:p>
    <w:p>
      <w:pPr>
        <w:pStyle w:val="Heading3"/>
        <w:keepNext/>
        <w:keepLines/>
        <w:ind w:left="0"/>
        <w:outlineLvl w:val="2"/>
      </w:pPr>
      <w:r>
        <w:rPr>
          <w:b/>
          <w:color w:val="404040"/>
          <w:sz w:val="28"/>
          <w:rFonts w:ascii="Inter" w:hAnsi="Inter" w:eastAsia="Noto Sans CJK JP" w:cs="Noto Sans CJK JP"/>
        </w:rPr>
        <w:t>Step 22: Paste the link in Schoology</w:t>
      </w:r>
    </w:p>
    <w:p>
      <w:pPr/>
      <w:r>
        <w:rPr>
          <w:color w:val="404040"/>
          <w:sz w:val="24"/>
          <w:rFonts w:ascii="Inter" w:hAnsi="Inter" w:eastAsia="Noto Sans CJK JP" w:cs="Noto Sans CJK JP"/>
        </w:rPr>
        <w:t xml:space="preserve">Return to Schoology and paste the copied link into the hyperlink dialog for the selected image. Repeat the linking steps (select the image, click </w:t>
      </w:r>
      <w:r>
        <w:rPr>
          <w:b/>
          <w:color w:val="404040"/>
          <w:sz w:val="24"/>
          <w:rFonts w:ascii="Inter" w:hAnsi="Inter" w:eastAsia="Noto Sans CJK JP" w:cs="Noto Sans CJK JP"/>
        </w:rPr>
        <w:t>Link</w:t>
      </w:r>
      <w:r>
        <w:rPr>
          <w:color w:val="404040"/>
          <w:sz w:val="24"/>
          <w:rFonts w:ascii="Inter" w:hAnsi="Inter" w:eastAsia="Noto Sans CJK JP" w:cs="Noto Sans CJK JP"/>
        </w:rPr>
        <w:t>, copy the Google Drive link, and paste it) for each header image so that each one points to its own Google resource.</w:t>
      </w:r>
    </w:p>
    <w:p>
      <w:pPr>
        <w:pStyle w:val="Heading2"/>
        <w:keepNext/>
        <w:keepLines/>
        <w:ind w:left="0"/>
        <w:outlineLvl w:val="1"/>
      </w:pPr>
      <w:r>
        <w:rPr>
          <w:b/>
          <w:color w:val="404040"/>
          <w:sz w:val="32"/>
          <w:rFonts w:ascii="Inter" w:hAnsi="Inter" w:eastAsia="Noto Sans CJK JP" w:cs="Noto Sans CJK JP"/>
        </w:rPr>
        <w:t>Post the buttons as an announcement</w:t>
      </w:r>
    </w:p>
    <w:p>
      <w:pPr>
        <w:pStyle w:val="Heading3"/>
        <w:keepNext/>
        <w:keepLines/>
        <w:ind w:left="0"/>
        <w:outlineLvl w:val="2"/>
      </w:pPr>
      <w:r>
        <w:rPr>
          <w:b/>
          <w:color w:val="404040"/>
          <w:sz w:val="28"/>
          <w:rFonts w:ascii="Inter" w:hAnsi="Inter" w:eastAsia="Noto Sans CJK JP" w:cs="Noto Sans CJK JP"/>
        </w:rPr>
        <w:t>Step 23: Select all the header images</w:t>
      </w:r>
    </w:p>
    <w:p>
      <w:pPr>
        <w:keepNext/>
        <w:keepLines/>
      </w:pPr>
      <w:r>
        <w:rPr>
          <w:color w:val="404040"/>
          <w:sz w:val="24"/>
          <w:rFonts w:ascii="Inter" w:hAnsi="Inter" w:eastAsia="Noto Sans CJK JP" w:cs="Noto Sans CJK JP"/>
        </w:rPr>
        <w:t>After you link every image, select all the content in the editor so you can copy it for use elsewhere.</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Page editor showing all four header images in a row, ready to copy</w:t>
      </w:r>
    </w:p>
    <w:p>
      <w:pPr>
        <w:pStyle w:val="Heading3"/>
        <w:keepNext/>
        <w:keepLines/>
        <w:ind w:left="0"/>
        <w:outlineLvl w:val="2"/>
      </w:pPr>
      <w:r>
        <w:rPr>
          <w:b/>
          <w:color w:val="404040"/>
          <w:sz w:val="28"/>
          <w:rFonts w:ascii="Inter" w:hAnsi="Inter" w:eastAsia="Noto Sans CJK JP" w:cs="Noto Sans CJK JP"/>
        </w:rPr>
        <w:t>Step 24: Copy the header images</w:t>
      </w:r>
    </w:p>
    <w:p>
      <w:pPr>
        <w:keepNext/>
        <w:keepLines/>
      </w:pPr>
      <w:r>
        <w:rPr>
          <w:color w:val="404040"/>
          <w:sz w:val="24"/>
          <w:rFonts w:ascii="Inter" w:hAnsi="Inter" w:eastAsia="Noto Sans CJK JP" w:cs="Noto Sans CJK JP"/>
        </w:rPr>
        <w:t xml:space="preserve">Use the menu bar to select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Copy</w:t>
      </w:r>
      <w:r>
        <w:rPr>
          <w:color w:val="404040"/>
          <w:sz w:val="24"/>
          <w:rFonts w:ascii="Inter" w:hAnsi="Inter" w:eastAsia="Noto Sans CJK JP" w:cs="Noto Sans CJK JP"/>
        </w:rPr>
        <w:t>, or use a keyboard shortcut such as Command+C on a Mac. Make sure all four images ("DAILY SCHEDULE", "CONTACT INFO", "ZOOM MEETING", and "WEEKLY NEWSLETTER") are selected before you copy.</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Page editor with four header images and the Edit menu open</w:t>
      </w:r>
    </w:p>
    <w:p>
      <w:pPr>
        <w:pStyle w:val="Heading3"/>
        <w:keepNext/>
        <w:keepLines/>
        <w:ind w:left="0"/>
        <w:outlineLvl w:val="2"/>
      </w:pPr>
      <w:r>
        <w:rPr>
          <w:b/>
          <w:color w:val="404040"/>
          <w:sz w:val="28"/>
          <w:rFonts w:ascii="Inter" w:hAnsi="Inter" w:eastAsia="Noto Sans CJK JP" w:cs="Noto Sans CJK JP"/>
        </w:rPr>
        <w:t>Step 25: Save the page</w:t>
      </w:r>
    </w:p>
    <w:p>
      <w:pPr>
        <w:keepNext/>
        <w:keepLines/>
      </w:pPr>
      <w:r>
        <w:rPr>
          <w:color w:val="404040"/>
          <w:sz w:val="24"/>
          <w:rFonts w:ascii="Inter" w:hAnsi="Inter" w:eastAsia="Noto Sans CJK JP" w:cs="Noto Sans CJK JP"/>
        </w:rPr>
        <w:t xml:space="preserve">Confirm the page title is "Header Images - Do not publish". Then click the blue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button at the bottom of the dialog.</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Create Page dialog with four header images visible and the cursor over the blue Create button</w:t>
      </w:r>
    </w:p>
    <w:p>
      <w:pPr>
        <w:pStyle w:val="Heading3"/>
        <w:keepNext/>
        <w:keepLines/>
        <w:ind w:left="0"/>
        <w:outlineLvl w:val="2"/>
      </w:pPr>
      <w:r>
        <w:rPr>
          <w:b/>
          <w:color w:val="404040"/>
          <w:sz w:val="28"/>
          <w:rFonts w:ascii="Inter" w:hAnsi="Inter" w:eastAsia="Noto Sans CJK JP" w:cs="Noto Sans CJK JP"/>
        </w:rPr>
        <w:t>Step 26: Go to Updates</w:t>
      </w:r>
    </w:p>
    <w:p>
      <w:pPr>
        <w:keepNext/>
        <w:keepLines/>
      </w:pPr>
      <w:r>
        <w:rPr>
          <w:color w:val="404040"/>
          <w:sz w:val="24"/>
          <w:rFonts w:ascii="Inter" w:hAnsi="Inter" w:eastAsia="Noto Sans CJK JP" w:cs="Noto Sans CJK JP"/>
        </w:rPr>
        <w:t xml:space="preserve">In the left sidebar, click </w:t>
      </w:r>
      <w:r>
        <w:rPr>
          <w:b/>
          <w:color w:val="404040"/>
          <w:sz w:val="24"/>
          <w:rFonts w:ascii="Inter" w:hAnsi="Inter" w:eastAsia="Noto Sans CJK JP" w:cs="Noto Sans CJK JP"/>
        </w:rPr>
        <w:t>Updates</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Materials</w:t>
      </w:r>
      <w:r>
        <w:rPr>
          <w:color w:val="404040"/>
          <w:sz w:val="24"/>
          <w:rFonts w:ascii="Inter" w:hAnsi="Inter" w:eastAsia="Noto Sans CJK JP" w:cs="Noto Sans CJK JP"/>
        </w:rPr>
        <w:t xml:space="preserve"> section. The main area shows the updates feed for your course. The "Header Images - Do not publish" page appears in your materials as unpublished.</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Course page with the Materials section active and the unpublished "Header Images - Do not publish" page listed</w:t>
      </w:r>
    </w:p>
    <w:p>
      <w:pPr>
        <w:pStyle w:val="Heading3"/>
        <w:keepNext/>
        <w:keepLines/>
        <w:ind w:left="0"/>
        <w:outlineLvl w:val="2"/>
      </w:pPr>
      <w:r>
        <w:rPr>
          <w:b/>
          <w:color w:val="404040"/>
          <w:sz w:val="28"/>
          <w:rFonts w:ascii="Inter" w:hAnsi="Inter" w:eastAsia="Noto Sans CJK JP" w:cs="Noto Sans CJK JP"/>
        </w:rPr>
        <w:t>Step 27: Paste the images into an announcement</w:t>
      </w:r>
    </w:p>
    <w:p>
      <w:pPr>
        <w:pStyle w:val="ListNumber2"/>
        <w:numPr>
          <w:ilvl w:val="0"/>
          <w:numId w:val="17"/>
        </w:numPr>
        <w:spacing w:before="120"/>
      </w:pPr>
      <w:r>
        <w:rPr>
          <w:color w:val="404040"/>
          <w:sz w:val="24"/>
          <w:rFonts w:ascii="Inter" w:hAnsi="Inter" w:eastAsia="Noto Sans CJK JP" w:cs="Noto Sans CJK JP"/>
        </w:rPr>
        <w:t xml:space="preserve">Click into the announcement text box at the top of the </w:t>
      </w:r>
      <w:r>
        <w:rPr>
          <w:b/>
          <w:color w:val="404040"/>
          <w:sz w:val="24"/>
          <w:rFonts w:ascii="Inter" w:hAnsi="Inter" w:eastAsia="Noto Sans CJK JP" w:cs="Noto Sans CJK JP"/>
        </w:rPr>
        <w:t>Updates</w:t>
      </w:r>
      <w:r>
        <w:rPr>
          <w:color w:val="404040"/>
          <w:sz w:val="24"/>
          <w:rFonts w:ascii="Inter" w:hAnsi="Inter" w:eastAsia="Noto Sans CJK JP" w:cs="Noto Sans CJK JP"/>
        </w:rPr>
        <w:t xml:space="preserve"> page.</w:t>
      </w:r>
    </w:p>
    <w:p>
      <w:pPr>
        <w:pStyle w:val="ListNumber2"/>
        <w:numPr>
          <w:ilvl w:val="0"/>
          <w:numId w:val="17"/>
        </w:numPr>
      </w:pPr>
      <w:r>
        <w:rPr>
          <w:color w:val="404040"/>
          <w:sz w:val="24"/>
          <w:rFonts w:ascii="Inter" w:hAnsi="Inter" w:eastAsia="Noto Sans CJK JP" w:cs="Noto Sans CJK JP"/>
        </w:rPr>
        <w:t>Paste the header images with Command+V or Ctrl+V. The images appear in the announcement editor.</w:t>
      </w:r>
    </w:p>
    <w:p>
      <w:pPr>
        <w:pStyle w:val="ListNumber2"/>
        <w:keepNext/>
        <w:keepLines/>
        <w:numPr>
          <w:ilvl w:val="0"/>
          <w:numId w:val="17"/>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Post</w:t>
      </w:r>
      <w:r>
        <w:rPr>
          <w:color w:val="404040"/>
          <w:sz w:val="24"/>
          <w:rFonts w:ascii="Inter" w:hAnsi="Inter" w:eastAsia="Noto Sans CJK JP" w:cs="Noto Sans CJK JP"/>
        </w:rPr>
        <w:t xml:space="preserve"> to publish the announcement.</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Updates page with four header images pasted into the announcement editor and the cursor over Post</w:t>
      </w:r>
    </w:p>
    <w:p>
      <w:pPr>
        <w:pStyle w:val="Heading3"/>
        <w:keepNext/>
        <w:keepLines/>
        <w:ind w:left="0"/>
        <w:outlineLvl w:val="2"/>
      </w:pPr>
      <w:r>
        <w:rPr>
          <w:b/>
          <w:color w:val="404040"/>
          <w:sz w:val="28"/>
          <w:rFonts w:ascii="Inter" w:hAnsi="Inter" w:eastAsia="Noto Sans CJK JP" w:cs="Noto Sans CJK JP"/>
        </w:rPr>
        <w:t>Step 28: Test the button links</w:t>
      </w:r>
    </w:p>
    <w:p>
      <w:pPr>
        <w:keepNext/>
        <w:keepLines/>
      </w:pPr>
      <w:r>
        <w:rPr>
          <w:color w:val="404040"/>
          <w:sz w:val="24"/>
          <w:rFonts w:ascii="Inter" w:hAnsi="Inter" w:eastAsia="Noto Sans CJK JP" w:cs="Noto Sans CJK JP"/>
        </w:rPr>
        <w:t>In the posted announcement, click one of the header images, such as "WEEKLY NEWSLETTER". Confirm that it opens the matching Google resource, such as a Google Slides presentation.</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Google Slides presentation titled "September News" with sections for a teacher note, events, reminders, and learning focus</w:t>
      </w:r>
    </w:p>
    <w:p>
      <w:pPr>
        <w:pStyle w:val="Heading3"/>
        <w:keepNext/>
        <w:keepLines/>
        <w:ind w:left="0"/>
        <w:outlineLvl w:val="2"/>
      </w:pPr>
      <w:r>
        <w:rPr>
          <w:b/>
          <w:color w:val="404040"/>
          <w:sz w:val="28"/>
          <w:rFonts w:ascii="Inter" w:hAnsi="Inter" w:eastAsia="Noto Sans CJK JP" w:cs="Noto Sans CJK JP"/>
        </w:rPr>
        <w:t>Step 29: Review the course homepage</w:t>
      </w:r>
    </w:p>
    <w:p>
      <w:pPr>
        <w:keepNext/>
        <w:keepLines/>
      </w:pPr>
      <w:r>
        <w:rPr>
          <w:color w:val="404040"/>
          <w:sz w:val="24"/>
          <w:rFonts w:ascii="Inter" w:hAnsi="Inter" w:eastAsia="Noto Sans CJK JP" w:cs="Noto Sans CJK JP"/>
        </w:rPr>
        <w:t xml:space="preserve">Check your course homepage. The four header images should appear at the top under </w:t>
      </w:r>
      <w:r>
        <w:rPr>
          <w:b/>
          <w:color w:val="404040"/>
          <w:sz w:val="24"/>
          <w:rFonts w:ascii="Inter" w:hAnsi="Inter" w:eastAsia="Noto Sans CJK JP" w:cs="Noto Sans CJK JP"/>
        </w:rPr>
        <w:t>Announcement</w:t>
      </w:r>
      <w:r>
        <w:rPr>
          <w:color w:val="404040"/>
          <w:sz w:val="24"/>
          <w:rFonts w:ascii="Inter" w:hAnsi="Inter" w:eastAsia="Noto Sans CJK JP" w:cs="Noto Sans CJK JP"/>
        </w:rPr>
        <w:t>. The "Header Images - Do not publish" page stays unpublished and available for future editing or copying.</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Course homepage with the four header images shown as an announcement and the unpublished page listed below</w:t>
      </w:r>
    </w:p>
    <w:p>
      <w:pPr>
        <w:pStyle w:val="Heading3"/>
        <w:keepNext/>
        <w:keepLines/>
        <w:ind w:left="0"/>
        <w:outlineLvl w:val="2"/>
      </w:pPr>
      <w:r>
        <w:rPr>
          <w:b/>
          <w:color w:val="404040"/>
          <w:sz w:val="28"/>
          <w:rFonts w:ascii="Inter" w:hAnsi="Inter" w:eastAsia="Noto Sans CJK JP" w:cs="Noto Sans CJK JP"/>
        </w:rPr>
        <w:t>Step 30: Reuse the unpublished page</w:t>
      </w:r>
    </w:p>
    <w:p>
      <w:pPr>
        <w:keepNext/>
        <w:keepLines/>
      </w:pPr>
      <w:r>
        <w:rPr>
          <w:color w:val="404040"/>
          <w:sz w:val="24"/>
          <w:rFonts w:ascii="Inter" w:hAnsi="Inter" w:eastAsia="Noto Sans CJK JP" w:cs="Noto Sans CJK JP"/>
        </w:rPr>
        <w:t>Treat the unpublished page as a template. Add, edit, or rearrange header images on it as needed. Then copy and paste the updated images into new announcements throughout the year.</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Unpublished "Header Images - Do not publish" page showing the four header images in a row</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now know how to make buttons in Schoology. You designed uniform circular buttons in PowerPoint, exported them as images, and placed them on an unpublished Schoology page. You linked each one to a Google resource and posted them as an announcement. Because the storage page stays unpublished, you can update it and repost the buttons whenever your course needs fresh communication.</w:t>
      </w:r>
    </w:p>
    <w:p>
      <w:pPr>
        <w:pStyle w:val="Heading2"/>
        <w:keepNext/>
        <w:keepLines/>
        <w:ind w:left="0"/>
        <w:outlineLvl w:val="1"/>
      </w:pPr>
      <w:r>
        <w:rPr>
          <w:b/>
          <w:color w:val="404040"/>
          <w:sz w:val="32"/>
          <w:rFonts w:ascii="Inter" w:hAnsi="Inter" w:eastAsia="Noto Sans CJK JP" w:cs="Noto Sans CJK JP"/>
        </w:rPr>
        <w:t>What's next</w:t>
      </w:r>
    </w:p>
    <w:p>
      <w:pPr>
        <w:pStyle w:val="ListBullet2"/>
      </w:pPr>
      <w:r>
        <w:rPr>
          <w:color w:val="404040"/>
          <w:sz w:val="24"/>
          <w:rFonts w:ascii="Inter" w:hAnsi="Inter" w:eastAsia="Noto Sans CJK JP" w:cs="Noto Sans CJK JP"/>
        </w:rPr>
        <w:t>Add more buttons for other resources, using the same slide size and process.</w:t>
      </w:r>
    </w:p>
    <w:p>
      <w:pPr>
        <w:pStyle w:val="ListBullet2"/>
      </w:pPr>
      <w:r>
        <w:rPr>
          <w:color w:val="404040"/>
          <w:sz w:val="24"/>
          <w:rFonts w:ascii="Inter" w:hAnsi="Inter" w:eastAsia="Noto Sans CJK JP" w:cs="Noto Sans CJK JP"/>
        </w:rPr>
        <w:t>Edit the unpublished page and paste updated images into new announcements as the school year progresses.</w:t>
      </w:r>
    </w:p>
    <w:p>
      <w:pPr/>
      <w:r>
        <w:br w:type="page"/>
      </w:r>
    </w:p>
    <w:sectPr w:rsidR="00FC693F" w:rsidRPr="0006063C" w:rsidSect="00034616">
      <w:headerReference w:type="default" r:id="rId25"/>
      <w:footerReference w:type="default" r:id="rId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abstractNum w:abstractNumId="10">
    <w:multiLevelType w:val="singleLevel"/>
    <w:tmpl w:val="38441652"/>
    <w:lvl w:ilvl="0">
      <w:start w:val="1"/>
      <w:numFmt w:val="decimal"/>
      <w:lvlText w:val="%1."/>
      <w:lvlJc w:val="left"/>
      <w:pPr>
        <w:tabs>
          <w:tab w:val="num" w:pos="720"/>
        </w:tabs>
        <w:ind w:left="720" w:hanging="360"/>
      </w:pPr>
    </w:lvl>
  </w:abstractNum>
  <w:abstractNum w:abstractNumId="11">
    <w:multiLevelType w:val="singleLevel"/>
    <w:tmpl w:val="38441652"/>
    <w:lvl w:ilvl="0">
      <w:start w:val="1"/>
      <w:numFmt w:val="decimal"/>
      <w:lvlText w:val="%1."/>
      <w:lvlJc w:val="left"/>
      <w:pPr>
        <w:tabs>
          <w:tab w:val="num" w:pos="720"/>
        </w:tabs>
        <w:ind w:left="720" w:hanging="360"/>
      </w:pPr>
    </w:lvl>
  </w:abstractNum>
  <w:abstractNum w:abstractNumId="12">
    <w:multiLevelType w:val="singleLevel"/>
    <w:tmpl w:val="38441652"/>
    <w:lvl w:ilvl="0">
      <w:start w:val="1"/>
      <w:numFmt w:val="decimal"/>
      <w:lvlText w:val="%1."/>
      <w:lvlJc w:val="left"/>
      <w:pPr>
        <w:tabs>
          <w:tab w:val="num" w:pos="720"/>
        </w:tabs>
        <w:ind w:left="720" w:hanging="360"/>
      </w:pPr>
    </w:lvl>
  </w:abstractNum>
  <w:abstractNum w:abstractNumId="13">
    <w:multiLevelType w:val="singleLevel"/>
    <w:tmpl w:val="38441652"/>
    <w:lvl w:ilvl="0">
      <w:start w:val="1"/>
      <w:numFmt w:val="decimal"/>
      <w:lvlText w:val="%1."/>
      <w:lvlJc w:val="left"/>
      <w:pPr>
        <w:tabs>
          <w:tab w:val="num" w:pos="720"/>
        </w:tabs>
        <w:ind w:left="720" w:hanging="360"/>
      </w:pPr>
    </w:lvl>
  </w:abstractNum>
  <w:abstractNum w:abstractNumId="14">
    <w:multiLevelType w:val="singleLevel"/>
    <w:tmpl w:val="38441652"/>
    <w:lvl w:ilvl="0">
      <w:start w:val="1"/>
      <w:numFmt w:val="decimal"/>
      <w:lvlText w:val="%1."/>
      <w:lvlJc w:val="left"/>
      <w:pPr>
        <w:tabs>
          <w:tab w:val="num" w:pos="720"/>
        </w:tabs>
        <w:ind w:left="720" w:hanging="360"/>
      </w:pPr>
    </w:lvl>
  </w:abstractNum>
  <w:abstractNum w:abstractNumId="15">
    <w:multiLevelType w:val="singleLevel"/>
    <w:tmpl w:val="38441652"/>
    <w:lvl w:ilvl="0">
      <w:start w:val="1"/>
      <w:numFmt w:val="decimal"/>
      <w:lvlText w:val="%1."/>
      <w:lvlJc w:val="left"/>
      <w:pPr>
        <w:tabs>
          <w:tab w:val="num" w:pos="720"/>
        </w:tabs>
        <w:ind w:left="720" w:hanging="360"/>
      </w:pPr>
    </w:lvl>
  </w:abstractNum>
  <w:abstractNum w:abstractNumId="16">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 w:numId="13">
    <w:abstractNumId w:val="12"/>
    <w:lvlOverride w:ilvl="0">
      <w:startOverride w:val="1"/>
    </w:lvlOverride>
  </w:num>
  <w:num w:numId="14">
    <w:abstractNumId w:val="13"/>
    <w:lvlOverride w:ilvl="0">
      <w:startOverride w:val="1"/>
    </w:lvlOverride>
  </w:num>
  <w:num w:numId="15">
    <w:abstractNumId w:val="14"/>
    <w:lvlOverride w:ilvl="0">
      <w:startOverride w:val="1"/>
    </w:lvlOverride>
  </w:num>
  <w:num w:numId="16">
    <w:abstractNumId w:val="15"/>
    <w:lvlOverride w:ilvl="0">
      <w:startOverride w:val="1"/>
    </w:lvlOverride>
  </w:num>
  <w:num w:numId="17">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header" Target="header1.xm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