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test in Schoology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you want to know how to create a test in Schoology, this guide walks you through the full process. You start in your resources folder, name a new test/quiz, and add a text passage and a short-answer or essay question. You then configure the question settings, reorder content, and preview the assessment as students will see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Prepare your test or quiz content in advance, including all the information and questions you want to include. Keep it in a document, such as Google Docs, so you can copy and paste it easily.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Have access to the </w:t>
      </w:r>
      <w:r>
        <w:rPr>
          <w:b/>
          <w:color w:val="404040"/>
          <w:sz w:val="24"/>
          <w:rFonts w:ascii="Inter" w:hAnsi="Inter" w:eastAsia="Noto Sans CJK JP" w:cs="Noto Sans CJK JP"/>
        </w:rPr>
        <w:t>Resources</w:t>
      </w:r>
      <w:r>
        <w:rPr>
          <w:color w:val="404040"/>
          <w:sz w:val="24"/>
          <w:rFonts w:ascii="Inter" w:hAnsi="Inter" w:eastAsia="Noto Sans CJK JP" w:cs="Noto Sans CJK JP"/>
        </w:rPr>
        <w:t xml:space="preserve"> tab in Schoology.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Create the test/quiz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your content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Gather your passages and questions in a document before you open Schoology. This makes copying them into the editor quick and straightforward.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your resources folder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Resources</w:t>
      </w:r>
      <w:r>
        <w:rPr>
          <w:color w:val="404040"/>
          <w:sz w:val="24"/>
          <w:rFonts w:ascii="Inter" w:hAnsi="Inter" w:eastAsia="Noto Sans CJK JP" w:cs="Noto Sans CJK JP"/>
        </w:rPr>
        <w:t xml:space="preserve"> tab to access your saved materials. You can store tests and quizzes in the resources folder for future use and easy retrieval.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3: Start creating a test in Schoology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resources folder, click </w:t>
      </w:r>
      <w:r>
        <w:rPr>
          <w:b/>
          <w:color w:val="404040"/>
          <w:sz w:val="24"/>
          <w:rFonts w:ascii="Inter" w:hAnsi="Inter" w:eastAsia="Noto Sans CJK JP" w:cs="Noto Sans CJK JP"/>
        </w:rPr>
        <w:t>Add Resources</w:t>
      </w:r>
      <w:r>
        <w:rPr>
          <w:color w:val="404040"/>
          <w:sz w:val="24"/>
          <w:rFonts w:ascii="Inter" w:hAnsi="Inter" w:eastAsia="Noto Sans CJK JP" w:cs="Noto Sans CJK JP"/>
        </w:rPr>
        <w:t xml:space="preserve">. From the dropdown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Add Test/Quiz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under Add Resources with Add Test/Quiz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4: Name your test or quiz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a name in the </w:t>
      </w: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This example uses "Indian Imperialism," but you can use your own title. 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to create the test/quiz template.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Add Template dialog with "Indian Imperialism" entered in the Name field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Add a text passage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5: Open the editor and add a text block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Open the newly created test/quiz. The editor screen appears. Click </w:t>
      </w:r>
      <w:r>
        <w:rPr>
          <w:b/>
          <w:color w:val="404040"/>
          <w:sz w:val="24"/>
          <w:rFonts w:ascii="Inter" w:hAnsi="Inter" w:eastAsia="Noto Sans CJK JP" w:cs="Noto Sans CJK JP"/>
        </w:rPr>
        <w:t>+ Add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to begin adding content.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Test/quiz editor screen with the + Add Question button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To add a passage at the top of your test/quiz, click </w:t>
      </w:r>
      <w:r>
        <w:rPr>
          <w:b/>
          <w:color w:val="404040"/>
          <w:sz w:val="24"/>
          <w:rFonts w:ascii="Inter" w:hAnsi="Inter" w:eastAsia="Noto Sans CJK JP" w:cs="Noto Sans CJK JP"/>
        </w:rPr>
        <w:t>+ Add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Text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dropdown menu.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6: Copy your prepared passage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Switch to the document that contains your passage, for example in Google Docs. Highlight the text, right-click,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Copy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Docs with the passage highlighted and the right-click menu showing Copy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7: Paste the passage into the text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Return to the Schoology test/quiz editor and paste the copied passage into the text box. You can edit or format the text with the toolbar, which includes bullets, numbering, and indentation.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8: Create the text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 Text</w:t>
      </w:r>
      <w:r>
        <w:rPr>
          <w:color w:val="404040"/>
          <w:sz w:val="24"/>
          <w:rFonts w:ascii="Inter" w:hAnsi="Inter" w:eastAsia="Noto Sans CJK JP" w:cs="Noto Sans CJK JP"/>
        </w:rPr>
        <w:t xml:space="preserve"> to add the passage to your test/quiz.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Text dialog with the passage pasted and the Create Text button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9: Confirm the passage appears at the 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Review the editor to make sure your passage appears at the top of the test/quiz and displays correctly.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Test/quiz editor showing the pasted passage at the top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At this point, you have a new test/quiz with a text passage, ready for questions. You can add any of these question types as needed: true/false, multiple choice, ordering, short answer, essay, fill in the blank, or matching.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Add a question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10: Choose a question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+ Add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editor. The available question types are: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True/False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Multiple Choice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Ordering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Short-Answer/Essay Question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Fill in the Blank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Matching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From Question Banks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Page Break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Short-Answer/Essay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for open-ended responses, or choose another type that suits your assessment. </w:t>
      </w:r>
      <w:r>
        <w:rPr>
          <w:b/>
          <w:color w:val="404040"/>
          <w:sz w:val="24"/>
          <w:rFonts w:ascii="Inter" w:hAnsi="Inter" w:eastAsia="Noto Sans CJK JP" w:cs="Noto Sans CJK JP"/>
        </w:rPr>
        <w:t>Ordering</w:t>
      </w:r>
      <w:r>
        <w:rPr>
          <w:color w:val="404040"/>
          <w:sz w:val="24"/>
          <w:rFonts w:ascii="Inter" w:hAnsi="Inter" w:eastAsia="Noto Sans CJK JP" w:cs="Noto Sans CJK JP"/>
        </w:rPr>
        <w:t xml:space="preserve"> is especially useful for history timelines and other sequence-based questions.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under + Add Question showing the available question types, with Matching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11: Copy your question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Open the document that contains your prepared questions and highlight the question text. This example uses: "Why did the Sepoys rebel against the British? Were they successful? Why?"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Docs with a question highlighted for copying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Right-click the highlighted question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Copy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context menu.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12: Paste the question into Schoology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Return to the Schoology test/quiz editor. Paste the copied question into the question text field for the question type you selected.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13: Configure the question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Set up how students respond to the question: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Choose whether to set a character limit for student responses.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Check the appropriate boxes to allow rich-text answers, allow video or audio answers, or make the question timed.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Short answer</w:t>
      </w:r>
      <w:r>
        <w:rPr>
          <w:color w:val="404040"/>
          <w:sz w:val="24"/>
          <w:rFonts w:ascii="Inter" w:hAnsi="Inter" w:eastAsia="Noto Sans CJK JP" w:cs="Noto Sans CJK JP"/>
        </w:rPr>
        <w:t xml:space="preserve"> for brief responses or </w:t>
      </w:r>
      <w:r>
        <w:rPr>
          <w:b/>
          <w:color w:val="404040"/>
          <w:sz w:val="24"/>
          <w:rFonts w:ascii="Inter" w:hAnsi="Inter" w:eastAsia="Noto Sans CJK JP" w:cs="Noto Sans CJK JP"/>
        </w:rPr>
        <w:t>Essay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for longer, more detailed answers.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the point value in the </w:t>
      </w:r>
      <w:r>
        <w:rPr>
          <w:b/>
          <w:color w:val="404040"/>
          <w:sz w:val="24"/>
          <w:rFonts w:ascii="Inter" w:hAnsi="Inter" w:eastAsia="Noto Sans CJK JP" w:cs="Noto Sans CJK JP"/>
        </w:rPr>
        <w:t>Grading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For example, type "10."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Question editor with 10 entered in the Grading field and other options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14: Attach a rubric or align learning objectives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you use rubrics for grading, select one from the dropdown menu or copy one from your resources. Click </w:t>
      </w:r>
      <w:r>
        <w:rPr>
          <w:b/>
          <w:color w:val="404040"/>
          <w:sz w:val="24"/>
          <w:rFonts w:ascii="Inter" w:hAnsi="Inter" w:eastAsia="Noto Sans CJK JP" w:cs="Noto Sans CJK JP"/>
        </w:rPr>
        <w:t>Align</w:t>
      </w:r>
      <w:r>
        <w:rPr>
          <w:color w:val="404040"/>
          <w:sz w:val="24"/>
          <w:rFonts w:ascii="Inter" w:hAnsi="Inter" w:eastAsia="Noto Sans CJK JP" w:cs="Noto Sans CJK JP"/>
        </w:rPr>
        <w:t xml:space="preserve"> if you want to link learning objectives.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Question editor with the rubric dropdown and the Align button for learning objectives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15: Create the question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 Question</w:t>
      </w:r>
      <w:r>
        <w:rPr>
          <w:color w:val="404040"/>
          <w:sz w:val="24"/>
          <w:rFonts w:ascii="Inter" w:hAnsi="Inter" w:eastAsia="Noto Sans CJK JP" w:cs="Noto Sans CJK JP"/>
        </w:rPr>
        <w:t xml:space="preserve"> to add the question to your test/quiz.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16: Confirm the question was added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Check that your passage appears at the top of the test/quiz, followed by your new question. The editor should display both in order.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Test/quiz editor showing the passage and the new question, with a confirmation message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17: Review and reorder content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Use the options at the top of the editor to reorder questions or text blocks. Click and drag a question or passage up or down to adjust the sequence.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Test/quiz editor with a passage and questions, showing that items can be reordered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can continue adding questions or passages using the same process for each new item.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Preview your test/quiz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18: Open the preview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Preview</w:t>
      </w:r>
      <w:r>
        <w:rPr>
          <w:color w:val="404040"/>
          <w:sz w:val="24"/>
          <w:rFonts w:ascii="Inter" w:hAnsi="Inter" w:eastAsia="Noto Sans CJK JP" w:cs="Noto Sans CJK JP"/>
        </w:rPr>
        <w:t xml:space="preserve"> to review the assessment as students will see it. Double-check that all passages and questions are in the correct order and formatted as intended.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19: Begin the preview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Begin</w:t>
      </w:r>
      <w:r>
        <w:rPr>
          <w:color w:val="404040"/>
          <w:sz w:val="24"/>
          <w:rFonts w:ascii="Inter" w:hAnsi="Inter" w:eastAsia="Noto Sans CJK JP" w:cs="Noto Sans CJK JP"/>
        </w:rPr>
        <w:t xml:space="preserve"> to start preview mode. This lets you experience the assessment as your students will. Review the passage and questions in the student view to confirm that: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Instructions, passages, and questions display clearly.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Formatting is correct.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Everything appears in the intended order.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Test/quiz preview screen showing the passage "Setting the stage (1850s)" and questions as students see them, with navigation controls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20: Complete your 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you are satisfied with the layout and content, exit preview mode. If you need changes, return to the editor and make adjustments before publishing.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now know how to create a test in Schoology. You created a test/quiz in your resources folder, added a text passage and a question, configured the question settings, and reviewed the assessment in preview mode.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Add more passages and questions, using the same process for each new item.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Try other question types, such as Ordering, Matching, or Multiple Choice.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Attach rubrics or align learning objectives to your questions.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Return to the editor to make any changes before you publish.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