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landing page in Schoology using Google Drawings</w:t>
      </w:r>
    </w:p>
    <w:p>
      <w:pPr/>
      <w:r>
        <w:rPr>
          <w:color w:val="404040"/>
          <w:sz w:val="24"/>
          <w:rFonts w:ascii="Inter" w:hAnsi="Inter" w:eastAsia="Noto Sans CJK JP" w:cs="Noto Sans CJK JP"/>
        </w:rPr>
        <w:t>This guide shows you how to create a landing page in Schoology by designing it in Google Drawings, linking each button to your course materials, and embedding it in a Schoology page. You can also post the landing page in Schoology Updates and add a Home button for navigating back. A Google Drawings landing page is larger and more customizable than one built in Google Slides, which gives a smaller display area.</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w:t>
      </w:r>
    </w:p>
    <w:p>
      <w:pPr>
        <w:pStyle w:val="ListBullet2"/>
      </w:pPr>
      <w:r>
        <w:rPr>
          <w:color w:val="404040"/>
          <w:sz w:val="24"/>
          <w:rFonts w:ascii="Inter" w:hAnsi="Inter" w:eastAsia="Noto Sans CJK JP" w:cs="Noto Sans CJK JP"/>
        </w:rPr>
        <w:t>A Schoology course where you want to add or update the landing page.</w:t>
      </w:r>
    </w:p>
    <w:p>
      <w:pPr>
        <w:pStyle w:val="ListBullet2"/>
      </w:pPr>
      <w:r>
        <w:rPr>
          <w:color w:val="404040"/>
          <w:sz w:val="24"/>
          <w:rFonts w:ascii="Inter" w:hAnsi="Inter" w:eastAsia="Noto Sans CJK JP" w:cs="Noto Sans CJK JP"/>
        </w:rPr>
        <w:t>A Google Drawings file (for example, "Turner Landing Drawing") with your layout ready.</w:t>
      </w:r>
    </w:p>
    <w:p>
      <w:pPr>
        <w:pStyle w:val="ListBullet2"/>
      </w:pPr>
      <w:r>
        <w:rPr>
          <w:color w:val="404040"/>
          <w:sz w:val="24"/>
          <w:rFonts w:ascii="Inter" w:hAnsi="Inter" w:eastAsia="Noto Sans CJK JP" w:cs="Noto Sans CJK JP"/>
        </w:rPr>
        <w:t>Labeled buttons for each day or activity.</w:t>
      </w:r>
    </w:p>
    <w:p>
      <w:pPr>
        <w:pStyle w:val="ListBullet2"/>
      </w:pPr>
      <w:r>
        <w:rPr>
          <w:color w:val="404040"/>
          <w:sz w:val="24"/>
          <w:rFonts w:ascii="Inter" w:hAnsi="Inter" w:eastAsia="Noto Sans CJK JP" w:cs="Noto Sans CJK JP"/>
        </w:rPr>
        <w:t>Word Art for your button text, so the text appears as an image that you can hyperlink.</w:t>
      </w:r>
    </w:p>
    <w:p>
      <w:pPr>
        <w:pStyle w:val="Heading2"/>
        <w:keepNext/>
        <w:keepLines/>
        <w:ind w:left="0"/>
        <w:outlineLvl w:val="1"/>
      </w:pPr>
      <w:r>
        <w:rPr>
          <w:b/>
          <w:color w:val="404040"/>
          <w:sz w:val="32"/>
          <w:rFonts w:ascii="Inter" w:hAnsi="Inter" w:eastAsia="Noto Sans CJK JP" w:cs="Noto Sans CJK JP"/>
        </w:rPr>
        <w:t>Create the landing page in Google Drawings</w:t>
      </w:r>
    </w:p>
    <w:p>
      <w:pPr>
        <w:pStyle w:val="Heading3"/>
        <w:keepNext/>
        <w:keepLines/>
        <w:ind w:left="0"/>
        <w:outlineLvl w:val="2"/>
      </w:pPr>
      <w:r>
        <w:rPr>
          <w:b/>
          <w:color w:val="404040"/>
          <w:sz w:val="28"/>
          <w:rFonts w:ascii="Inter" w:hAnsi="Inter" w:eastAsia="Noto Sans CJK JP" w:cs="Noto Sans CJK JP"/>
        </w:rPr>
        <w:t>Step 1. Open your Schoology courses</w:t>
      </w:r>
    </w:p>
    <w:p>
      <w:pPr>
        <w:keepNext/>
        <w:keepLines/>
      </w:pPr>
      <w:r>
        <w:rPr>
          <w:color w:val="404040"/>
          <w:sz w:val="24"/>
          <w:rFonts w:ascii="Inter" w:hAnsi="Inter" w:eastAsia="Noto Sans CJK JP" w:cs="Noto Sans CJK JP"/>
        </w:rPr>
        <w:t>Open Schoology and view your list of courses. Identify the course where you want to add or update the landing page.</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Schoology dashboard listing several courses, including ELA, Homeroom, Science, Reading, Math, and Social Studies</w:t>
      </w:r>
    </w:p>
    <w:p>
      <w:pPr>
        <w:pStyle w:val="Heading3"/>
        <w:keepNext/>
        <w:keepLines/>
        <w:ind w:left="0"/>
        <w:outlineLvl w:val="2"/>
      </w:pPr>
      <w:r>
        <w:rPr>
          <w:b/>
          <w:color w:val="404040"/>
          <w:sz w:val="28"/>
          <w:rFonts w:ascii="Inter" w:hAnsi="Inter" w:eastAsia="Noto Sans CJK JP" w:cs="Noto Sans CJK JP"/>
        </w:rPr>
        <w:t>Step 2. Open your landing page in Google Drawings</w:t>
      </w:r>
    </w:p>
    <w:p>
      <w:pPr>
        <w:keepNext/>
        <w:keepLines/>
      </w:pPr>
      <w:r>
        <w:rPr>
          <w:color w:val="404040"/>
          <w:sz w:val="24"/>
          <w:rFonts w:ascii="Inter" w:hAnsi="Inter" w:eastAsia="Noto Sans CJK JP" w:cs="Noto Sans CJK JP"/>
        </w:rPr>
        <w:t>Open your Google Drawings file. Confirm that your layout is ready, with a labeled button for each day or activity. Use Word Art for the text so it behaves like an image that you can hyperlink.</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Google Drawings editor showing a classroom-themed landing page with circular day and remote-session buttons and Word Art text selected</w:t>
      </w:r>
    </w:p>
    <w:p>
      <w:pPr>
        <w:pStyle w:val="Heading3"/>
        <w:keepNext/>
        <w:keepLines/>
        <w:ind w:left="0"/>
        <w:outlineLvl w:val="2"/>
      </w:pPr>
      <w:r>
        <w:rPr>
          <w:b/>
          <w:color w:val="404040"/>
          <w:sz w:val="28"/>
          <w:rFonts w:ascii="Inter" w:hAnsi="Inter" w:eastAsia="Noto Sans CJK JP" w:cs="Noto Sans CJK JP"/>
        </w:rPr>
        <w:t>Step 3. Set the page to widescreen (optional)</w:t>
      </w:r>
    </w:p>
    <w:p>
      <w:pPr/>
      <w:r>
        <w:rPr>
          <w:color w:val="404040"/>
          <w:sz w:val="24"/>
          <w:rFonts w:ascii="Inter" w:hAnsi="Inter" w:eastAsia="Noto Sans CJK JP" w:cs="Noto Sans CJK JP"/>
        </w:rPr>
        <w:t xml:space="preserve">In Google Drawings, go to </w:t>
      </w:r>
      <w:r>
        <w:rPr>
          <w:b/>
          <w:color w:val="404040"/>
          <w:sz w:val="24"/>
          <w:rFonts w:ascii="Inter" w:hAnsi="Inter" w:eastAsia="Noto Sans CJK JP" w:cs="Noto Sans CJK JP"/>
        </w:rPr>
        <w:t>File &gt; Page setup</w:t>
      </w:r>
      <w:r>
        <w:rPr>
          <w:color w:val="404040"/>
          <w:sz w:val="24"/>
          <w:rFonts w:ascii="Inter" w:hAnsi="Inter" w:eastAsia="Noto Sans CJK JP" w:cs="Noto Sans CJK JP"/>
        </w:rPr>
        <w:t xml:space="preserve"> and change the aspect ratio to widescreen if you want. This helps the landing page fit well when you embed or link it.</w:t>
      </w:r>
    </w:p>
    <w:p>
      <w:pPr>
        <w:pStyle w:val="Heading2"/>
        <w:keepNext/>
        <w:keepLines/>
        <w:ind w:left="0"/>
        <w:outlineLvl w:val="1"/>
      </w:pPr>
      <w:r>
        <w:rPr>
          <w:b/>
          <w:color w:val="404040"/>
          <w:sz w:val="32"/>
          <w:rFonts w:ascii="Inter" w:hAnsi="Inter" w:eastAsia="Noto Sans CJK JP" w:cs="Noto Sans CJK JP"/>
        </w:rPr>
        <w:t>Link course materials to your buttons</w:t>
      </w:r>
    </w:p>
    <w:p>
      <w:pPr>
        <w:pStyle w:val="Heading3"/>
        <w:keepNext/>
        <w:keepLines/>
        <w:ind w:left="0"/>
        <w:outlineLvl w:val="2"/>
      </w:pPr>
      <w:r>
        <w:rPr>
          <w:b/>
          <w:color w:val="404040"/>
          <w:sz w:val="28"/>
          <w:rFonts w:ascii="Inter" w:hAnsi="Inter" w:eastAsia="Noto Sans CJK JP" w:cs="Noto Sans CJK JP"/>
        </w:rPr>
        <w:t>Step 4. Copy the URL of a Schoology folder</w:t>
      </w:r>
    </w:p>
    <w:p>
      <w:pPr>
        <w:keepNext/>
        <w:keepLines/>
      </w:pPr>
      <w:r>
        <w:rPr>
          <w:color w:val="404040"/>
          <w:sz w:val="24"/>
          <w:rFonts w:ascii="Inter" w:hAnsi="Inter" w:eastAsia="Noto Sans CJK JP" w:cs="Noto Sans CJK JP"/>
        </w:rPr>
        <w:t>In Schoology, go to the folder or material you want to link from your landing page. Click the folder (for example, "Day 1") to open it, then copy the URL from the browser's address bar.</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Schoology course folder "Day 1" open, showing a "Phases of Moon" video resource and a learning objective</w:t>
      </w:r>
    </w:p>
    <w:p>
      <w:pPr>
        <w:pStyle w:val="Heading3"/>
        <w:keepNext/>
        <w:keepLines/>
        <w:ind w:left="0"/>
        <w:outlineLvl w:val="2"/>
      </w:pPr>
      <w:r>
        <w:rPr>
          <w:b/>
          <w:color w:val="404040"/>
          <w:sz w:val="28"/>
          <w:rFonts w:ascii="Inter" w:hAnsi="Inter" w:eastAsia="Noto Sans CJK JP" w:cs="Noto Sans CJK JP"/>
        </w:rPr>
        <w:t>Step 5. Link the first button in Google Drawings</w:t>
      </w:r>
    </w:p>
    <w:p>
      <w:pPr/>
      <w:r>
        <w:rPr>
          <w:color w:val="404040"/>
          <w:sz w:val="24"/>
          <w:rFonts w:ascii="Inter" w:hAnsi="Inter" w:eastAsia="Noto Sans CJK JP" w:cs="Noto Sans CJK JP"/>
        </w:rPr>
        <w:t>Return to your Google Drawings landing page and select the Word Art or shape you want to hyperlink (for example, "Day 1"). Then follow these steps:</w:t>
      </w:r>
    </w:p>
    <w:p>
      <w:pPr>
        <w:pStyle w:val="ListNumber2"/>
        <w:numPr>
          <w:ilvl w:val="0"/>
          <w:numId w:val="10"/>
        </w:numPr>
        <w:spacing w:before="120"/>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Insert link</w:t>
      </w:r>
      <w:r>
        <w:rPr>
          <w:color w:val="404040"/>
          <w:sz w:val="24"/>
          <w:rFonts w:ascii="Inter" w:hAnsi="Inter" w:eastAsia="Noto Sans CJK JP" w:cs="Noto Sans CJK JP"/>
        </w:rPr>
        <w:t xml:space="preserve"> icon, or press </w:t>
      </w:r>
      <w:r>
        <w:rPr>
          <w:color w:val="4472C4"/>
          <w:sz w:val="24"/>
          <w:rFonts w:ascii="Times New Roman" w:hAnsi="Times New Roman" w:eastAsia="Noto Sans CJK JP" w:cs="Noto Sans CJK JP"/>
        </w:rPr>
        <w:t>Ctrl+K</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Cmd+K</w:t>
      </w:r>
      <w:r>
        <w:rPr>
          <w:color w:val="404040"/>
          <w:sz w:val="24"/>
          <w:rFonts w:ascii="Inter" w:hAnsi="Inter" w:eastAsia="Noto Sans CJK JP" w:cs="Noto Sans CJK JP"/>
        </w:rPr>
        <w:t xml:space="preserve"> on Mac).</w:t>
      </w:r>
    </w:p>
    <w:p>
      <w:pPr>
        <w:pStyle w:val="ListNumber2"/>
        <w:numPr>
          <w:ilvl w:val="0"/>
          <w:numId w:val="10"/>
        </w:numPr>
      </w:pPr>
      <w:r>
        <w:rPr>
          <w:color w:val="404040"/>
          <w:sz w:val="24"/>
          <w:rFonts w:ascii="Inter" w:hAnsi="Inter" w:eastAsia="Noto Sans CJK JP" w:cs="Noto Sans CJK JP"/>
        </w:rPr>
        <w:t>Paste the copied Schoology URL.</w:t>
      </w:r>
    </w:p>
    <w:p>
      <w:pPr>
        <w:pStyle w:val="ListNumber2"/>
        <w:keepNext/>
        <w:keepLines/>
        <w:numPr>
          <w:ilvl w:val="0"/>
          <w:numId w:val="1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Apply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Google Drawings editor with the "Day 1" Word Art selected, ready for a hyperlink</w:t>
      </w:r>
    </w:p>
    <w:p>
      <w:pPr>
        <w:pStyle w:val="Heading3"/>
        <w:keepNext/>
        <w:keepLines/>
        <w:ind w:left="0"/>
        <w:outlineLvl w:val="2"/>
      </w:pPr>
      <w:r>
        <w:rPr>
          <w:b/>
          <w:color w:val="404040"/>
          <w:sz w:val="28"/>
          <w:rFonts w:ascii="Inter" w:hAnsi="Inter" w:eastAsia="Noto Sans CJK JP" w:cs="Noto Sans CJK JP"/>
        </w:rPr>
        <w:t>Step 6. Link the remaining buttons</w:t>
      </w:r>
    </w:p>
    <w:p>
      <w:pPr/>
      <w:r>
        <w:rPr>
          <w:color w:val="404040"/>
          <w:sz w:val="24"/>
          <w:rFonts w:ascii="Inter" w:hAnsi="Inter" w:eastAsia="Noto Sans CJK JP" w:cs="Noto Sans CJK JP"/>
        </w:rPr>
        <w:t>Repeat the process for each additional button, such as "Day 2":</w:t>
      </w:r>
    </w:p>
    <w:p>
      <w:pPr>
        <w:pStyle w:val="ListNumber2"/>
        <w:numPr>
          <w:ilvl w:val="0"/>
          <w:numId w:val="11"/>
        </w:numPr>
        <w:spacing w:before="120"/>
      </w:pPr>
      <w:r>
        <w:rPr>
          <w:color w:val="404040"/>
          <w:sz w:val="24"/>
          <w:rFonts w:ascii="Inter" w:hAnsi="Inter" w:eastAsia="Noto Sans CJK JP" w:cs="Noto Sans CJK JP"/>
        </w:rPr>
        <w:t>Open the matching folder or material in Schoology.</w:t>
      </w:r>
    </w:p>
    <w:p>
      <w:pPr>
        <w:pStyle w:val="ListNumber2"/>
        <w:numPr>
          <w:ilvl w:val="0"/>
          <w:numId w:val="11"/>
        </w:numPr>
      </w:pPr>
      <w:r>
        <w:rPr>
          <w:color w:val="404040"/>
          <w:sz w:val="24"/>
          <w:rFonts w:ascii="Inter" w:hAnsi="Inter" w:eastAsia="Noto Sans CJK JP" w:cs="Noto Sans CJK JP"/>
        </w:rPr>
        <w:t>Copy the URL from the browser's address bar.</w:t>
      </w:r>
    </w:p>
    <w:p>
      <w:pPr>
        <w:pStyle w:val="ListNumber2"/>
        <w:numPr>
          <w:ilvl w:val="0"/>
          <w:numId w:val="11"/>
        </w:numPr>
      </w:pPr>
      <w:r>
        <w:rPr>
          <w:color w:val="404040"/>
          <w:sz w:val="24"/>
          <w:rFonts w:ascii="Inter" w:hAnsi="Inter" w:eastAsia="Noto Sans CJK JP" w:cs="Noto Sans CJK JP"/>
        </w:rPr>
        <w:t>Return to your Google Drawings landing page and select the Word Art or shape for that button.</w:t>
      </w:r>
    </w:p>
    <w:p>
      <w:pPr>
        <w:pStyle w:val="ListNumber2"/>
        <w:numPr>
          <w:ilvl w:val="0"/>
          <w:numId w:val="11"/>
        </w:numPr>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Insert link</w:t>
      </w:r>
      <w:r>
        <w:rPr>
          <w:color w:val="404040"/>
          <w:sz w:val="24"/>
          <w:rFonts w:ascii="Inter" w:hAnsi="Inter" w:eastAsia="Noto Sans CJK JP" w:cs="Noto Sans CJK JP"/>
        </w:rPr>
        <w:t xml:space="preserve"> icon or press </w:t>
      </w:r>
      <w:r>
        <w:rPr>
          <w:color w:val="4472C4"/>
          <w:sz w:val="24"/>
          <w:rFonts w:ascii="Times New Roman" w:hAnsi="Times New Roman" w:eastAsia="Noto Sans CJK JP" w:cs="Noto Sans CJK JP"/>
        </w:rPr>
        <w:t>Ctrl+K</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Cmd+K</w:t>
      </w:r>
      <w:r>
        <w:rPr>
          <w:color w:val="404040"/>
          <w:sz w:val="24"/>
          <w:rFonts w:ascii="Inter" w:hAnsi="Inter" w:eastAsia="Noto Sans CJK JP" w:cs="Noto Sans CJK JP"/>
        </w:rPr>
        <w:t xml:space="preserve"> on Mac).</w:t>
      </w:r>
    </w:p>
    <w:p>
      <w:pPr>
        <w:pStyle w:val="ListNumber2"/>
        <w:numPr>
          <w:ilvl w:val="0"/>
          <w:numId w:val="11"/>
        </w:numPr>
      </w:pPr>
      <w:r>
        <w:rPr>
          <w:color w:val="404040"/>
          <w:sz w:val="24"/>
          <w:rFonts w:ascii="Inter" w:hAnsi="Inter" w:eastAsia="Noto Sans CJK JP" w:cs="Noto Sans CJK JP"/>
        </w:rPr>
        <w:t xml:space="preserve">Paste the URL and click </w:t>
      </w:r>
      <w:r>
        <w:rPr>
          <w:b/>
          <w:color w:val="404040"/>
          <w:sz w:val="24"/>
          <w:rFonts w:ascii="Inter" w:hAnsi="Inter" w:eastAsia="Noto Sans CJK JP" w:cs="Noto Sans CJK JP"/>
        </w:rPr>
        <w:t>Apply</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Repeat this for every button you want to link.</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Google Drawings editor with the "Day 2" button selected and the link box open with Schoology URLs available</w:t>
      </w:r>
    </w:p>
    <w:p>
      <w:pPr>
        <w:pStyle w:val="Heading3"/>
        <w:keepNext/>
        <w:keepLines/>
        <w:ind w:left="0"/>
        <w:outlineLvl w:val="2"/>
      </w:pPr>
      <w:r>
        <w:rPr>
          <w:b/>
          <w:color w:val="404040"/>
          <w:sz w:val="28"/>
          <w:rFonts w:ascii="Inter" w:hAnsi="Inter" w:eastAsia="Noto Sans CJK JP" w:cs="Noto Sans CJK JP"/>
        </w:rPr>
        <w:t>Step 7. Verify all links</w:t>
      </w:r>
    </w:p>
    <w:p>
      <w:pPr/>
      <w:r>
        <w:rPr>
          <w:color w:val="404040"/>
          <w:sz w:val="24"/>
          <w:rFonts w:ascii="Inter" w:hAnsi="Inter" w:eastAsia="Noto Sans CJK JP" w:cs="Noto Sans CJK JP"/>
        </w:rPr>
        <w:t>Check that each button points to the correct Schoology folder or activity. Links can point to any resource, including folders, assignments, or even different courses. Always use the exact URL from Schoology for each button.</w:t>
      </w:r>
    </w:p>
    <w:p>
      <w:pPr>
        <w:pStyle w:val="Heading2"/>
        <w:keepNext/>
        <w:keepLines/>
        <w:ind w:left="0"/>
        <w:outlineLvl w:val="1"/>
      </w:pPr>
      <w:r>
        <w:rPr>
          <w:b/>
          <w:color w:val="404040"/>
          <w:sz w:val="32"/>
          <w:rFonts w:ascii="Inter" w:hAnsi="Inter" w:eastAsia="Noto Sans CJK JP" w:cs="Noto Sans CJK JP"/>
        </w:rPr>
        <w:t>Embed the landing page in Schoology</w:t>
      </w:r>
    </w:p>
    <w:p>
      <w:pPr>
        <w:pStyle w:val="Heading3"/>
        <w:keepNext/>
        <w:keepLines/>
        <w:ind w:left="0"/>
        <w:outlineLvl w:val="2"/>
      </w:pPr>
      <w:r>
        <w:rPr>
          <w:b/>
          <w:color w:val="404040"/>
          <w:sz w:val="28"/>
          <w:rFonts w:ascii="Inter" w:hAnsi="Inter" w:eastAsia="Noto Sans CJK JP" w:cs="Noto Sans CJK JP"/>
        </w:rPr>
        <w:t>Step 8. Add a new page to your course</w:t>
      </w:r>
    </w:p>
    <w:p>
      <w:pPr>
        <w:keepNext/>
        <w:keepLines/>
      </w:pPr>
      <w:r>
        <w:rPr>
          <w:color w:val="404040"/>
          <w:sz w:val="24"/>
          <w:rFonts w:ascii="Inter" w:hAnsi="Inter" w:eastAsia="Noto Sans CJK JP" w:cs="Noto Sans CJK JP"/>
        </w:rPr>
        <w:t xml:space="preserve">With all links set, open your Schoology course. Click </w:t>
      </w:r>
      <w:r>
        <w:rPr>
          <w:b/>
          <w:color w:val="404040"/>
          <w:sz w:val="24"/>
          <w:rFonts w:ascii="Inter" w:hAnsi="Inter" w:eastAsia="Noto Sans CJK JP" w:cs="Noto Sans CJK JP"/>
        </w:rPr>
        <w:t>Add Materials</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Add Page</w:t>
      </w:r>
      <w:r>
        <w:rPr>
          <w:color w:val="404040"/>
          <w:sz w:val="24"/>
          <w:rFonts w:ascii="Inter" w:hAnsi="Inter" w:eastAsia="Noto Sans CJK JP" w:cs="Noto Sans CJK JP"/>
        </w:rPr>
        <w:t>. In the page dialog, enter a title such as "Landing page."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Schoology Add Page dialog with "Landing page" entered as the Page Title and the rich text editor visible</w:t>
      </w:r>
    </w:p>
    <w:p>
      <w:pPr>
        <w:pStyle w:val="Heading3"/>
        <w:keepNext/>
        <w:keepLines/>
        <w:ind w:left="0"/>
        <w:outlineLvl w:val="2"/>
      </w:pPr>
      <w:r>
        <w:rPr>
          <w:b/>
          <w:color w:val="404040"/>
          <w:sz w:val="28"/>
          <w:rFonts w:ascii="Inter" w:hAnsi="Inter" w:eastAsia="Noto Sans CJK JP" w:cs="Noto Sans CJK JP"/>
        </w:rPr>
        <w:t>Step 9. Insert the Google Drawings file</w:t>
      </w:r>
    </w:p>
    <w:p>
      <w:pPr>
        <w:keepNext/>
        <w:keepLines/>
      </w:pPr>
      <w:r>
        <w:rPr>
          <w:color w:val="404040"/>
          <w:sz w:val="24"/>
          <w:rFonts w:ascii="Inter" w:hAnsi="Inter" w:eastAsia="Noto Sans CJK JP" w:cs="Noto Sans CJK JP"/>
        </w:rPr>
        <w:t xml:space="preserve">In the page editor, click </w:t>
      </w:r>
      <w:r>
        <w:rPr>
          <w:b/>
          <w:color w:val="404040"/>
          <w:sz w:val="24"/>
          <w:rFonts w:ascii="Inter" w:hAnsi="Inter" w:eastAsia="Noto Sans CJK JP" w:cs="Noto Sans CJK JP"/>
        </w:rPr>
        <w:t>Insert Content</w:t>
      </w:r>
      <w:r>
        <w:rPr>
          <w:color w:val="404040"/>
          <w:sz w:val="24"/>
          <w:rFonts w:ascii="Inter" w:hAnsi="Inter" w:eastAsia="Noto Sans CJK JP" w:cs="Noto Sans CJK JP"/>
        </w:rPr>
        <w:t xml:space="preserve"> and choose </w:t>
      </w:r>
      <w:r>
        <w:rPr>
          <w:b/>
          <w:color w:val="404040"/>
          <w:sz w:val="24"/>
          <w:rFonts w:ascii="Inter" w:hAnsi="Inter" w:eastAsia="Noto Sans CJK JP" w:cs="Noto Sans CJK JP"/>
        </w:rPr>
        <w:t>Google Drive Resource App</w:t>
      </w:r>
      <w:r>
        <w:rPr>
          <w:color w:val="404040"/>
          <w:sz w:val="24"/>
          <w:rFonts w:ascii="Inter" w:hAnsi="Inter" w:eastAsia="Noto Sans CJK JP" w:cs="Noto Sans CJK JP"/>
        </w:rPr>
        <w:t>. Search for your Google Drawings file by name or browse your drive, then select your landing page drawing from the list.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Schoology Google Drive Resource App showing a list of Google Drive files to choose from</w:t>
      </w:r>
    </w:p>
    <w:p>
      <w:pPr>
        <w:pStyle w:val="Heading3"/>
        <w:keepNext/>
        <w:keepLines/>
        <w:ind w:left="0"/>
        <w:outlineLvl w:val="2"/>
      </w:pPr>
      <w:r>
        <w:rPr>
          <w:b/>
          <w:color w:val="404040"/>
          <w:sz w:val="28"/>
          <w:rFonts w:ascii="Inter" w:hAnsi="Inter" w:eastAsia="Noto Sans CJK JP" w:cs="Noto Sans CJK JP"/>
        </w:rPr>
        <w:t>Step 10. Resize the embedded drawing</w:t>
      </w:r>
    </w:p>
    <w:p>
      <w:pPr/>
      <w:r>
        <w:rPr>
          <w:color w:val="404040"/>
          <w:sz w:val="24"/>
          <w:rFonts w:ascii="Inter" w:hAnsi="Inter" w:eastAsia="Noto Sans CJK JP" w:cs="Noto Sans CJK JP"/>
        </w:rPr>
        <w:t>The embedded drawing may appear small by default. Resize it so your landing page displays at a usable size:</w:t>
      </w:r>
    </w:p>
    <w:p>
      <w:pPr>
        <w:pStyle w:val="ListNumber2"/>
        <w:numPr>
          <w:ilvl w:val="0"/>
          <w:numId w:val="12"/>
        </w:numPr>
        <w:spacing w:before="120"/>
      </w:pPr>
      <w:r>
        <w:rPr>
          <w:color w:val="404040"/>
          <w:sz w:val="24"/>
          <w:rFonts w:ascii="Inter" w:hAnsi="Inter" w:eastAsia="Noto Sans CJK JP" w:cs="Noto Sans CJK JP"/>
        </w:rPr>
        <w:t>Click the embedded image to select it. It turns blue.</w:t>
      </w:r>
    </w:p>
    <w:p>
      <w:pPr>
        <w:pStyle w:val="ListNumber2"/>
        <w:numPr>
          <w:ilvl w:val="0"/>
          <w:numId w:val="12"/>
        </w:numPr>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Insert/Edit Embedded Media</w:t>
      </w:r>
      <w:r>
        <w:rPr>
          <w:color w:val="404040"/>
          <w:sz w:val="24"/>
          <w:rFonts w:ascii="Inter" w:hAnsi="Inter" w:eastAsia="Noto Sans CJK JP" w:cs="Noto Sans CJK JP"/>
        </w:rPr>
        <w:t xml:space="preserve"> button.</w:t>
      </w:r>
    </w:p>
    <w:p>
      <w:pPr>
        <w:pStyle w:val="ListNumber2"/>
        <w:numPr>
          <w:ilvl w:val="0"/>
          <w:numId w:val="12"/>
        </w:numPr>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Dimensions</w:t>
      </w:r>
      <w:r>
        <w:rPr>
          <w:color w:val="404040"/>
          <w:sz w:val="24"/>
          <w:rFonts w:ascii="Inter" w:hAnsi="Inter" w:eastAsia="Noto Sans CJK JP" w:cs="Noto Sans CJK JP"/>
        </w:rPr>
        <w:t xml:space="preserve"> field, change the width to 900 or 1000 (for example, 1000 x 563).</w:t>
      </w:r>
    </w:p>
    <w:p>
      <w:pPr>
        <w:pStyle w:val="ListNumber2"/>
        <w:numPr>
          <w:ilvl w:val="0"/>
          <w:numId w:val="12"/>
        </w:numPr>
      </w:pPr>
      <w:r>
        <w:rPr>
          <w:color w:val="404040"/>
          <w:sz w:val="24"/>
          <w:rFonts w:ascii="Inter" w:hAnsi="Inter" w:eastAsia="Noto Sans CJK JP" w:cs="Noto Sans CJK JP"/>
        </w:rPr>
        <w:t xml:space="preserve">Make sure </w:t>
      </w:r>
      <w:r>
        <w:rPr>
          <w:b/>
          <w:color w:val="404040"/>
          <w:sz w:val="24"/>
          <w:rFonts w:ascii="Inter" w:hAnsi="Inter" w:eastAsia="Noto Sans CJK JP" w:cs="Noto Sans CJK JP"/>
        </w:rPr>
        <w:t>Constrain proportions</w:t>
      </w:r>
      <w:r>
        <w:rPr>
          <w:color w:val="404040"/>
          <w:sz w:val="24"/>
          <w:rFonts w:ascii="Inter" w:hAnsi="Inter" w:eastAsia="Noto Sans CJK JP" w:cs="Noto Sans CJK JP"/>
        </w:rPr>
        <w:t xml:space="preserve"> is checked so the image scales properly.</w:t>
      </w:r>
    </w:p>
    <w:p>
      <w:pPr>
        <w:pStyle w:val="ListNumber2"/>
        <w:keepNext/>
        <w:keepLines/>
        <w:numPr>
          <w:ilvl w:val="0"/>
          <w:numId w:val="12"/>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Insert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Schoology Insert/Edit Embedded Media dialog showing the Google Drawings URL, dimensions set to 1000 x 563, and a landing page preview</w:t>
      </w:r>
    </w:p>
    <w:p>
      <w:pPr>
        <w:pStyle w:val="Heading3"/>
        <w:keepNext/>
        <w:keepLines/>
        <w:ind w:left="0"/>
        <w:outlineLvl w:val="2"/>
      </w:pPr>
      <w:r>
        <w:rPr>
          <w:b/>
          <w:color w:val="404040"/>
          <w:sz w:val="28"/>
          <w:rFonts w:ascii="Inter" w:hAnsi="Inter" w:eastAsia="Noto Sans CJK JP" w:cs="Noto Sans CJK JP"/>
        </w:rPr>
        <w:t>Step 11. Create and manage the page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to add the page to your course. The landing page now appears in your course materials list. If you don't want students to see it right away, you can unpublish it. Click the page to preview how it appears to users.</w:t>
      </w:r>
    </w:p>
    <w:p>
      <w:pPr>
        <w:pStyle w:val="Heading2"/>
        <w:keepNext/>
        <w:keepLines/>
        <w:ind w:left="0"/>
        <w:outlineLvl w:val="1"/>
      </w:pPr>
      <w:r>
        <w:rPr>
          <w:b/>
          <w:color w:val="404040"/>
          <w:sz w:val="32"/>
          <w:rFonts w:ascii="Inter" w:hAnsi="Inter" w:eastAsia="Noto Sans CJK JP" w:cs="Noto Sans CJK JP"/>
        </w:rPr>
        <w:t>Share the landing page in Updates</w:t>
      </w:r>
    </w:p>
    <w:p>
      <w:pPr>
        <w:pStyle w:val="Heading3"/>
        <w:keepNext/>
        <w:keepLines/>
        <w:ind w:left="0"/>
        <w:outlineLvl w:val="2"/>
      </w:pPr>
      <w:r>
        <w:rPr>
          <w:b/>
          <w:color w:val="404040"/>
          <w:sz w:val="28"/>
          <w:rFonts w:ascii="Inter" w:hAnsi="Inter" w:eastAsia="Noto Sans CJK JP" w:cs="Noto Sans CJK JP"/>
        </w:rPr>
        <w:t>Step 12. Copy the landing page image</w:t>
      </w:r>
    </w:p>
    <w:p>
      <w:pPr>
        <w:keepNext/>
        <w:keepLines/>
      </w:pPr>
      <w:r>
        <w:rPr>
          <w:color w:val="404040"/>
          <w:sz w:val="24"/>
          <w:rFonts w:ascii="Inter" w:hAnsi="Inter" w:eastAsia="Noto Sans CJK JP" w:cs="Noto Sans CJK JP"/>
        </w:rPr>
        <w:t xml:space="preserve">Open your landing page in Schoology. Click and drag your cursor over the white space of the landing page to highlight the image. Proceed even if it looks like not everything is highlighted. Press </w:t>
      </w:r>
      <w:r>
        <w:rPr>
          <w:color w:val="4472C4"/>
          <w:sz w:val="24"/>
          <w:rFonts w:ascii="Times New Roman" w:hAnsi="Times New Roman" w:eastAsia="Noto Sans CJK JP" w:cs="Noto Sans CJK JP"/>
        </w:rPr>
        <w:t>Ctrl+C</w:t>
      </w:r>
      <w:r>
        <w:rPr>
          <w:color w:val="404040"/>
          <w:sz w:val="24"/>
          <w:rFonts w:ascii="Inter" w:hAnsi="Inter" w:eastAsia="Noto Sans CJK JP" w:cs="Noto Sans CJK JP"/>
        </w:rPr>
        <w:t xml:space="preserve"> (Windows) or </w:t>
      </w:r>
      <w:r>
        <w:rPr>
          <w:color w:val="4472C4"/>
          <w:sz w:val="24"/>
          <w:rFonts w:ascii="Times New Roman" w:hAnsi="Times New Roman" w:eastAsia="Noto Sans CJK JP" w:cs="Noto Sans CJK JP"/>
        </w:rPr>
        <w:t>Cmd+C</w:t>
      </w:r>
      <w:r>
        <w:rPr>
          <w:color w:val="404040"/>
          <w:sz w:val="24"/>
          <w:rFonts w:ascii="Inter" w:hAnsi="Inter" w:eastAsia="Noto Sans CJK JP" w:cs="Noto Sans CJK JP"/>
        </w:rPr>
        <w:t xml:space="preserve"> (Mac) to copy it.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Schoology landing page with the cursor highlighting the interactive area, ready to copy</w:t>
      </w:r>
    </w:p>
    <w:p>
      <w:pPr>
        <w:pStyle w:val="Heading3"/>
        <w:keepNext/>
        <w:keepLines/>
        <w:ind w:left="0"/>
        <w:outlineLvl w:val="2"/>
      </w:pPr>
      <w:r>
        <w:rPr>
          <w:b/>
          <w:color w:val="404040"/>
          <w:sz w:val="28"/>
          <w:rFonts w:ascii="Inter" w:hAnsi="Inter" w:eastAsia="Noto Sans CJK JP" w:cs="Noto Sans CJK JP"/>
        </w:rPr>
        <w:t>Step 13. Paste the landing page into an update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Updates</w:t>
      </w:r>
      <w:r>
        <w:rPr>
          <w:color w:val="404040"/>
          <w:sz w:val="24"/>
          <w:rFonts w:ascii="Inter" w:hAnsi="Inter" w:eastAsia="Noto Sans CJK JP" w:cs="Noto Sans CJK JP"/>
        </w:rPr>
        <w:t xml:space="preserve"> in the left sidebar of your Schoology course, then click inside the update text box. Press </w:t>
      </w:r>
      <w:r>
        <w:rPr>
          <w:color w:val="4472C4"/>
          <w:sz w:val="24"/>
          <w:rFonts w:ascii="Times New Roman" w:hAnsi="Times New Roman" w:eastAsia="Noto Sans CJK JP" w:cs="Noto Sans CJK JP"/>
        </w:rPr>
        <w:t>Ctrl+V</w:t>
      </w:r>
      <w:r>
        <w:rPr>
          <w:color w:val="404040"/>
          <w:sz w:val="24"/>
          <w:rFonts w:ascii="Inter" w:hAnsi="Inter" w:eastAsia="Noto Sans CJK JP" w:cs="Noto Sans CJK JP"/>
        </w:rPr>
        <w:t xml:space="preserve"> (Windows) or </w:t>
      </w:r>
      <w:r>
        <w:rPr>
          <w:color w:val="4472C4"/>
          <w:sz w:val="24"/>
          <w:rFonts w:ascii="Times New Roman" w:hAnsi="Times New Roman" w:eastAsia="Noto Sans CJK JP" w:cs="Noto Sans CJK JP"/>
        </w:rPr>
        <w:t>Cmd+V</w:t>
      </w:r>
      <w:r>
        <w:rPr>
          <w:color w:val="404040"/>
          <w:sz w:val="24"/>
          <w:rFonts w:ascii="Inter" w:hAnsi="Inter" w:eastAsia="Noto Sans CJK JP" w:cs="Noto Sans CJK JP"/>
        </w:rPr>
        <w:t xml:space="preserve"> (Mac) to paste the image. It appears at its original size in the update box. Click </w:t>
      </w:r>
      <w:r>
        <w:rPr>
          <w:b/>
          <w:color w:val="404040"/>
          <w:sz w:val="24"/>
          <w:rFonts w:ascii="Inter" w:hAnsi="Inter" w:eastAsia="Noto Sans CJK JP" w:cs="Noto Sans CJK JP"/>
        </w:rPr>
        <w:t>Post</w:t>
      </w:r>
      <w:r>
        <w:rPr>
          <w:color w:val="404040"/>
          <w:sz w:val="24"/>
          <w:rFonts w:ascii="Inter" w:hAnsi="Inter" w:eastAsia="Noto Sans CJK JP" w:cs="Noto Sans CJK JP"/>
        </w:rPr>
        <w:t xml:space="preserve"> to publish.</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Schoology Updates section with the landing page image pasted into the update box and the Post button highlighted</w:t>
      </w:r>
    </w:p>
    <w:p>
      <w:pPr>
        <w:pStyle w:val="Heading3"/>
        <w:keepNext/>
        <w:keepLines/>
        <w:ind w:left="0"/>
        <w:outlineLvl w:val="2"/>
      </w:pPr>
      <w:r>
        <w:rPr>
          <w:b/>
          <w:color w:val="404040"/>
          <w:sz w:val="28"/>
          <w:rFonts w:ascii="Inter" w:hAnsi="Inter" w:eastAsia="Noto Sans CJK JP" w:cs="Noto Sans CJK JP"/>
        </w:rPr>
        <w:t>Step 14. Verify the links in the update</w:t>
      </w:r>
    </w:p>
    <w:p>
      <w:pPr>
        <w:keepNext/>
        <w:keepLines/>
      </w:pPr>
      <w:r>
        <w:rPr>
          <w:color w:val="404040"/>
          <w:sz w:val="24"/>
          <w:rFonts w:ascii="Inter" w:hAnsi="Inter" w:eastAsia="Noto Sans CJK JP" w:cs="Noto Sans CJK JP"/>
        </w:rPr>
        <w:t>After posting, check that the landing page image displays at full width. Click an interactive button (for example, "Day 1") to confirm it opens the correct Schoology folder or activity.</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Schoology Updates feed showing the posted landing page image with its interactive buttons</w:t>
      </w:r>
    </w:p>
    <w:p>
      <w:pPr>
        <w:pStyle w:val="Heading2"/>
        <w:keepNext/>
        <w:keepLines/>
        <w:ind w:left="0"/>
        <w:outlineLvl w:val="1"/>
      </w:pPr>
      <w:r>
        <w:rPr>
          <w:b/>
          <w:color w:val="404040"/>
          <w:sz w:val="32"/>
          <w:rFonts w:ascii="Inter" w:hAnsi="Inter" w:eastAsia="Noto Sans CJK JP" w:cs="Noto Sans CJK JP"/>
        </w:rPr>
        <w:t>Add a Home navigation button</w:t>
      </w:r>
    </w:p>
    <w:p>
      <w:pPr/>
      <w:r>
        <w:rPr>
          <w:color w:val="404040"/>
          <w:sz w:val="24"/>
          <w:rFonts w:ascii="Inter" w:hAnsi="Inter" w:eastAsia="Noto Sans CJK JP" w:cs="Noto Sans CJK JP"/>
        </w:rPr>
        <w:t>A Home button lets users return to the landing page from other sections of your course.</w:t>
      </w:r>
    </w:p>
    <w:p>
      <w:pPr>
        <w:pStyle w:val="Heading3"/>
        <w:keepNext/>
        <w:keepLines/>
        <w:ind w:left="0"/>
        <w:outlineLvl w:val="2"/>
      </w:pPr>
      <w:r>
        <w:rPr>
          <w:b/>
          <w:color w:val="404040"/>
          <w:sz w:val="28"/>
          <w:rFonts w:ascii="Inter" w:hAnsi="Inter" w:eastAsia="Noto Sans CJK JP" w:cs="Noto Sans CJK JP"/>
        </w:rPr>
        <w:t>Step 15. Copy the Home button graphic</w:t>
      </w:r>
    </w:p>
    <w:p>
      <w:pPr>
        <w:keepNext/>
        <w:keepLines/>
      </w:pPr>
      <w:r>
        <w:rPr>
          <w:color w:val="404040"/>
          <w:sz w:val="24"/>
          <w:rFonts w:ascii="Inter" w:hAnsi="Inter" w:eastAsia="Noto Sans CJK JP" w:cs="Noto Sans CJK JP"/>
        </w:rPr>
        <w:t xml:space="preserve">Open the Google Slides or Google Drawings file that contains your landing page buttons. Select the "Home" button graphic and press </w:t>
      </w:r>
      <w:r>
        <w:rPr>
          <w:color w:val="4472C4"/>
          <w:sz w:val="24"/>
          <w:rFonts w:ascii="Times New Roman" w:hAnsi="Times New Roman" w:eastAsia="Noto Sans CJK JP" w:cs="Noto Sans CJK JP"/>
        </w:rPr>
        <w:t>Ctrl+C</w:t>
      </w:r>
      <w:r>
        <w:rPr>
          <w:color w:val="404040"/>
          <w:sz w:val="24"/>
          <w:rFonts w:ascii="Inter" w:hAnsi="Inter" w:eastAsia="Noto Sans CJK JP" w:cs="Noto Sans CJK JP"/>
        </w:rPr>
        <w:t xml:space="preserve"> (Windows) or </w:t>
      </w:r>
      <w:r>
        <w:rPr>
          <w:color w:val="4472C4"/>
          <w:sz w:val="24"/>
          <w:rFonts w:ascii="Times New Roman" w:hAnsi="Times New Roman" w:eastAsia="Noto Sans CJK JP" w:cs="Noto Sans CJK JP"/>
        </w:rPr>
        <w:t>Cmd+C</w:t>
      </w:r>
      <w:r>
        <w:rPr>
          <w:color w:val="404040"/>
          <w:sz w:val="24"/>
          <w:rFonts w:ascii="Inter" w:hAnsi="Inter" w:eastAsia="Noto Sans CJK JP" w:cs="Noto Sans CJK JP"/>
        </w:rPr>
        <w:t xml:space="preserve"> (Mac).</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Google Slides with a single "Home" button graphic selected and ready to copy</w:t>
      </w:r>
    </w:p>
    <w:p>
      <w:pPr>
        <w:pStyle w:val="Heading3"/>
        <w:keepNext/>
        <w:keepLines/>
        <w:ind w:left="0"/>
        <w:outlineLvl w:val="2"/>
      </w:pPr>
      <w:r>
        <w:rPr>
          <w:b/>
          <w:color w:val="404040"/>
          <w:sz w:val="28"/>
          <w:rFonts w:ascii="Inter" w:hAnsi="Inter" w:eastAsia="Noto Sans CJK JP" w:cs="Noto Sans CJK JP"/>
        </w:rPr>
        <w:t>Step 16. Insert the Home button into a Google Doc</w:t>
      </w:r>
    </w:p>
    <w:p>
      <w:pPr/>
      <w:r>
        <w:rPr>
          <w:color w:val="404040"/>
          <w:sz w:val="24"/>
          <w:rFonts w:ascii="Inter" w:hAnsi="Inter" w:eastAsia="Noto Sans CJK JP" w:cs="Noto Sans CJK JP"/>
        </w:rPr>
        <w:t>Open the Google Doc where you want the navigation button and place your cursor where it should go. Then follow these steps:</w:t>
      </w:r>
    </w:p>
    <w:p>
      <w:pPr>
        <w:pStyle w:val="ListNumber2"/>
        <w:numPr>
          <w:ilvl w:val="0"/>
          <w:numId w:val="13"/>
        </w:numPr>
        <w:spacing w:before="120"/>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Insert &gt; Drawing &gt; + New</w:t>
      </w:r>
      <w:r>
        <w:rPr>
          <w:color w:val="404040"/>
          <w:sz w:val="24"/>
          <w:rFonts w:ascii="Inter" w:hAnsi="Inter" w:eastAsia="Noto Sans CJK JP" w:cs="Noto Sans CJK JP"/>
        </w:rPr>
        <w:t>.</w:t>
      </w:r>
    </w:p>
    <w:p>
      <w:pPr>
        <w:pStyle w:val="ListNumber2"/>
        <w:numPr>
          <w:ilvl w:val="0"/>
          <w:numId w:val="13"/>
        </w:numPr>
      </w:pPr>
      <w:r>
        <w:rPr>
          <w:color w:val="404040"/>
          <w:sz w:val="24"/>
          <w:rFonts w:ascii="Inter" w:hAnsi="Inter" w:eastAsia="Noto Sans CJK JP" w:cs="Noto Sans CJK JP"/>
        </w:rPr>
        <w:t>In the drawing dialog, paste the "Home" button graphic.</w:t>
      </w:r>
    </w:p>
    <w:p>
      <w:pPr>
        <w:pStyle w:val="ListNumber2"/>
        <w:keepNext/>
        <w:keepLines/>
        <w:numPr>
          <w:ilvl w:val="0"/>
          <w:numId w:val="13"/>
        </w:numPr>
      </w:pPr>
      <w:r>
        <w:rPr>
          <w:color w:val="404040"/>
          <w:sz w:val="24"/>
          <w:rFonts w:ascii="Inter" w:hAnsi="Inter" w:eastAsia="Noto Sans CJK JP" w:cs="Noto Sans CJK JP"/>
        </w:rPr>
        <w:t>Resize the button as needed for clarity and visibility.</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Google Doc with the Insert &gt; Drawing &gt; + New menu open, ready to add a drawing for the Home button</w:t>
      </w:r>
    </w:p>
    <w:p>
      <w:pPr>
        <w:pStyle w:val="Heading3"/>
        <w:keepNext/>
        <w:keepLines/>
        <w:ind w:left="0"/>
        <w:outlineLvl w:val="2"/>
      </w:pPr>
      <w:r>
        <w:rPr>
          <w:b/>
          <w:color w:val="404040"/>
          <w:sz w:val="28"/>
          <w:rFonts w:ascii="Inter" w:hAnsi="Inter" w:eastAsia="Noto Sans CJK JP" w:cs="Noto Sans CJK JP"/>
        </w:rPr>
        <w:t>Step 17. Add Word Art to the drawing</w:t>
      </w:r>
    </w:p>
    <w:p>
      <w:pPr/>
      <w:r>
        <w:rPr>
          <w:color w:val="404040"/>
          <w:sz w:val="24"/>
          <w:rFonts w:ascii="Inter" w:hAnsi="Inter" w:eastAsia="Noto Sans CJK JP" w:cs="Noto Sans CJK JP"/>
        </w:rPr>
        <w:t xml:space="preserve">With the Drawing dialog open in your Google Doc, right-click inside the drawing canvas, or click the </w:t>
      </w:r>
      <w:r>
        <w:rPr>
          <w:b/>
          <w:color w:val="404040"/>
          <w:sz w:val="24"/>
          <w:rFonts w:ascii="Inter" w:hAnsi="Inter" w:eastAsia="Noto Sans CJK JP" w:cs="Noto Sans CJK JP"/>
        </w:rPr>
        <w:t>Actions</w:t>
      </w:r>
      <w:r>
        <w:rPr>
          <w:color w:val="404040"/>
          <w:sz w:val="24"/>
          <w:rFonts w:ascii="Inter" w:hAnsi="Inter" w:eastAsia="Noto Sans CJK JP" w:cs="Noto Sans CJK JP"/>
        </w:rPr>
        <w:t xml:space="preserve"> menu. Select </w:t>
      </w:r>
      <w:r>
        <w:rPr>
          <w:b/>
          <w:color w:val="404040"/>
          <w:sz w:val="24"/>
          <w:rFonts w:ascii="Inter" w:hAnsi="Inter" w:eastAsia="Noto Sans CJK JP" w:cs="Noto Sans CJK JP"/>
        </w:rPr>
        <w:t>Word art</w:t>
      </w:r>
      <w:r>
        <w:rPr>
          <w:color w:val="404040"/>
          <w:sz w:val="24"/>
          <w:rFonts w:ascii="Inter" w:hAnsi="Inter" w:eastAsia="Noto Sans CJK JP" w:cs="Noto Sans CJK JP"/>
        </w:rPr>
        <w:t>. You can use stylized text to label the Home button or any other navigation element.</w:t>
      </w:r>
    </w:p>
    <w:p>
      <w:pPr>
        <w:keepNext/>
        <w:keepLines/>
      </w:pPr>
      <w:r>
        <w:rPr>
          <w:color w:val="404040"/>
          <w:sz w:val="24"/>
          <w:rFonts w:ascii="Inter" w:hAnsi="Inter" w:eastAsia="Noto Sans CJK JP" w:cs="Noto Sans CJK JP"/>
        </w:rPr>
        <w:t xml:space="preserve">The canvas shows the selected circular wooden button graphic. The </w:t>
      </w:r>
      <w:r>
        <w:rPr>
          <w:b/>
          <w:color w:val="404040"/>
          <w:sz w:val="24"/>
          <w:rFonts w:ascii="Inter" w:hAnsi="Inter" w:eastAsia="Noto Sans CJK JP" w:cs="Noto Sans CJK JP"/>
        </w:rPr>
        <w:t>Save and Close</w:t>
      </w:r>
      <w:r>
        <w:rPr>
          <w:color w:val="404040"/>
          <w:sz w:val="24"/>
          <w:rFonts w:ascii="Inter" w:hAnsi="Inter" w:eastAsia="Noto Sans CJK JP" w:cs="Noto Sans CJK JP"/>
        </w:rPr>
        <w:t xml:space="preserve"> button is at the top right of the dialog.</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Google Drawing dialog in Google Docs with the context menu open and Word art highlighted, and a circular button graphic selected</w:t>
      </w:r>
    </w:p>
    <w:p>
      <w:pPr>
        <w:pStyle w:val="Heading3"/>
        <w:keepNext/>
        <w:keepLines/>
        <w:ind w:left="0"/>
        <w:outlineLvl w:val="2"/>
      </w:pPr>
      <w:r>
        <w:rPr>
          <w:b/>
          <w:color w:val="404040"/>
          <w:sz w:val="28"/>
          <w:rFonts w:ascii="Inter" w:hAnsi="Inter" w:eastAsia="Noto Sans CJK JP" w:cs="Noto Sans CJK JP"/>
        </w:rPr>
        <w:t>Step 18. Copy the URL of the Schoology page you want as Home</w:t>
      </w:r>
    </w:p>
    <w:p>
      <w:pPr>
        <w:keepNext/>
        <w:keepLines/>
      </w:pPr>
      <w:r>
        <w:rPr>
          <w:color w:val="404040"/>
          <w:sz w:val="24"/>
          <w:rFonts w:ascii="Inter" w:hAnsi="Inter" w:eastAsia="Noto Sans CJK JP" w:cs="Noto Sans CJK JP"/>
        </w:rPr>
        <w:t xml:space="preserve">Decide which page in your Schoology course users should land on when they click </w:t>
      </w:r>
      <w:r>
        <w:rPr>
          <w:b/>
          <w:color w:val="404040"/>
          <w:sz w:val="24"/>
          <w:rFonts w:ascii="Inter" w:hAnsi="Inter" w:eastAsia="Noto Sans CJK JP" w:cs="Noto Sans CJK JP"/>
        </w:rPr>
        <w:t>Home</w:t>
      </w:r>
      <w:r>
        <w:rPr>
          <w:color w:val="404040"/>
          <w:sz w:val="24"/>
          <w:rFonts w:ascii="Inter" w:hAnsi="Inter" w:eastAsia="Noto Sans CJK JP" w:cs="Noto Sans CJK JP"/>
        </w:rPr>
        <w:t xml:space="preserve">. Open that page in your browser (for example, a course page with a lesson called "Phases of the Moon"). Click the address bar to highlight the URL, then right-click and select </w:t>
      </w:r>
      <w:r>
        <w:rPr>
          <w:b/>
          <w:color w:val="404040"/>
          <w:sz w:val="24"/>
          <w:rFonts w:ascii="Inter" w:hAnsi="Inter" w:eastAsia="Noto Sans CJK JP" w:cs="Noto Sans CJK JP"/>
        </w:rPr>
        <w:t>Copy</w:t>
      </w:r>
      <w:r>
        <w:rPr>
          <w:color w:val="404040"/>
          <w:sz w:val="24"/>
          <w:rFonts w:ascii="Inter" w:hAnsi="Inter" w:eastAsia="Noto Sans CJK JP" w:cs="Noto Sans CJK JP"/>
        </w:rPr>
        <w:t xml:space="preserve">, or press </w:t>
      </w:r>
      <w:r>
        <w:rPr>
          <w:color w:val="4472C4"/>
          <w:sz w:val="24"/>
          <w:rFonts w:ascii="Times New Roman" w:hAnsi="Times New Roman" w:eastAsia="Noto Sans CJK JP" w:cs="Noto Sans CJK JP"/>
        </w:rPr>
        <w:t>Ctrl+C</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Cmd+C</w:t>
      </w:r>
      <w:r>
        <w:rPr>
          <w:color w:val="404040"/>
          <w:sz w:val="24"/>
          <w:rFonts w:ascii="Inter" w:hAnsi="Inter" w:eastAsia="Noto Sans CJK JP" w:cs="Noto Sans CJK JP"/>
        </w:rPr>
        <w:t xml:space="preserve"> on Mac).</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Schoology course page showing a lesson with a "Phases of Moon" YouTube video and a learning objective</w:t>
      </w:r>
    </w:p>
    <w:p>
      <w:pPr>
        <w:pStyle w:val="Heading3"/>
        <w:keepNext/>
        <w:keepLines/>
        <w:ind w:left="0"/>
        <w:outlineLvl w:val="2"/>
      </w:pPr>
      <w:r>
        <w:rPr>
          <w:b/>
          <w:color w:val="404040"/>
          <w:sz w:val="28"/>
          <w:rFonts w:ascii="Inter" w:hAnsi="Inter" w:eastAsia="Noto Sans CJK JP" w:cs="Noto Sans CJK JP"/>
        </w:rPr>
        <w:t>Step 19. Link the Home button</w:t>
      </w:r>
    </w:p>
    <w:p>
      <w:pPr/>
      <w:r>
        <w:rPr>
          <w:color w:val="404040"/>
          <w:sz w:val="24"/>
          <w:rFonts w:ascii="Inter" w:hAnsi="Inter" w:eastAsia="Noto Sans CJK JP" w:cs="Noto Sans CJK JP"/>
        </w:rPr>
        <w:t>Return to your Google Doc with the navigation buttons and click the "Home" button image to select it. Make sure it has a blue border. Then follow these steps:</w:t>
      </w:r>
    </w:p>
    <w:p>
      <w:pPr>
        <w:pStyle w:val="ListNumber2"/>
        <w:numPr>
          <w:ilvl w:val="0"/>
          <w:numId w:val="14"/>
        </w:numPr>
        <w:spacing w:before="120"/>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Insert link</w:t>
      </w:r>
      <w:r>
        <w:rPr>
          <w:color w:val="404040"/>
          <w:sz w:val="24"/>
          <w:rFonts w:ascii="Inter" w:hAnsi="Inter" w:eastAsia="Noto Sans CJK JP" w:cs="Noto Sans CJK JP"/>
        </w:rPr>
        <w:t xml:space="preserve"> icon (the chain symbol) in the toolbar or just below the image.</w:t>
      </w:r>
    </w:p>
    <w:p>
      <w:pPr>
        <w:pStyle w:val="ListNumber2"/>
        <w:numPr>
          <w:ilvl w:val="0"/>
          <w:numId w:val="14"/>
        </w:numPr>
      </w:pPr>
      <w:r>
        <w:rPr>
          <w:color w:val="404040"/>
          <w:sz w:val="24"/>
          <w:rFonts w:ascii="Inter" w:hAnsi="Inter" w:eastAsia="Noto Sans CJK JP" w:cs="Noto Sans CJK JP"/>
        </w:rPr>
        <w:t>Paste the copied Schoology URL into the link field.</w:t>
      </w:r>
    </w:p>
    <w:p>
      <w:pPr>
        <w:pStyle w:val="ListNumber2"/>
        <w:keepNext/>
        <w:keepLines/>
        <w:numPr>
          <w:ilvl w:val="0"/>
          <w:numId w:val="14"/>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Apply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Google Doc with the Home button selected and the link field open below it, showing a pasted Schoology URL</w:t>
      </w:r>
    </w:p>
    <w:p>
      <w:pPr>
        <w:pStyle w:val="Heading3"/>
        <w:keepNext/>
        <w:keepLines/>
        <w:ind w:left="0"/>
        <w:outlineLvl w:val="2"/>
      </w:pPr>
      <w:r>
        <w:rPr>
          <w:b/>
          <w:color w:val="404040"/>
          <w:sz w:val="28"/>
          <w:rFonts w:ascii="Inter" w:hAnsi="Inter" w:eastAsia="Noto Sans CJK JP" w:cs="Noto Sans CJK JP"/>
        </w:rPr>
        <w:t>Step 20. Save and test the navigation</w:t>
      </w:r>
    </w:p>
    <w:p>
      <w:pPr>
        <w:keepNext/>
        <w:keepLines/>
      </w:pPr>
      <w:r>
        <w:rPr>
          <w:color w:val="404040"/>
          <w:sz w:val="24"/>
          <w:rFonts w:ascii="Inter" w:hAnsi="Inter" w:eastAsia="Noto Sans CJK JP" w:cs="Noto Sans CJK JP"/>
        </w:rPr>
        <w:t xml:space="preserve">Save any changes, then click the </w:t>
      </w:r>
      <w:r>
        <w:rPr>
          <w:b/>
          <w:color w:val="404040"/>
          <w:sz w:val="24"/>
          <w:rFonts w:ascii="Inter" w:hAnsi="Inter" w:eastAsia="Noto Sans CJK JP" w:cs="Noto Sans CJK JP"/>
        </w:rPr>
        <w:t>Home</w:t>
      </w:r>
      <w:r>
        <w:rPr>
          <w:color w:val="404040"/>
          <w:sz w:val="24"/>
          <w:rFonts w:ascii="Inter" w:hAnsi="Inter" w:eastAsia="Noto Sans CJK JP" w:cs="Noto Sans CJK JP"/>
        </w:rPr>
        <w:t xml:space="preserve"> button in your Google Doc. Your browser should open the Schoology page you linked. A confirmation message such as "The page has been successfully created" may appear in Schoology.</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Schoology page with a green confirmation banner, lesson content, and a YouTube video</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create a landing page in Schoology. You designed it in Google Drawings, linked each button to Schoology materials, embedded it in a course page, and resized it. You also posted it in Updates and added a Home button for navigating back to your landing page.</w:t>
      </w:r>
    </w:p>
    <w:p>
      <w:pPr>
        <w:pStyle w:val="Heading2"/>
        <w:keepNext/>
        <w:keepLines/>
        <w:ind w:left="0"/>
        <w:outlineLvl w:val="1"/>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Label your Home button with Word Art to make the navigation element clear.</w:t>
      </w:r>
    </w:p>
    <w:p>
      <w:pPr>
        <w:pStyle w:val="ListBullet2"/>
      </w:pPr>
      <w:r>
        <w:rPr>
          <w:color w:val="404040"/>
          <w:sz w:val="24"/>
          <w:rFonts w:ascii="Inter" w:hAnsi="Inter" w:eastAsia="Noto Sans CJK JP" w:cs="Noto Sans CJK JP"/>
        </w:rPr>
        <w:t>Link the Home button to the Schoology page you want users to return to.</w:t>
      </w:r>
    </w:p>
    <w:p>
      <w:pPr>
        <w:pStyle w:val="ListBullet2"/>
      </w:pPr>
      <w:r>
        <w:rPr>
          <w:color w:val="404040"/>
          <w:sz w:val="24"/>
          <w:rFonts w:ascii="Inter" w:hAnsi="Inter" w:eastAsia="Noto Sans CJK JP" w:cs="Noto Sans CJK JP"/>
        </w:rPr>
        <w:t>Test each button on your landing page after any update to confirm it opens the correct folder or activity.</w:t>
      </w:r>
    </w:p>
    <w:p>
      <w:pPr/>
      <w:r>
        <w:br w:type="page"/>
      </w:r>
    </w:p>
    <w:sectPr w:rsidR="00FC693F" w:rsidRPr="0006063C" w:rsidSect="00034616">
      <w:headerReference w:type="default" r:id="rId22"/>
      <w:footerReference w:type="default" r:id="rId2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abstractNum w:abstractNumId="11">
    <w:multiLevelType w:val="singleLevel"/>
    <w:tmpl w:val="38441652"/>
    <w:lvl w:ilvl="0">
      <w:start w:val="1"/>
      <w:numFmt w:val="decimal"/>
      <w:lvlText w:val="%1."/>
      <w:lvlJc w:val="left"/>
      <w:pPr>
        <w:tabs>
          <w:tab w:val="num" w:pos="720"/>
        </w:tabs>
        <w:ind w:left="720" w:hanging="360"/>
      </w:pPr>
    </w:lvl>
  </w:abstractNum>
  <w:abstractNum w:abstractNumId="12">
    <w:multiLevelType w:val="singleLevel"/>
    <w:tmpl w:val="38441652"/>
    <w:lvl w:ilvl="0">
      <w:start w:val="1"/>
      <w:numFmt w:val="decimal"/>
      <w:lvlText w:val="%1."/>
      <w:lvlJc w:val="left"/>
      <w:pPr>
        <w:tabs>
          <w:tab w:val="num" w:pos="720"/>
        </w:tabs>
        <w:ind w:left="720" w:hanging="360"/>
      </w:pPr>
    </w:lvl>
  </w:abstractNum>
  <w:abstractNum w:abstractNumId="13">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 w:numId="13">
    <w:abstractNumId w:val="12"/>
    <w:lvlOverride w:ilvl="0">
      <w:startOverride w:val="1"/>
    </w:lvlOverride>
  </w:num>
  <w:num w:numId="14">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header" Target="header1.xm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