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banner in Schoology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If you want to learn how to create a banner in Schoology, this guide covers the whole process. You design a custom banner in Google Drawings, then add it to your course as a pinned announcement at the top of the page. The banner can include graphics, text, and links to important sections such as "Schedule," "This Week," "Contact Info," and "How-To Videos."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537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53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Schoology course page with a colorful banner reading "Welcome to Technology!" and four green circular buttons labeled "Schedule," "This Week," "Contact Info," and "How-To Videos"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Before you start, make sure you have: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 Schoology course where you want to display the banner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A web browser to open Google Drawings at </w:t>
      </w:r>
      <w:hyperlink r:id="rId10">
        <w:r>
          <w:rPr>
            <w:color w:val="404040"/>
            <w:sz w:val="24"/>
            <w:rFonts w:ascii="Inter" w:hAnsi="Inter" w:eastAsia="Noto Sans CJK JP" w:cs="Noto Sans CJK JP"/>
          </w:rPr>
          <w:t>drawing.google.com</w:t>
        </w:r>
      </w:hyperlink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Optional: a Bitmoji or another image to include in the banner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Part 1: Design the banner in Google Drawings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1: Open Google Drawings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Enter </w:t>
      </w:r>
      <w:r>
        <w:rPr>
          <w:color w:val="4472C4"/>
          <w:sz w:val="24"/>
          <w:rFonts w:ascii="Times New Roman" w:hAnsi="Times New Roman" w:eastAsia="Noto Sans CJK JP" w:cs="Noto Sans CJK JP"/>
        </w:rPr>
        <w:t>https://drawing.google.com</w:t>
      </w:r>
      <w:r>
        <w:rPr>
          <w:color w:val="404040"/>
          <w:sz w:val="24"/>
          <w:rFonts w:ascii="Inter" w:hAnsi="Inter" w:eastAsia="Noto Sans CJK JP" w:cs="Noto Sans CJK JP"/>
        </w:rPr>
        <w:t xml:space="preserve"> in your browser. A blank canvas opens, ready for editing.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The image below shows an example Schoology page with a banner and navigation buttons, similar to what you are building.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5373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53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Example Schoology course page with a banner and navigation buttons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2: Set the banner size</w:t>
      </w:r>
    </w:p>
    <w:p>
      <w:pPr>
        <w:pStyle w:val="ListNumber2"/>
        <w:numPr>
          <w:ilvl w:val="0"/>
          <w:numId w:val="10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In Google Drawings,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File</w:t>
      </w:r>
      <w:r>
        <w:rPr>
          <w:color w:val="404040"/>
          <w:sz w:val="24"/>
          <w:rFonts w:ascii="Inter" w:hAnsi="Inter" w:eastAsia="Noto Sans CJK JP" w:cs="Noto Sans CJK JP"/>
        </w:rPr>
        <w:t xml:space="preserve"> menu in the top left corner.</w:t>
      </w:r>
    </w:p>
    <w:p>
      <w:pPr>
        <w:pStyle w:val="ListNumber2"/>
        <w:keepNext/>
        <w:keepLines/>
        <w:numPr>
          <w:ilvl w:val="0"/>
          <w:numId w:val="10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Page setup</w:t>
      </w:r>
      <w:r>
        <w:rPr>
          <w:color w:val="404040"/>
          <w:sz w:val="24"/>
          <w:rFonts w:ascii="Inter" w:hAnsi="Inter" w:eastAsia="Noto Sans CJK JP" w:cs="Noto Sans CJK JP"/>
        </w:rPr>
        <w:t xml:space="preserve"> from the dropdown menu.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5373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53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Google Drawings with the File menu open and Page setup highlighted</w:t>
      </w:r>
    </w:p>
    <w:p>
      <w:pPr>
        <w:pStyle w:val="ListNumber2"/>
        <w:numPr>
          <w:ilvl w:val="0"/>
          <w:numId w:val="10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In the Page setup dialog, choose </w:t>
      </w:r>
      <w:r>
        <w:rPr>
          <w:b/>
          <w:color w:val="404040"/>
          <w:sz w:val="24"/>
          <w:rFonts w:ascii="Inter" w:hAnsi="Inter" w:eastAsia="Noto Sans CJK JP" w:cs="Noto Sans CJK JP"/>
        </w:rPr>
        <w:t>Custom</w:t>
      </w:r>
      <w:r>
        <w:rPr>
          <w:color w:val="404040"/>
          <w:sz w:val="24"/>
          <w:rFonts w:ascii="Inter" w:hAnsi="Inter" w:eastAsia="Noto Sans CJK JP" w:cs="Noto Sans CJK JP"/>
        </w:rPr>
        <w:t xml:space="preserve"> and enter the dimensions </w:t>
      </w:r>
      <w:r>
        <w:rPr>
          <w:b/>
          <w:color w:val="404040"/>
          <w:sz w:val="24"/>
          <w:rFonts w:ascii="Inter" w:hAnsi="Inter" w:eastAsia="Noto Sans CJK JP" w:cs="Noto Sans CJK JP"/>
        </w:rPr>
        <w:t>8 x 2 inches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0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Apply</w:t>
      </w:r>
      <w:r>
        <w:rPr>
          <w:color w:val="404040"/>
          <w:sz w:val="24"/>
          <w:rFonts w:ascii="Inter" w:hAnsi="Inter" w:eastAsia="Noto Sans CJK JP" w:cs="Noto Sans CJK JP"/>
        </w:rPr>
        <w:t xml:space="preserve"> to set the canvas to the banner size.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3: Draw the banner background</w:t>
      </w:r>
    </w:p>
    <w:p>
      <w:pPr>
        <w:pStyle w:val="ListNumber2"/>
        <w:numPr>
          <w:ilvl w:val="0"/>
          <w:numId w:val="11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Click the </w:t>
      </w:r>
      <w:r>
        <w:rPr>
          <w:b/>
          <w:color w:val="404040"/>
          <w:sz w:val="24"/>
          <w:rFonts w:ascii="Inter" w:hAnsi="Inter" w:eastAsia="Noto Sans CJK JP" w:cs="Noto Sans CJK JP"/>
        </w:rPr>
        <w:t>Shape</w:t>
      </w:r>
      <w:r>
        <w:rPr>
          <w:color w:val="404040"/>
          <w:sz w:val="24"/>
          <w:rFonts w:ascii="Inter" w:hAnsi="Inter" w:eastAsia="Noto Sans CJK JP" w:cs="Noto Sans CJK JP"/>
        </w:rPr>
        <w:t xml:space="preserve"> tool in the toolbar.</w:t>
      </w:r>
    </w:p>
    <w:p>
      <w:pPr>
        <w:pStyle w:val="ListNumber2"/>
        <w:numPr>
          <w:ilvl w:val="0"/>
          <w:numId w:val="11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Shapes &gt; Rectangle</w:t>
      </w:r>
      <w:r>
        <w:rPr>
          <w:color w:val="404040"/>
          <w:sz w:val="24"/>
          <w:rFonts w:ascii="Inter" w:hAnsi="Inter" w:eastAsia="Noto Sans CJK JP" w:cs="Noto Sans CJK JP"/>
        </w:rPr>
        <w:t xml:space="preserve"> from the dropdown.</w:t>
      </w:r>
    </w:p>
    <w:p>
      <w:pPr>
        <w:pStyle w:val="ListNumber2"/>
        <w:keepNext/>
        <w:keepLines/>
        <w:numPr>
          <w:ilvl w:val="0"/>
          <w:numId w:val="11"/>
        </w:numPr>
      </w:pPr>
      <w:r>
        <w:rPr>
          <w:color w:val="404040"/>
          <w:sz w:val="24"/>
          <w:rFonts w:ascii="Inter" w:hAnsi="Inter" w:eastAsia="Noto Sans CJK JP" w:cs="Noto Sans CJK JP"/>
        </w:rPr>
        <w:t>Draw a rectangle that covers the entire canvas.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5373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53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Google Drawings with the Shapes menu open, showing various shape options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4: Choose a background color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With the rectangle selected,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Fill color</w:t>
      </w:r>
      <w:r>
        <w:rPr>
          <w:color w:val="404040"/>
          <w:sz w:val="24"/>
          <w:rFonts w:ascii="Inter" w:hAnsi="Inter" w:eastAsia="Noto Sans CJK JP" w:cs="Noto Sans CJK JP"/>
        </w:rPr>
        <w:t xml:space="preserve"> tool in the toolbar. Choose any color you like. You can select a solid color or a gradient.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5373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53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Google Drawings with a large blue rectangle covering the canvas and the color palette open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5: Add graphics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To include a Bitmoji or other image, use the Bitmoji extension or drag and drop your image onto the canvas. Then resize and position the image as you want.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5373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53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Google Drawings with a Bitmoji image and a "SUPER FUN TIMES" graphic placed on the left side of the banner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6: Insert and format text</w:t>
      </w:r>
    </w:p>
    <w:p>
      <w:pPr>
        <w:pStyle w:val="ListNumber2"/>
        <w:numPr>
          <w:ilvl w:val="0"/>
          <w:numId w:val="12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Click the </w:t>
      </w:r>
      <w:r>
        <w:rPr>
          <w:b/>
          <w:color w:val="404040"/>
          <w:sz w:val="24"/>
          <w:rFonts w:ascii="Inter" w:hAnsi="Inter" w:eastAsia="Noto Sans CJK JP" w:cs="Noto Sans CJK JP"/>
        </w:rPr>
        <w:t>Text box</w:t>
      </w:r>
      <w:r>
        <w:rPr>
          <w:color w:val="404040"/>
          <w:sz w:val="24"/>
          <w:rFonts w:ascii="Inter" w:hAnsi="Inter" w:eastAsia="Noto Sans CJK JP" w:cs="Noto Sans CJK JP"/>
        </w:rPr>
        <w:t xml:space="preserve"> tool in the toolbar.</w:t>
      </w:r>
    </w:p>
    <w:p>
      <w:pPr>
        <w:pStyle w:val="ListNumber2"/>
        <w:numPr>
          <w:ilvl w:val="0"/>
          <w:numId w:val="12"/>
        </w:numPr>
      </w:pPr>
      <w:r>
        <w:rPr>
          <w:color w:val="404040"/>
          <w:sz w:val="24"/>
          <w:rFonts w:ascii="Inter" w:hAnsi="Inter" w:eastAsia="Noto Sans CJK JP" w:cs="Noto Sans CJK JP"/>
        </w:rPr>
        <w:t>Draw a text box on the banner and type your message, such as "Welcome to Technology Class!"</w:t>
      </w:r>
    </w:p>
    <w:p>
      <w:pPr>
        <w:pStyle w:val="ListNumber2"/>
        <w:numPr>
          <w:ilvl w:val="0"/>
          <w:numId w:val="12"/>
        </w:numPr>
      </w:pPr>
      <w:r>
        <w:rPr>
          <w:color w:val="404040"/>
          <w:sz w:val="24"/>
          <w:rFonts w:ascii="Inter" w:hAnsi="Inter" w:eastAsia="Noto Sans CJK JP" w:cs="Noto Sans CJK JP"/>
        </w:rPr>
        <w:t>Format the text as you would in a word processor.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You can change the font style (for example, Arial), adjust the font size (for example, 36 pt), and center or align the text as needed.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5373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53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Google Drawings with a text box being edited, containing the text "Welcome to Technology Class!"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7: Finalize and download the banner</w:t>
      </w:r>
    </w:p>
    <w:p>
      <w:pPr>
        <w:pStyle w:val="ListNumber2"/>
        <w:numPr>
          <w:ilvl w:val="0"/>
          <w:numId w:val="13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Make any final adjustments to the layout, colors, and text.</w:t>
      </w:r>
    </w:p>
    <w:p>
      <w:pPr>
        <w:pStyle w:val="ListNumber2"/>
        <w:numPr>
          <w:ilvl w:val="0"/>
          <w:numId w:val="13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Go to the </w:t>
      </w:r>
      <w:r>
        <w:rPr>
          <w:b/>
          <w:color w:val="404040"/>
          <w:sz w:val="24"/>
          <w:rFonts w:ascii="Inter" w:hAnsi="Inter" w:eastAsia="Noto Sans CJK JP" w:cs="Noto Sans CJK JP"/>
        </w:rPr>
        <w:t>File</w:t>
      </w:r>
      <w:r>
        <w:rPr>
          <w:color w:val="404040"/>
          <w:sz w:val="24"/>
          <w:rFonts w:ascii="Inter" w:hAnsi="Inter" w:eastAsia="Noto Sans CJK JP" w:cs="Noto Sans CJK JP"/>
        </w:rPr>
        <w:t xml:space="preserve"> menu.</w:t>
      </w:r>
    </w:p>
    <w:p>
      <w:pPr>
        <w:pStyle w:val="ListNumber2"/>
        <w:keepNext/>
        <w:keepLines/>
        <w:numPr>
          <w:ilvl w:val="0"/>
          <w:numId w:val="13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Download</w:t>
      </w:r>
      <w:r>
        <w:rPr>
          <w:color w:val="404040"/>
          <w:sz w:val="24"/>
          <w:rFonts w:ascii="Inter" w:hAnsi="Inter" w:eastAsia="Noto Sans CJK JP" w:cs="Noto Sans CJK JP"/>
        </w:rPr>
        <w:t xml:space="preserve">, then choose </w:t>
      </w:r>
      <w:r>
        <w:rPr>
          <w:b/>
          <w:color w:val="404040"/>
          <w:sz w:val="24"/>
          <w:rFonts w:ascii="Inter" w:hAnsi="Inter" w:eastAsia="Noto Sans CJK JP" w:cs="Noto Sans CJK JP"/>
        </w:rPr>
        <w:t>PNG image (.png)</w:t>
      </w:r>
      <w:r>
        <w:rPr>
          <w:color w:val="404040"/>
          <w:sz w:val="24"/>
          <w:rFonts w:ascii="Inter" w:hAnsi="Inter" w:eastAsia="Noto Sans CJK JP" w:cs="Noto Sans CJK JP"/>
        </w:rPr>
        <w:t xml:space="preserve"> to save your banner.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5373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53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Google Drawings with the completed banner: a "SUPER FUN TIMES" graphic and "Welcome to Technology Class!" text on a blue background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Part 2: Add the banner to your Schoology course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8: Open your course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From the Schoology dashboard, click the course where you want to add the banner. For example, click "COMPUTER 3: Mrs. Couch, Mrs. Saddler" in the list of courses.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5373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53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Schoology dashboard showing multiple courses, with the cursor selecting COMPUTER 3: Mrs. Couch, Mrs. Saddler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9: Add a new page to Materials</w:t>
      </w:r>
    </w:p>
    <w:p>
      <w:pPr>
        <w:pStyle w:val="ListNumber2"/>
        <w:numPr>
          <w:ilvl w:val="0"/>
          <w:numId w:val="14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In your course,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Add Materials</w:t>
      </w:r>
      <w:r>
        <w:rPr>
          <w:color w:val="404040"/>
          <w:sz w:val="24"/>
          <w:rFonts w:ascii="Inter" w:hAnsi="Inter" w:eastAsia="Noto Sans CJK JP" w:cs="Noto Sans CJK JP"/>
        </w:rPr>
        <w:t xml:space="preserve"> button.</w:t>
      </w:r>
    </w:p>
    <w:p>
      <w:pPr>
        <w:pStyle w:val="ListNumber2"/>
        <w:keepNext/>
        <w:keepLines/>
        <w:numPr>
          <w:ilvl w:val="0"/>
          <w:numId w:val="14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From the dropdown menu, select </w:t>
      </w:r>
      <w:r>
        <w:rPr>
          <w:b/>
          <w:color w:val="404040"/>
          <w:sz w:val="24"/>
          <w:rFonts w:ascii="Inter" w:hAnsi="Inter" w:eastAsia="Noto Sans CJK JP" w:cs="Noto Sans CJK JP"/>
        </w:rPr>
        <w:t>Add Page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53737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53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Schoology course page with the Add Materials menu open, highlighting the Add Page option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10: Insert the banner image</w:t>
      </w:r>
    </w:p>
    <w:p>
      <w:pPr>
        <w:pStyle w:val="ListNumber2"/>
        <w:numPr>
          <w:ilvl w:val="0"/>
          <w:numId w:val="15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In the new page editor,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Insert Content</w:t>
      </w:r>
      <w:r>
        <w:rPr>
          <w:color w:val="404040"/>
          <w:sz w:val="24"/>
          <w:rFonts w:ascii="Inter" w:hAnsi="Inter" w:eastAsia="Noto Sans CJK JP" w:cs="Noto Sans CJK JP"/>
        </w:rPr>
        <w:t xml:space="preserve"> button. It is usually shown as an image or media icon.</w:t>
      </w:r>
    </w:p>
    <w:p>
      <w:pPr>
        <w:pStyle w:val="ListNumber2"/>
        <w:numPr>
          <w:ilvl w:val="0"/>
          <w:numId w:val="15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Image</w:t>
      </w:r>
      <w:r>
        <w:rPr>
          <w:color w:val="404040"/>
          <w:sz w:val="24"/>
          <w:rFonts w:ascii="Inter" w:hAnsi="Inter" w:eastAsia="Noto Sans CJK JP" w:cs="Noto Sans CJK JP"/>
        </w:rPr>
        <w:t xml:space="preserve"> or </w:t>
      </w:r>
      <w:r>
        <w:rPr>
          <w:b/>
          <w:color w:val="404040"/>
          <w:sz w:val="24"/>
          <w:rFonts w:ascii="Inter" w:hAnsi="Inter" w:eastAsia="Noto Sans CJK JP" w:cs="Noto Sans CJK JP"/>
        </w:rPr>
        <w:t>Insert Media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5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In the Insert Media dialog, click </w:t>
      </w:r>
      <w:r>
        <w:rPr>
          <w:b/>
          <w:color w:val="404040"/>
          <w:sz w:val="24"/>
          <w:rFonts w:ascii="Inter" w:hAnsi="Inter" w:eastAsia="Noto Sans CJK JP" w:cs="Noto Sans CJK JP"/>
        </w:rPr>
        <w:t>Attach File</w:t>
      </w:r>
      <w:r>
        <w:rPr>
          <w:color w:val="404040"/>
          <w:sz w:val="24"/>
          <w:rFonts w:ascii="Inter" w:hAnsi="Inter" w:eastAsia="Noto Sans CJK JP" w:cs="Noto Sans CJK JP"/>
        </w:rPr>
        <w:t xml:space="preserve"> under the Upload Media tab.</w:t>
      </w:r>
    </w:p>
    <w:p>
      <w:pPr>
        <w:pStyle w:val="ListNumber2"/>
        <w:keepNext/>
        <w:keepLines/>
        <w:numPr>
          <w:ilvl w:val="0"/>
          <w:numId w:val="15"/>
        </w:numPr>
      </w:pPr>
      <w:r>
        <w:rPr>
          <w:color w:val="404040"/>
          <w:sz w:val="24"/>
          <w:rFonts w:ascii="Inter" w:hAnsi="Inter" w:eastAsia="Noto Sans CJK JP" w:cs="Noto Sans CJK JP"/>
        </w:rPr>
        <w:t>Locate and select the banner image file you saved, such as the PNG file from Google Drawings.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5373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53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Insert Media dialog open in Schoology, with the Attach File button highlighted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11: Add a page title and create the page</w:t>
      </w:r>
    </w:p>
    <w:p>
      <w:pPr>
        <w:pStyle w:val="ListNumber2"/>
        <w:numPr>
          <w:ilvl w:val="0"/>
          <w:numId w:val="16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Enter a title in the </w:t>
      </w:r>
      <w:r>
        <w:rPr>
          <w:b/>
          <w:color w:val="404040"/>
          <w:sz w:val="24"/>
          <w:rFonts w:ascii="Inter" w:hAnsi="Inter" w:eastAsia="Noto Sans CJK JP" w:cs="Noto Sans CJK JP"/>
        </w:rPr>
        <w:t>Page Title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for example "banner".</w:t>
      </w:r>
    </w:p>
    <w:p>
      <w:pPr>
        <w:pStyle w:val="ListNumber2"/>
        <w:numPr>
          <w:ilvl w:val="0"/>
          <w:numId w:val="16"/>
        </w:numPr>
      </w:pPr>
      <w:r>
        <w:rPr>
          <w:color w:val="404040"/>
          <w:sz w:val="24"/>
          <w:rFonts w:ascii="Inter" w:hAnsi="Inter" w:eastAsia="Noto Sans CJK JP" w:cs="Noto Sans CJK JP"/>
        </w:rPr>
        <w:t>Make sure your banner image appears in the content area.</w:t>
      </w:r>
    </w:p>
    <w:p>
      <w:pPr>
        <w:pStyle w:val="ListNumber2"/>
        <w:numPr>
          <w:ilvl w:val="0"/>
          <w:numId w:val="16"/>
        </w:numPr>
      </w:pPr>
      <w:r>
        <w:rPr>
          <w:color w:val="404040"/>
          <w:sz w:val="24"/>
          <w:rFonts w:ascii="Inter" w:hAnsi="Inter" w:eastAsia="Noto Sans CJK JP" w:cs="Noto Sans CJK JP"/>
        </w:rPr>
        <w:t>Check any required boxes at the bottom of the page, such as "Display on Course Page" or similar, if available.</w:t>
      </w:r>
    </w:p>
    <w:p>
      <w:pPr>
        <w:pStyle w:val="ListNumber2"/>
        <w:keepNext/>
        <w:keepLines/>
        <w:numPr>
          <w:ilvl w:val="0"/>
          <w:numId w:val="16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Create</w:t>
      </w:r>
      <w:r>
        <w:rPr>
          <w:color w:val="404040"/>
          <w:sz w:val="24"/>
          <w:rFonts w:ascii="Inter" w:hAnsi="Inter" w:eastAsia="Noto Sans CJK JP" w:cs="Noto Sans CJK JP"/>
        </w:rPr>
        <w:t xml:space="preserve"> to save the page.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53737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53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Schoology page editor with the banner image inserted and "banner" entered as the page title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12: Copy the banner image</w:t>
      </w:r>
    </w:p>
    <w:p>
      <w:pPr>
        <w:pStyle w:val="ListNumber2"/>
        <w:numPr>
          <w:ilvl w:val="0"/>
          <w:numId w:val="17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Find the new page in your Materials list.</w:t>
      </w:r>
    </w:p>
    <w:p>
      <w:pPr>
        <w:pStyle w:val="ListNumber2"/>
        <w:numPr>
          <w:ilvl w:val="0"/>
          <w:numId w:val="17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the gear icon next to the page and select </w:t>
      </w:r>
      <w:r>
        <w:rPr>
          <w:b/>
          <w:color w:val="404040"/>
          <w:sz w:val="24"/>
          <w:rFonts w:ascii="Inter" w:hAnsi="Inter" w:eastAsia="Noto Sans CJK JP" w:cs="Noto Sans CJK JP"/>
        </w:rPr>
        <w:t>Edit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  <w:numPr>
          <w:ilvl w:val="0"/>
          <w:numId w:val="17"/>
        </w:numPr>
      </w:pPr>
      <w:r>
        <w:rPr>
          <w:color w:val="404040"/>
          <w:sz w:val="24"/>
          <w:rFonts w:ascii="Inter" w:hAnsi="Inter" w:eastAsia="Noto Sans CJK JP" w:cs="Noto Sans CJK JP"/>
        </w:rPr>
        <w:t>In the editor, select the banner image and copy it. Right-click and select Copy, or press Ctrl+C.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53737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53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Schoology Materials list with the gear icon menu open for the banner page, showing the Edit option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13: Paste the banner into an update and pin it</w:t>
      </w:r>
    </w:p>
    <w:p>
      <w:pPr>
        <w:pStyle w:val="ListNumber2"/>
        <w:numPr>
          <w:ilvl w:val="0"/>
          <w:numId w:val="18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Go to the </w:t>
      </w:r>
      <w:r>
        <w:rPr>
          <w:b/>
          <w:color w:val="404040"/>
          <w:sz w:val="24"/>
          <w:rFonts w:ascii="Inter" w:hAnsi="Inter" w:eastAsia="Noto Sans CJK JP" w:cs="Noto Sans CJK JP"/>
        </w:rPr>
        <w:t>Updates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 in your course menu.</w:t>
      </w:r>
    </w:p>
    <w:p>
      <w:pPr>
        <w:pStyle w:val="ListNumber2"/>
        <w:numPr>
          <w:ilvl w:val="0"/>
          <w:numId w:val="18"/>
        </w:numPr>
      </w:pPr>
      <w:r>
        <w:rPr>
          <w:color w:val="404040"/>
          <w:sz w:val="24"/>
          <w:rFonts w:ascii="Inter" w:hAnsi="Inter" w:eastAsia="Noto Sans CJK JP" w:cs="Noto Sans CJK JP"/>
        </w:rPr>
        <w:t>Create a new update or announcement.</w:t>
      </w:r>
    </w:p>
    <w:p>
      <w:pPr>
        <w:pStyle w:val="ListNumber2"/>
        <w:numPr>
          <w:ilvl w:val="0"/>
          <w:numId w:val="18"/>
        </w:numPr>
      </w:pPr>
      <w:r>
        <w:rPr>
          <w:color w:val="404040"/>
          <w:sz w:val="24"/>
          <w:rFonts w:ascii="Inter" w:hAnsi="Inter" w:eastAsia="Noto Sans CJK JP" w:cs="Noto Sans CJK JP"/>
        </w:rPr>
        <w:t>Paste the copied banner image into the content area with Ctrl+V, or right-click and select Paste.</w:t>
      </w:r>
    </w:p>
    <w:p>
      <w:pPr>
        <w:pStyle w:val="ListNumber2"/>
        <w:numPr>
          <w:ilvl w:val="0"/>
          <w:numId w:val="18"/>
        </w:numPr>
      </w:pPr>
      <w:r>
        <w:rPr>
          <w:color w:val="404040"/>
          <w:sz w:val="24"/>
          <w:rFonts w:ascii="Inter" w:hAnsi="Inter" w:eastAsia="Noto Sans CJK JP" w:cs="Noto Sans CJK JP"/>
        </w:rPr>
        <w:t>If needed, click and drag the image corners to resize the banner.</w:t>
      </w:r>
    </w:p>
    <w:p>
      <w:pPr>
        <w:pStyle w:val="ListNumber2"/>
        <w:numPr>
          <w:ilvl w:val="0"/>
          <w:numId w:val="18"/>
        </w:numPr>
      </w:pPr>
      <w:r>
        <w:rPr>
          <w:color w:val="404040"/>
          <w:sz w:val="24"/>
          <w:rFonts w:ascii="Inter" w:hAnsi="Inter" w:eastAsia="Noto Sans CJK JP" w:cs="Noto Sans CJK JP"/>
        </w:rPr>
        <w:t>Click the bell icon to pin the announcement to the top of the page.</w:t>
      </w:r>
    </w:p>
    <w:p>
      <w:pPr>
        <w:pStyle w:val="ListNumber2"/>
        <w:keepNext/>
        <w:keepLines/>
        <w:numPr>
          <w:ilvl w:val="0"/>
          <w:numId w:val="18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Post</w:t>
      </w:r>
      <w:r>
        <w:rPr>
          <w:color w:val="404040"/>
          <w:sz w:val="24"/>
          <w:rFonts w:ascii="Inter" w:hAnsi="Inter" w:eastAsia="Noto Sans CJK JP" w:cs="Noto Sans CJK JP"/>
        </w:rPr>
        <w:t xml:space="preserve"> to publish the update.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53737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53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Schoology Updates section with the banner image pasted and the bell icon checked before posting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14: Verify the banner placement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Return to your course page and confirm that the banner appears at the top as an announcement.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53737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53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Schoology course page with the custom banner "Welcome to Technology Class!" displayed at the top as an announcement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You now know how to create a banner in Schoology. You designed an 8 x 2 inch banner in Google Drawings and downloaded it as a PNG. You then added it to a course page, copied it into a pinned update, and confirmed it appears at the top of your course. Your students now see a welcoming, organized introduction when they open the course.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4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</w:num>
  <w:num w:numId="11">
    <w:abstractNumId w:val="10"/>
    <w:lvlOverride w:ilvl="0">
      <w:startOverride w:val="1"/>
    </w:lvlOverride>
  </w:num>
  <w:num w:numId="12">
    <w:abstractNumId w:val="11"/>
    <w:lvlOverride w:ilvl="0">
      <w:startOverride w:val="1"/>
    </w:lvlOverride>
  </w:num>
  <w:num w:numId="13">
    <w:abstractNumId w:val="12"/>
    <w:lvlOverride w:ilvl="0">
      <w:startOverride w:val="1"/>
    </w:lvlOverride>
  </w:num>
  <w:num w:numId="14">
    <w:abstractNumId w:val="13"/>
    <w:lvlOverride w:ilvl="0">
      <w:startOverride w:val="1"/>
    </w:lvlOverride>
  </w:num>
  <w:num w:numId="15">
    <w:abstractNumId w:val="14"/>
    <w:lvlOverride w:ilvl="0">
      <w:startOverride w:val="1"/>
    </w:lvlOverride>
  </w:num>
  <w:num w:numId="16">
    <w:abstractNumId w:val="15"/>
    <w:lvlOverride w:ilvl="0">
      <w:startOverride w:val="1"/>
    </w:lvlOverride>
  </w:num>
  <w:num w:numId="17">
    <w:abstractNumId w:val="16"/>
    <w:lvlOverride w:ilvl="0">
      <w:startOverride w:val="1"/>
    </w:lvlOverride>
  </w:num>
  <w:num w:numId="18">
    <w:abstractNumId w:val="1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rFonts w:ascii="Inter" w:hAnsi="Inter" w:eastAsia="Noto Sans CJK JP" w:cs="Noto Sans CJK JP"/>
      <w:color w:val="4040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hyperlink" Target="https://drawing.google.com" TargetMode="External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