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Release a Credit Block in SAP S/4HANA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Start creating a sales document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9456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94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"Create Sales Documents" screen with organizational data fields and the "Create with Reference" tab selected.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Handle a sales organization mismatch error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9456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94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error dialog reading "Sales organizations deviate from each other. 1010 and/or 1000 (reference)".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Review the FP order overview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9456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94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"Create FP Order: Overview" screen with sales area displayed and an empty item entry table.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Enter the material information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9456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94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Material number 35900004 entered in the item table, with the cursor positioned in the "Order Quantity" field.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Review the item schedule lines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9456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94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Expanded item table showing schedule lines for the entered material.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View item data and pricing conditions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9456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94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"Create FP Order: Item Data" screen, "Conditions" tab showing pricing details.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Return to the order overview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9456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94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Order overview showing the completed item entry and calculated net value.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Display the created FP order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9456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94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Display FP Order screen showing the finalized order details.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Review the order header data and credit status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9456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94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Order header data and status overview for the created FP order, showing the credit and billing block status.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Locate the sales document in the SD Documents list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9456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94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SD Documents overview screen with sales document 10041111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Open the sales document for editing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49456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494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"Change FP Order 10041111: Overview" screen with item and order details ready for editing.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