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Post a Vendor Invoice with MIRO in SAP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Enter Incoming Invoice screen with all invoice details filled in, balance at zero, and the purchase order reference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Process flow diagram reiterating the vendor process steps in SAP MM.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Why invoice verification matters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describing invoice verification, including checks for accuracy and matching with purchase orders and goods receipts.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Handling debit notes for discrepancies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covering invoice verification, the accounting entry for a vendor bill, and the importance of matching invoices with purchase orders and goods receipts.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Steps to post a vendor invoice with MIRO in SAP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Open the MIRO transaction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Enter the company code and invoice header data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MIRO screen with fields for invoice date, posting date, amount, reference, company code, and the PO Reference tab.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Select the source document for the invoice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Dropdown menu in SAP MIRO showing the available source document reference types.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Confirm the reference type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MIRO screen with the PO Reference dropdown open, highlighting the option to choose a different reference type.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Select Purchase Order/Scheduling Agreement as the reference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Enter the purchase order number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Verify the populated purchase order details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MIRO screen with the PO Reference dropdown open, showing "Purchase Order/Scheduling Agreement" selected.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Enter the baseline date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MIRO screen with tax calculation enabled and item details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Review the purchase order conditions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MIRO screen with the purchase order number entered and item details populated.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Confirm consistency between the PO and the invoice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Enter the tax amount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MIRO screen with the calendar popup for selecting the baseline date.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Review the invoice entry screen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Purchase Order Conditions tab showing pricing elements and net price.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Check the balance indicator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Enter the invoice amount and tax amount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Green indicator and balance field highlighted at the top of the SAP invoice entry screen.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Verify amount consistency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Balance field showing 0.00 INR, indicating matched amounts.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Ensure the balance is zero before posting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Simulate the document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18. Enter reference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Balance field at 0.00 INR, ready for posting.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Reference and text fields filled with "432" on the SAP invoice entry screen.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19. Review all entered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Simulate button highlighted on the SAP invoice entry screen.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All fields reviewed: quantity, amount, balance, and supplier details.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20. Re-simulate if you made changes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Simulate button being clicked after all details are entered.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21. Review the debit and credit entries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Amount and tax fields filled in on the SAP invoice entry screen.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22. Post the invoice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23. Reconfirm entry details if corrections are needed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invoice entry screen with all fields and purchase order details visible.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Main invoice entry screen with all fields filled in and ready for posting.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24. Confirm the entry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Invoice entry screen after pressing Enter, showing validated fields.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25. Review the purchase order history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Simulate Document window showing debit and credit entries, tax code, and balanced status.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History tab showing all related transactions and amounts.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26. Analyze the goods receipt event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Post button highlighted in the Simulate Document window, ready to finalize the invoice.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History with movement type 105 highlighted.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27. Return to the invoice entry screen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History tab still visible, ready to return to the invoice entry screen.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28. Post the invoice after simulation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Invoice entry screen ready for posting after simulation.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29. Confirm the data is saved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Invoice entry screen showing confirmation that the data has been saved.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30. Review the final invoice entry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MIRO screen showing the populated purchase order details, amount, and balance.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Process flow recap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Process flow diagram of the SAP MM module, showing the sequence: Purchase Requisition (ME51N), Purchase Order (ME21N), Goods Receipt Note (MIGO 103 &amp; 105), and Invoice Verification (MIRO).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Process flow diagram showing the SAP MM module steps: Purchase Requisition (ME51N), Purchase Order (ME21N), GRN (MIGO 103 &amp; 105), and MIRO (Invoice Verification).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Process flow diagram for the SAP MM module and vendor invoice process.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Process flow diagram with large yellow text: Please Like &amp; Subscribe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34"/>
      <w:footerReference w:type="default" r:id="rId3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header" Target="header1.xm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