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GL Account in SAP S/4HANA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SAP Easy Access menu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the 'Accounting' folder highlighted in the SAP Menu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Navigate to the GL account creation path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'Accounting &gt; Financial Accounting' expanded, showing 'General Ledger' and related subfolders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FS00 to create a GL account centrally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'FS00 - Centrally' highlighted under 'Individual Processing'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472C4"/>
          <w:sz w:val="24"/>
          <w:rFonts w:ascii="Times New Roman" w:hAnsi="Times New Roman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SAP Easy Access screen with 'FS00' entered in the command box and 'FS00 - Centrally'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Open the GL account creation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Edit G/L Account Centrally screen with fields for G/L Account, Company Code, Account Group, Description, and tabs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Check the chart of accounts and account groups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"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View "G/L Account Groups": Overview screen showing account groups, names, and account number ranges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the appropriate account group and series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View "G/L Account Groups": Overview screen with 'Administrative Expense' row highlighted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Copy the number range for the new GL account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Change View "G/L Account Groups": Overview screen with the Administrative Expense number range highlighted and cursor pointing to it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Return to the GL account creation screen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Select the account group in the creation screen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 G/L Account Centrally screen with Account Group dropdown open, showing options like 'Administrative Expense' and 'Accumulated Depreciation'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Maintain the account type and description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&amp;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Complete the Control Data tab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Control Data tab open, showing Account currency set to INR, Line item display checked, and Sort key being entered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Complete the Create/bank/interest tab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Create/bank/interest tab open, Field status group dropdown with G004 selected, and additional bank/interest fields visible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Save the GL account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14: Reference key navigation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&gt;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Documentation screenshot showing the navigation path and instructions for using FS00 to create a GL account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15: Verify the account group and number range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2902841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290284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Documentation screenshot showing the Change View "G/L Account Groups": Overview with Administrative Expense highlighted and number range circled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16: Confirm the GL account creation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