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Delete a Receipt in SAP Concur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Receipt pop-up displaying a scanned restaurant receipt over the SAP Concur expense report, with no option to remove the receipt.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in front of a "Kevin's Corner" street sign, with a blue box displaying "community.concur.com" and "username: KevinD" for SAP Concur Community support.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Before you begin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Concur expense report listing Dinner, Car Rental, and Hotel charges, each showing a receipt icon in the Receipt column alongside columns for Alerts, Date, Attributes, Expense Type, Vendor Details, Payment Type, Requested, and Actions.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Review the expense report and its attached receipts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Available Expenses screen showing Dinner, Car Rental, and Airfare card charges ready to be added back to a report, with options to upload receipts and select expenses.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Confirm that receipts cannot be removed while attached to the report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Delete the expense items from the report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Concur expense report with two expenses selected and a confirmation dialog explaining that e-receipts and card transactions will move to Available Expenses instead of being permanently deleted.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Locate the expenses in Available Expenses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Separate the receipt from the company card charge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Expense Sources dialog showing Corporate Card and ExpenseIt listed as two sources for a Dinner expense, with the Separate Expenses button highlighted.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Re-add the card charge and attach the correct receipt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presenter stands in front of a background with a street sign reading "Kevin's Corner." A blue overlay displays: "Kevin Dorsey, Director, SAP Concur Community Management &amp; Engagement." Subtitle at the bottom reads: "Welcome back to Kevin's Corner. Today's topic was suggested by two members of the SAP Concur"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Available Expenses screen showing the Dinner and Car Rental expenses with their payment type, source, and vendor details.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5"/>
      <w:footerReference w:type="defaul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