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and Submit an Expense Report in SAP Concur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three key benefits: gain visibility into transactions, improve compliance across the organization, and simplify the process for employees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Split screen showing a business traveler and an office-based employee each working at their computer, illustrating that Concur supports both roles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Capturing expenses with ExpenseIt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Mobile phone screen showing the SAP Concur app with a trip summary, available expenses, and a mileage capturing option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Mobile phone screen showing a receipt capture with a confirmation prompt for the detected amount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Connecting partner apps for automatic expense creation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Concur App Center screen showing various partner apps and enterprise applications available for connection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Building and reviewing the expense report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Concur web interface showing a detailed expense report for a trip with itemized expenses and management options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Concur web interface showing alerts for missing receipts and itemizations alongside a detailed expense list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Concur web interface showing an itemized hotel expense with a receipt image, itemization details, and alert icons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Concur web interface showing a detailed trip expense report with itemized expenses, statuses, and management options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Managing expenses from the mobile app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Concur mobile app screen showing a trip summary, available expenses, and options to upload receipts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Concur mobile app screen listing the steps: upload receipts, view expenses, create and add to reports, submit reports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Concur mobile app showing a report approval screen with expense details, warnings, and approve or send-back options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Tracking spend with dashboards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Concur dashboard showing department spend overview, budget versus spend, top spending employees, and future trips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Integrating SAP Concur with financial systems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Chapter title screen: "Chapter 4 of 4: Integrate using financial connectors"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Concur integration diagram showing logos for Microsoft Dynamics, SAP, Workday, ADP, Sage, Salesforce, Oracle NetSuite, and QuickBooks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Summary screen listing three key benefits: transparency and visibility, enforcing policy, and business agility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Screen displaying three key benefits: gaining transparency and visibility into employee spend, enforcing policy across the organization, and business agility for intelligent spend decisions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Title slide showing "Concur Expense: Manage spending where and when it happens." and the presenter's title</w:t>
      </w:r>
    </w:p>
    <w:p>
      <w:pPr/>
      <w:r>
        <w:br w:type="page"/>
      </w:r>
    </w:p>
    <w:sectPr w:rsidR="00FC693F" w:rsidRPr="0006063C" w:rsidSect="00034616">
      <w:headerReference w:type="default" r:id="rId19"/>
      <w:footerReference w:type="default" r:id="rId2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header" Target="header1.xm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