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user defined object (UDO) in SAP Business One</w:t>
      </w:r>
    </w:p>
    <w:p>
      <w:pPr/>
      <w:r>
        <w:rPr>
          <w:color w:val="404040"/>
          <w:sz w:val="24"/>
          <w:rFonts w:ascii="Inter" w:hAnsi="Inter" w:eastAsia="Noto Sans CJK JP" w:cs="Noto Sans CJK JP"/>
        </w:rPr>
        <w:t>User-defined objects (UDOs) are custom documents or forms that capture information the standard SAP Business One modules don't cover. For example, if your business manages vehicles and SAP Business One has no vehicle management module, you can build one yourself.</w:t>
      </w:r>
    </w:p>
    <w:p>
      <w:pPr/>
      <w:r>
        <w:rPr>
          <w:color w:val="404040"/>
          <w:sz w:val="24"/>
          <w:rFonts w:ascii="Inter" w:hAnsi="Inter" w:eastAsia="Noto Sans CJK JP" w:cs="Noto Sans CJK JP"/>
        </w:rPr>
        <w:t xml:space="preserve">This guide shows you how to create a user defined object (UDO) in SAP Business One. You create the tables and fields, register the object with the wizard, adjust its form, and enter test data. The example is a vehicle object built on a parent table named </w:t>
      </w:r>
      <w:r>
        <w:rPr>
          <w:color w:val="4472C4"/>
          <w:sz w:val="24"/>
          <w:rFonts w:ascii="Times New Roman" w:hAnsi="Times New Roman" w:eastAsia="Noto Sans CJK JP" w:cs="Noto Sans CJK JP"/>
        </w:rPr>
        <w:t>VMST</w:t>
      </w:r>
      <w:r>
        <w:rPr>
          <w:color w:val="404040"/>
          <w:sz w:val="24"/>
          <w:rFonts w:ascii="Inter" w:hAnsi="Inter" w:eastAsia="Noto Sans CJK JP" w:cs="Noto Sans CJK JP"/>
        </w:rPr>
        <w:t xml:space="preserve"> and a child table named </w:t>
      </w:r>
      <w:r>
        <w:rPr>
          <w:color w:val="4472C4"/>
          <w:sz w:val="24"/>
          <w:rFonts w:ascii="Times New Roman" w:hAnsi="Times New Roman" w:eastAsia="Noto Sans CJK JP" w:cs="Noto Sans CJK JP"/>
        </w:rPr>
        <w:t>VMST_CHILD</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register a UDO, you must complete two things:</w:t>
      </w:r>
    </w:p>
    <w:p>
      <w:pPr>
        <w:pStyle w:val="ListBullet2"/>
      </w:pPr>
      <w:r>
        <w:rPr>
          <w:color w:val="404040"/>
          <w:sz w:val="24"/>
          <w:rFonts w:ascii="Inter" w:hAnsi="Inter" w:eastAsia="Noto Sans CJK JP" w:cs="Noto Sans CJK JP"/>
        </w:rPr>
        <w:t>Create user-defined tables.</w:t>
      </w:r>
    </w:p>
    <w:p>
      <w:pPr>
        <w:pStyle w:val="ListBullet2"/>
      </w:pPr>
      <w:r>
        <w:rPr>
          <w:color w:val="404040"/>
          <w:sz w:val="24"/>
          <w:rFonts w:ascii="Inter" w:hAnsi="Inter" w:eastAsia="Noto Sans CJK JP" w:cs="Noto Sans CJK JP"/>
        </w:rPr>
        <w:t>Create user-defined fields within those tables.</w:t>
      </w:r>
    </w:p>
    <w:p>
      <w:pPr/>
      <w:r>
        <w:rPr>
          <w:color w:val="404040"/>
          <w:sz w:val="24"/>
          <w:rFonts w:ascii="Inter" w:hAnsi="Inter" w:eastAsia="Noto Sans CJK JP" w:cs="Noto Sans CJK JP"/>
        </w:rPr>
        <w:t>Steps 1 to 11 cover both prerequisites.</w:t>
      </w:r>
    </w:p>
    <w:p>
      <w:pPr>
        <w:pStyle w:val="Heading2"/>
        <w:keepNext/>
        <w:keepLines/>
        <w:ind w:left="0"/>
        <w:outlineLvl w:val="1"/>
      </w:pPr>
      <w:r>
        <w:rPr>
          <w:b/>
          <w:color w:val="404040"/>
          <w:sz w:val="32"/>
          <w:rFonts w:ascii="Inter" w:hAnsi="Inter" w:eastAsia="Noto Sans CJK JP" w:cs="Noto Sans CJK JP"/>
        </w:rPr>
        <w:t>Create the user-defined tables</w:t>
      </w:r>
    </w:p>
    <w:p>
      <w:pPr>
        <w:pStyle w:val="Heading3"/>
        <w:keepNext/>
        <w:keepLines/>
        <w:ind w:left="0"/>
        <w:outlineLvl w:val="2"/>
      </w:pPr>
      <w:r>
        <w:rPr>
          <w:b/>
          <w:color w:val="404040"/>
          <w:sz w:val="28"/>
          <w:rFonts w:ascii="Inter" w:hAnsi="Inter" w:eastAsia="Noto Sans CJK JP" w:cs="Noto Sans CJK JP"/>
        </w:rPr>
        <w:t>Step 1: Open User-Defined Tables – Setup</w:t>
      </w:r>
    </w:p>
    <w:p>
      <w:pPr>
        <w:keepNext/>
        <w:keepLines/>
      </w:pPr>
      <w:r>
        <w:rPr>
          <w:color w:val="404040"/>
          <w:sz w:val="24"/>
          <w:rFonts w:ascii="Inter" w:hAnsi="Inter" w:eastAsia="Noto Sans CJK JP" w:cs="Noto Sans CJK JP"/>
        </w:rPr>
        <w:t>Open SAP Business One and make sure you are on the main cockpit screen.</w:t>
      </w:r>
    </w:p>
    <w:p>
      <w:pPr>
        <w:keepNext/>
        <w:keepLines/>
        <w:jc w:val="center"/>
      </w:pPr>
      <w:r>
        <w:drawing>
          <wp:inline xmlns:a="http://schemas.openxmlformats.org/drawingml/2006/main" xmlns:pic="http://schemas.openxmlformats.org/drawingml/2006/picture">
            <wp:extent cx="5328000" cy="293550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35503"/>
                    </a:xfrm>
                    <a:prstGeom prst="rect"/>
                  </pic:spPr>
                </pic:pic>
              </a:graphicData>
            </a:graphic>
          </wp:inline>
        </w:drawing>
      </w:r>
    </w:p>
    <w:p>
      <w:pPr>
        <w:pStyle w:val="Caption"/>
        <w:jc w:val="center"/>
      </w:pPr>
      <w:r>
        <w:rPr>
          <w:b/>
          <w:color w:val="404040"/>
        </w:rPr>
        <w:t>SAP Business One main cockpit with the navigation panel and logo</w:t>
      </w:r>
    </w:p>
    <w:p>
      <w:pPr>
        <w:pStyle w:val="Heading3"/>
        <w:keepNext/>
        <w:keepLines/>
        <w:ind w:left="0"/>
        <w:outlineLvl w:val="2"/>
      </w:pPr>
      <w:r>
        <w:rPr>
          <w:b/>
          <w:color w:val="404040"/>
          <w:sz w:val="28"/>
          <w:rFonts w:ascii="Inter" w:hAnsi="Inter" w:eastAsia="Noto Sans CJK JP" w:cs="Noto Sans CJK JP"/>
        </w:rPr>
        <w:t>Step 2: Select the setup window from the Tools menu</w:t>
      </w:r>
    </w:p>
    <w:p>
      <w:pPr>
        <w:keepNext/>
        <w:keepLines/>
      </w:pPr>
      <w:r>
        <w:rPr>
          <w:color w:val="404040"/>
          <w:sz w:val="24"/>
          <w:rFonts w:ascii="Inter" w:hAnsi="Inter" w:eastAsia="Noto Sans CJK JP" w:cs="Noto Sans CJK JP"/>
        </w:rPr>
        <w:t xml:space="preserve">In the menu bar, go to </w:t>
      </w:r>
      <w:r>
        <w:rPr>
          <w:b/>
          <w:color w:val="404040"/>
          <w:sz w:val="24"/>
          <w:rFonts w:ascii="Inter" w:hAnsi="Inter" w:eastAsia="Noto Sans CJK JP" w:cs="Noto Sans CJK JP"/>
        </w:rPr>
        <w:t>Tools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Customization Tools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User-Defined Tables – Setup</w:t>
      </w:r>
      <w:r>
        <w:rPr>
          <w:color w:val="404040"/>
          <w:sz w:val="24"/>
          <w:rFonts w:ascii="Inter" w:hAnsi="Inter" w:eastAsia="Noto Sans CJK JP" w:cs="Noto Sans CJK JP"/>
        </w:rPr>
        <w:t xml:space="preserve">. The </w:t>
      </w:r>
      <w:r>
        <w:rPr>
          <w:b/>
          <w:color w:val="404040"/>
          <w:sz w:val="24"/>
          <w:rFonts w:ascii="Inter" w:hAnsi="Inter" w:eastAsia="Noto Sans CJK JP" w:cs="Noto Sans CJK JP"/>
        </w:rPr>
        <w:t>User-Defined Tables – Setup</w:t>
      </w:r>
      <w:r>
        <w:rPr>
          <w:color w:val="404040"/>
          <w:sz w:val="24"/>
          <w:rFonts w:ascii="Inter" w:hAnsi="Inter" w:eastAsia="Noto Sans CJK JP" w:cs="Noto Sans CJK JP"/>
        </w:rPr>
        <w:t xml:space="preserve"> window opens.</w:t>
      </w:r>
    </w:p>
    <w:p>
      <w:pPr>
        <w:keepNext/>
        <w:keepLines/>
        <w:jc w:val="center"/>
      </w:pPr>
      <w:r>
        <w:drawing>
          <wp:inline xmlns:a="http://schemas.openxmlformats.org/drawingml/2006/main" xmlns:pic="http://schemas.openxmlformats.org/drawingml/2006/picture">
            <wp:extent cx="5328000" cy="293550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35503"/>
                    </a:xfrm>
                    <a:prstGeom prst="rect"/>
                  </pic:spPr>
                </pic:pic>
              </a:graphicData>
            </a:graphic>
          </wp:inline>
        </w:drawing>
      </w:r>
    </w:p>
    <w:p>
      <w:pPr>
        <w:pStyle w:val="Caption"/>
        <w:jc w:val="center"/>
      </w:pPr>
      <w:r>
        <w:rPr>
          <w:b/>
          <w:color w:val="404040"/>
        </w:rPr>
        <w:t>Tools menu open with Customization Tools highlighted and User-Defined Tables – Setup selected</w:t>
      </w:r>
    </w:p>
    <w:p>
      <w:pPr>
        <w:pStyle w:val="Heading3"/>
        <w:keepNext/>
        <w:keepLines/>
        <w:ind w:left="0"/>
        <w:outlineLvl w:val="2"/>
      </w:pPr>
      <w:r>
        <w:rPr>
          <w:b/>
          <w:color w:val="404040"/>
          <w:sz w:val="28"/>
          <w:rFonts w:ascii="Inter" w:hAnsi="Inter" w:eastAsia="Noto Sans CJK JP" w:cs="Noto Sans CJK JP"/>
        </w:rPr>
        <w:t>Step 3: Add the parent table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User-Defined Tables – Setup</w:t>
      </w:r>
      <w:r>
        <w:rPr>
          <w:color w:val="404040"/>
          <w:sz w:val="24"/>
          <w:rFonts w:ascii="Inter" w:hAnsi="Inter" w:eastAsia="Noto Sans CJK JP" w:cs="Noto Sans CJK JP"/>
        </w:rPr>
        <w:t xml:space="preserve"> window, add a new row and enter the following values:</w:t>
      </w:r>
    </w:p>
    <w:p>
      <w:pPr>
        <w:pStyle w:val="ListBullet2"/>
      </w:pPr>
      <w:r>
        <w:rPr>
          <w:b/>
          <w:color w:val="404040"/>
          <w:sz w:val="24"/>
          <w:rFonts w:ascii="Inter" w:hAnsi="Inter" w:eastAsia="Noto Sans CJK JP" w:cs="Noto Sans CJK JP"/>
        </w:rPr>
        <w:t>Table 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VMST</w:t>
      </w:r>
    </w:p>
    <w:p>
      <w:pPr>
        <w:pStyle w:val="ListBullet2"/>
        <w:keepNext/>
        <w:keepLines/>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Vehicle Table</w:t>
      </w:r>
    </w:p>
    <w:p>
      <w:pPr>
        <w:keepNext/>
        <w:keepLines/>
        <w:jc w:val="center"/>
      </w:pPr>
      <w:r>
        <w:drawing>
          <wp:inline xmlns:a="http://schemas.openxmlformats.org/drawingml/2006/main" xmlns:pic="http://schemas.openxmlformats.org/drawingml/2006/picture">
            <wp:extent cx="5328000" cy="2935503"/>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935503"/>
                    </a:xfrm>
                    <a:prstGeom prst="rect"/>
                  </pic:spPr>
                </pic:pic>
              </a:graphicData>
            </a:graphic>
          </wp:inline>
        </w:drawing>
      </w:r>
    </w:p>
    <w:p>
      <w:pPr>
        <w:pStyle w:val="Caption"/>
        <w:jc w:val="center"/>
      </w:pPr>
      <w:r>
        <w:rPr>
          <w:b/>
          <w:color w:val="404040"/>
        </w:rPr>
        <w:t>User-Defined Tables – Setup window with a new row: Table Name VMST and Description Vehicle Table</w:t>
      </w:r>
    </w:p>
    <w:p>
      <w:pPr>
        <w:pStyle w:val="Heading3"/>
        <w:keepNext/>
        <w:keepLines/>
        <w:ind w:left="0"/>
        <w:outlineLvl w:val="2"/>
      </w:pPr>
      <w:r>
        <w:rPr>
          <w:b/>
          <w:color w:val="404040"/>
          <w:sz w:val="28"/>
          <w:rFonts w:ascii="Inter" w:hAnsi="Inter" w:eastAsia="Noto Sans CJK JP" w:cs="Noto Sans CJK JP"/>
        </w:rPr>
        <w:t>Step 4: Set the object type</w:t>
      </w:r>
    </w:p>
    <w:p>
      <w:pPr/>
      <w:r>
        <w:rPr>
          <w:color w:val="404040"/>
          <w:sz w:val="24"/>
          <w:rFonts w:ascii="Inter" w:hAnsi="Inter" w:eastAsia="Noto Sans CJK JP" w:cs="Noto Sans CJK JP"/>
        </w:rPr>
        <w:t xml:space="preserve">Click the dropdown in the </w:t>
      </w:r>
      <w:r>
        <w:rPr>
          <w:b/>
          <w:color w:val="404040"/>
          <w:sz w:val="24"/>
          <w:rFonts w:ascii="Inter" w:hAnsi="Inter" w:eastAsia="Noto Sans CJK JP" w:cs="Noto Sans CJK JP"/>
        </w:rPr>
        <w:t>Object Type</w:t>
      </w:r>
      <w:r>
        <w:rPr>
          <w:color w:val="404040"/>
          <w:sz w:val="24"/>
          <w:rFonts w:ascii="Inter" w:hAnsi="Inter" w:eastAsia="Noto Sans CJK JP" w:cs="Noto Sans CJK JP"/>
        </w:rPr>
        <w:t xml:space="preserve"> column of the </w:t>
      </w:r>
      <w:r>
        <w:rPr>
          <w:color w:val="4472C4"/>
          <w:sz w:val="24"/>
          <w:rFonts w:ascii="Times New Roman" w:hAnsi="Times New Roman" w:eastAsia="Noto Sans CJK JP" w:cs="Noto Sans CJK JP"/>
        </w:rPr>
        <w:t>VMST</w:t>
      </w:r>
      <w:r>
        <w:rPr>
          <w:color w:val="404040"/>
          <w:sz w:val="24"/>
          <w:rFonts w:ascii="Inter" w:hAnsi="Inter" w:eastAsia="Noto Sans CJK JP" w:cs="Noto Sans CJK JP"/>
        </w:rPr>
        <w:t xml:space="preserve"> row. The available options are "Master Data", "Master Data Rows", "Document", and "Document Rows". Choose the option that fits your use case.</w:t>
      </w:r>
    </w:p>
    <w:p>
      <w:pPr>
        <w:keepNext/>
        <w:keepLines/>
      </w:pPr>
      <w:r>
        <w:rPr>
          <w:color w:val="404040"/>
          <w:sz w:val="24"/>
          <w:rFonts w:ascii="Inter" w:hAnsi="Inter" w:eastAsia="Noto Sans CJK JP" w:cs="Noto Sans CJK JP"/>
        </w:rPr>
        <w:t xml:space="preserve">In this example, </w:t>
      </w:r>
      <w:r>
        <w:rPr>
          <w:color w:val="4472C4"/>
          <w:sz w:val="24"/>
          <w:rFonts w:ascii="Times New Roman" w:hAnsi="Times New Roman" w:eastAsia="Noto Sans CJK JP" w:cs="Noto Sans CJK JP"/>
        </w:rPr>
        <w:t>VMST</w:t>
      </w:r>
      <w:r>
        <w:rPr>
          <w:color w:val="404040"/>
          <w:sz w:val="24"/>
          <w:rFonts w:ascii="Inter" w:hAnsi="Inter" w:eastAsia="Noto Sans CJK JP" w:cs="Noto Sans CJK JP"/>
        </w:rPr>
        <w:t xml:space="preserve"> is the main document table, so it must end up with the object type </w:t>
      </w:r>
      <w:r>
        <w:rPr>
          <w:b/>
          <w:color w:val="404040"/>
          <w:sz w:val="24"/>
          <w:rFonts w:ascii="Inter" w:hAnsi="Inter" w:eastAsia="Noto Sans CJK JP" w:cs="Noto Sans CJK JP"/>
        </w:rPr>
        <w:t>Document</w:t>
      </w:r>
      <w:r>
        <w:rPr>
          <w:color w:val="404040"/>
          <w:sz w:val="24"/>
          <w:rFonts w:ascii="Inter" w:hAnsi="Inter" w:eastAsia="Noto Sans CJK JP" w:cs="Noto Sans CJK JP"/>
        </w:rPr>
        <w:t xml:space="preserve">. The child table you create next uses </w:t>
      </w:r>
      <w:r>
        <w:rPr>
          <w:b/>
          <w:color w:val="404040"/>
          <w:sz w:val="24"/>
          <w:rFonts w:ascii="Inter" w:hAnsi="Inter" w:eastAsia="Noto Sans CJK JP" w:cs="Noto Sans CJK JP"/>
        </w:rPr>
        <w:t>Document Rows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3550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935503"/>
                    </a:xfrm>
                    <a:prstGeom prst="rect"/>
                  </pic:spPr>
                </pic:pic>
              </a:graphicData>
            </a:graphic>
          </wp:inline>
        </w:drawing>
      </w:r>
    </w:p>
    <w:p>
      <w:pPr>
        <w:pStyle w:val="Caption"/>
        <w:jc w:val="center"/>
      </w:pPr>
      <w:r>
        <w:rPr>
          <w:b/>
          <w:color w:val="404040"/>
        </w:rPr>
        <w:t>Object Type dropdown open in the User-Defined Tables – Setup window, with Document Rows highlighted</w:t>
      </w:r>
    </w:p>
    <w:p>
      <w:pPr>
        <w:pStyle w:val="Heading3"/>
        <w:keepNext/>
        <w:keepLines/>
        <w:ind w:left="0"/>
        <w:outlineLvl w:val="2"/>
      </w:pPr>
      <w:r>
        <w:rPr>
          <w:b/>
          <w:color w:val="404040"/>
          <w:sz w:val="28"/>
          <w:rFonts w:ascii="Inter" w:hAnsi="Inter" w:eastAsia="Noto Sans CJK JP" w:cs="Noto Sans CJK JP"/>
        </w:rPr>
        <w:t>Step 5: Save the table and add the child table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Update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new user-defined table. Then add a second row for the child table:</w:t>
      </w:r>
    </w:p>
    <w:p>
      <w:pPr>
        <w:pStyle w:val="ListBullet2"/>
      </w:pPr>
      <w:r>
        <w:rPr>
          <w:b/>
          <w:color w:val="404040"/>
          <w:sz w:val="24"/>
          <w:rFonts w:ascii="Inter" w:hAnsi="Inter" w:eastAsia="Noto Sans CJK JP" w:cs="Noto Sans CJK JP"/>
        </w:rPr>
        <w:t>Table 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VMST_CHILD</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Vehicle child Table</w:t>
      </w:r>
    </w:p>
    <w:p>
      <w:pPr>
        <w:pStyle w:val="ListBullet2"/>
      </w:pPr>
      <w:r>
        <w:rPr>
          <w:b/>
          <w:color w:val="404040"/>
          <w:sz w:val="24"/>
          <w:rFonts w:ascii="Inter" w:hAnsi="Inter" w:eastAsia="Noto Sans CJK JP" w:cs="Noto Sans CJK JP"/>
        </w:rPr>
        <w:t>Object Type: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Document Rows</w:t>
      </w:r>
      <w:r>
        <w:rPr>
          <w:color w:val="404040"/>
          <w:sz w:val="24"/>
          <w:rFonts w:ascii="Inter" w:hAnsi="Inter" w:eastAsia="Noto Sans CJK JP" w:cs="Noto Sans CJK JP"/>
        </w:rPr>
        <w:t xml:space="preserve"> (select it from the dropdown)</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Update</w:t>
      </w:r>
      <w:r>
        <w:rPr>
          <w:color w:val="404040"/>
          <w:sz w:val="24"/>
          <w:rFonts w:ascii="Inter" w:hAnsi="Inter" w:eastAsia="Noto Sans CJK JP" w:cs="Noto Sans CJK JP"/>
        </w:rPr>
        <w:t xml:space="preserve"> to save the child table.</w:t>
      </w:r>
    </w:p>
    <w:p>
      <w:pPr>
        <w:keepNext/>
        <w:keepLines/>
        <w:jc w:val="center"/>
      </w:pPr>
      <w:r>
        <w:drawing>
          <wp:inline xmlns:a="http://schemas.openxmlformats.org/drawingml/2006/main" xmlns:pic="http://schemas.openxmlformats.org/drawingml/2006/picture">
            <wp:extent cx="5328000" cy="2935503"/>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935503"/>
                    </a:xfrm>
                    <a:prstGeom prst="rect"/>
                  </pic:spPr>
                </pic:pic>
              </a:graphicData>
            </a:graphic>
          </wp:inline>
        </w:drawing>
      </w:r>
    </w:p>
    <w:p>
      <w:pPr>
        <w:pStyle w:val="Caption"/>
        <w:jc w:val="center"/>
      </w:pPr>
      <w:r>
        <w:rPr>
          <w:b/>
          <w:color w:val="404040"/>
        </w:rPr>
        <w:t>User-Defined Tables – Setup window showing VMST as Document and VMST_CHILD as Document Rows, ready to save</w:t>
      </w:r>
    </w:p>
    <w:p>
      <w:pPr/>
      <w:r>
        <w:rPr>
          <w:color w:val="404040"/>
          <w:sz w:val="24"/>
          <w:rFonts w:ascii="Inter" w:hAnsi="Inter" w:eastAsia="Noto Sans CJK JP" w:cs="Noto Sans CJK JP"/>
        </w:rPr>
        <w:t>Confirm that you now have two tables:</w:t>
      </w:r>
    </w:p>
    <w:p>
      <w:pPr>
        <w:pStyle w:val="ListBullet2"/>
      </w:pPr>
      <w:r>
        <w:rPr>
          <w:color w:val="4472C4"/>
          <w:sz w:val="24"/>
          <w:rFonts w:ascii="Times New Roman" w:hAnsi="Times New Roman" w:eastAsia="Noto Sans CJK JP" w:cs="Noto Sans CJK JP"/>
        </w:rPr>
        <w:t>VMST</w:t>
      </w:r>
      <w:r>
        <w:rPr>
          <w:color w:val="404040"/>
          <w:sz w:val="24"/>
          <w:rFonts w:ascii="Inter" w:hAnsi="Inter" w:eastAsia="Noto Sans CJK JP" w:cs="Noto Sans CJK JP"/>
        </w:rPr>
        <w:t xml:space="preserve"> (Vehicle Table) with Object Type </w:t>
      </w:r>
      <w:r>
        <w:rPr>
          <w:b/>
          <w:color w:val="404040"/>
          <w:sz w:val="24"/>
          <w:rFonts w:ascii="Inter" w:hAnsi="Inter" w:eastAsia="Noto Sans CJK JP" w:cs="Noto Sans CJK JP"/>
        </w:rPr>
        <w:t>Document</w:t>
      </w:r>
    </w:p>
    <w:p>
      <w:pPr>
        <w:pStyle w:val="ListBullet2"/>
      </w:pPr>
      <w:r>
        <w:rPr>
          <w:color w:val="4472C4"/>
          <w:sz w:val="24"/>
          <w:rFonts w:ascii="Times New Roman" w:hAnsi="Times New Roman" w:eastAsia="Noto Sans CJK JP" w:cs="Noto Sans CJK JP"/>
        </w:rPr>
        <w:t>VMST_CHILD</w:t>
      </w:r>
      <w:r>
        <w:rPr>
          <w:color w:val="404040"/>
          <w:sz w:val="24"/>
          <w:rFonts w:ascii="Inter" w:hAnsi="Inter" w:eastAsia="Noto Sans CJK JP" w:cs="Noto Sans CJK JP"/>
        </w:rPr>
        <w:t xml:space="preserve"> (Vehicle child Table) with Object Type </w:t>
      </w:r>
      <w:r>
        <w:rPr>
          <w:b/>
          <w:color w:val="404040"/>
          <w:sz w:val="24"/>
          <w:rFonts w:ascii="Inter" w:hAnsi="Inter" w:eastAsia="Noto Sans CJK JP" w:cs="Noto Sans CJK JP"/>
        </w:rPr>
        <w:t>Document Rows</w:t>
      </w:r>
    </w:p>
    <w:p>
      <w:pPr>
        <w:pStyle w:val="Heading2"/>
        <w:keepNext/>
        <w:keepLines/>
        <w:ind w:left="0"/>
        <w:outlineLvl w:val="1"/>
      </w:pPr>
      <w:r>
        <w:rPr>
          <w:b/>
          <w:color w:val="404040"/>
          <w:sz w:val="32"/>
          <w:rFonts w:ascii="Inter" w:hAnsi="Inter" w:eastAsia="Noto Sans CJK JP" w:cs="Noto Sans CJK JP"/>
        </w:rPr>
        <w:t>Create the user-defined fields</w:t>
      </w:r>
    </w:p>
    <w:p>
      <w:pPr>
        <w:pStyle w:val="Heading3"/>
        <w:keepNext/>
        <w:keepLines/>
        <w:ind w:left="0"/>
        <w:outlineLvl w:val="2"/>
      </w:pPr>
      <w:r>
        <w:rPr>
          <w:b/>
          <w:color w:val="404040"/>
          <w:sz w:val="28"/>
          <w:rFonts w:ascii="Inter" w:hAnsi="Inter" w:eastAsia="Noto Sans CJK JP" w:cs="Noto Sans CJK JP"/>
        </w:rPr>
        <w:t>Step 6: Open User-Defined Fields – Management</w:t>
      </w:r>
    </w:p>
    <w:p>
      <w:pPr>
        <w:keepNext/>
        <w:keepLines/>
      </w:pPr>
      <w:r>
        <w:rPr>
          <w:color w:val="404040"/>
          <w:sz w:val="24"/>
          <w:rFonts w:ascii="Inter" w:hAnsi="Inter" w:eastAsia="Noto Sans CJK JP" w:cs="Noto Sans CJK JP"/>
        </w:rPr>
        <w:t xml:space="preserve">In the top menu, select </w:t>
      </w:r>
      <w:r>
        <w:rPr>
          <w:b/>
          <w:color w:val="404040"/>
          <w:sz w:val="24"/>
          <w:rFonts w:ascii="Inter" w:hAnsi="Inter" w:eastAsia="Noto Sans CJK JP" w:cs="Noto Sans CJK JP"/>
        </w:rPr>
        <w:t>Tools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Customization Tools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User-Defined Fields – Management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35503"/>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935503"/>
                    </a:xfrm>
                    <a:prstGeom prst="rect"/>
                  </pic:spPr>
                </pic:pic>
              </a:graphicData>
            </a:graphic>
          </wp:inline>
        </w:drawing>
      </w:r>
    </w:p>
    <w:p>
      <w:pPr>
        <w:pStyle w:val="Caption"/>
        <w:jc w:val="center"/>
      </w:pPr>
      <w:r>
        <w:rPr>
          <w:b/>
          <w:color w:val="404040"/>
        </w:rPr>
        <w:t>Tools menu open with Customization Tools highlighted and User-Defined Fields – Management selected</w:t>
      </w:r>
    </w:p>
    <w:p>
      <w:pPr>
        <w:pStyle w:val="Heading3"/>
        <w:keepNext/>
        <w:keepLines/>
        <w:ind w:left="0"/>
        <w:outlineLvl w:val="2"/>
      </w:pPr>
      <w:r>
        <w:rPr>
          <w:b/>
          <w:color w:val="404040"/>
          <w:sz w:val="28"/>
          <w:rFonts w:ascii="Inter" w:hAnsi="Inter" w:eastAsia="Noto Sans CJK JP" w:cs="Noto Sans CJK JP"/>
        </w:rPr>
        <w:t>Step 7: Add the Name field to the parent table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User-Defined Fields – Management</w:t>
      </w:r>
      <w:r>
        <w:rPr>
          <w:color w:val="404040"/>
          <w:sz w:val="24"/>
          <w:rFonts w:ascii="Inter" w:hAnsi="Inter" w:eastAsia="Noto Sans CJK JP" w:cs="Noto Sans CJK JP"/>
        </w:rPr>
        <w:t xml:space="preserve"> window, expand the </w:t>
      </w:r>
      <w:r>
        <w:rPr>
          <w:b/>
          <w:color w:val="404040"/>
          <w:sz w:val="24"/>
          <w:rFonts w:ascii="Inter" w:hAnsi="Inter" w:eastAsia="Noto Sans CJK JP" w:cs="Noto Sans CJK JP"/>
        </w:rPr>
        <w:t>User Tables</w:t>
      </w:r>
      <w:r>
        <w:rPr>
          <w:color w:val="404040"/>
          <w:sz w:val="24"/>
          <w:rFonts w:ascii="Inter" w:hAnsi="Inter" w:eastAsia="Noto Sans CJK JP" w:cs="Noto Sans CJK JP"/>
        </w:rPr>
        <w:t xml:space="preserve"> section and select </w:t>
      </w:r>
      <w:r>
        <w:rPr>
          <w:color w:val="4472C4"/>
          <w:sz w:val="24"/>
          <w:rFonts w:ascii="Times New Roman" w:hAnsi="Times New Roman" w:eastAsia="Noto Sans CJK JP" w:cs="Noto Sans CJK JP"/>
        </w:rPr>
        <w:t>Vehicle Table</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open the </w:t>
      </w:r>
      <w:r>
        <w:rPr>
          <w:b/>
          <w:color w:val="404040"/>
          <w:sz w:val="24"/>
          <w:rFonts w:ascii="Inter" w:hAnsi="Inter" w:eastAsia="Noto Sans CJK JP" w:cs="Noto Sans CJK JP"/>
        </w:rPr>
        <w:t>Field Data</w:t>
      </w:r>
      <w:r>
        <w:rPr>
          <w:color w:val="404040"/>
          <w:sz w:val="24"/>
          <w:rFonts w:ascii="Inter" w:hAnsi="Inter" w:eastAsia="Noto Sans CJK JP" w:cs="Noto Sans CJK JP"/>
        </w:rPr>
        <w:t xml:space="preserve"> dialog, and enter these values:</w:t>
      </w:r>
    </w:p>
    <w:p>
      <w:pPr>
        <w:pStyle w:val="ListBullet2"/>
      </w:pPr>
      <w:r>
        <w:rPr>
          <w:b/>
          <w:color w:val="404040"/>
          <w:sz w:val="24"/>
          <w:rFonts w:ascii="Inter" w:hAnsi="Inter" w:eastAsia="Noto Sans CJK JP" w:cs="Noto Sans CJK JP"/>
        </w:rPr>
        <w:t>Title:</w:t>
      </w:r>
      <w:r>
        <w:rPr>
          <w:color w:val="404040"/>
          <w:sz w:val="24"/>
          <w:rFonts w:ascii="Inter" w:hAnsi="Inter" w:eastAsia="Noto Sans CJK JP" w:cs="Noto Sans CJK JP"/>
        </w:rPr>
        <w:t xml:space="preserve"> Name</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Name</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Alphanumeric</w:t>
      </w:r>
    </w:p>
    <w:p>
      <w:pPr>
        <w:pStyle w:val="ListBullet2"/>
      </w:pPr>
      <w:r>
        <w:rPr>
          <w:b/>
          <w:color w:val="404040"/>
          <w:sz w:val="24"/>
          <w:rFonts w:ascii="Inter" w:hAnsi="Inter" w:eastAsia="Noto Sans CJK JP" w:cs="Noto Sans CJK JP"/>
        </w:rPr>
        <w:t>Length:</w:t>
      </w:r>
      <w:r>
        <w:rPr>
          <w:color w:val="404040"/>
          <w:sz w:val="24"/>
          <w:rFonts w:ascii="Inter" w:hAnsi="Inter" w:eastAsia="Noto Sans CJK JP" w:cs="Noto Sans CJK JP"/>
        </w:rPr>
        <w:t xml:space="preserve"> 10</w:t>
      </w:r>
    </w:p>
    <w:p>
      <w:pPr>
        <w:keepNext/>
        <w:keepLines/>
      </w:pPr>
      <w:r>
        <w:rPr>
          <w:color w:val="404040"/>
          <w:sz w:val="24"/>
          <w:rFonts w:ascii="Inter" w:hAnsi="Inter" w:eastAsia="Noto Sans CJK JP" w:cs="Noto Sans CJK JP"/>
        </w:rPr>
        <w:t xml:space="preserve">Leave the other options at their defaults, then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create the field.</w:t>
      </w:r>
    </w:p>
    <w:p>
      <w:pPr>
        <w:keepNext/>
        <w:keepLines/>
        <w:jc w:val="center"/>
      </w:pPr>
      <w:r>
        <w:drawing>
          <wp:inline xmlns:a="http://schemas.openxmlformats.org/drawingml/2006/main" xmlns:pic="http://schemas.openxmlformats.org/drawingml/2006/picture">
            <wp:extent cx="5328000" cy="2935503"/>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935503"/>
                    </a:xfrm>
                    <a:prstGeom prst="rect"/>
                  </pic:spPr>
                </pic:pic>
              </a:graphicData>
            </a:graphic>
          </wp:inline>
        </w:drawing>
      </w:r>
    </w:p>
    <w:p>
      <w:pPr>
        <w:pStyle w:val="Caption"/>
        <w:jc w:val="center"/>
      </w:pPr>
      <w:r>
        <w:rPr>
          <w:b/>
          <w:color w:val="404040"/>
        </w:rPr>
        <w:t>Field Data dialog for adding the Name field to Vehicle Table, Type Alphanumeric, Length 10</w:t>
      </w:r>
    </w:p>
    <w:p>
      <w:pPr>
        <w:pStyle w:val="Heading3"/>
        <w:keepNext/>
        <w:keepLines/>
        <w:ind w:left="0"/>
        <w:outlineLvl w:val="2"/>
      </w:pPr>
      <w:r>
        <w:rPr>
          <w:b/>
          <w:color w:val="404040"/>
          <w:sz w:val="28"/>
          <w:rFonts w:ascii="Inter" w:hAnsi="Inter" w:eastAsia="Noto Sans CJK JP" w:cs="Noto Sans CJK JP"/>
        </w:rPr>
        <w:t>Step 8: Add the Date field to the parent table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again and enter these values:</w:t>
      </w:r>
    </w:p>
    <w:p>
      <w:pPr>
        <w:pStyle w:val="ListBullet2"/>
      </w:pPr>
      <w:r>
        <w:rPr>
          <w:b/>
          <w:color w:val="404040"/>
          <w:sz w:val="24"/>
          <w:rFonts w:ascii="Inter" w:hAnsi="Inter" w:eastAsia="Noto Sans CJK JP" w:cs="Noto Sans CJK JP"/>
        </w:rPr>
        <w:t>Title:</w:t>
      </w:r>
      <w:r>
        <w:rPr>
          <w:color w:val="404040"/>
          <w:sz w:val="24"/>
          <w:rFonts w:ascii="Inter" w:hAnsi="Inter" w:eastAsia="Noto Sans CJK JP" w:cs="Noto Sans CJK JP"/>
        </w:rPr>
        <w:t xml:space="preserve"> Date</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Date</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Date/Time (select it from the dropdown)</w:t>
      </w:r>
    </w:p>
    <w:p>
      <w:pPr>
        <w:pStyle w:val="ListBullet2"/>
      </w:pPr>
      <w:r>
        <w:rPr>
          <w:b/>
          <w:color w:val="404040"/>
          <w:sz w:val="24"/>
          <w:rFonts w:ascii="Inter" w:hAnsi="Inter" w:eastAsia="Noto Sans CJK JP" w:cs="Noto Sans CJK JP"/>
        </w:rPr>
        <w:t>Length:</w:t>
      </w:r>
      <w:r>
        <w:rPr>
          <w:color w:val="404040"/>
          <w:sz w:val="24"/>
          <w:rFonts w:ascii="Inter" w:hAnsi="Inter" w:eastAsia="Noto Sans CJK JP" w:cs="Noto Sans CJK JP"/>
        </w:rPr>
        <w:t xml:space="preserve"> 10 (default)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create the field.</w:t>
      </w:r>
    </w:p>
    <w:p>
      <w:pPr>
        <w:keepNext/>
        <w:keepLines/>
        <w:jc w:val="center"/>
      </w:pPr>
      <w:r>
        <w:drawing>
          <wp:inline xmlns:a="http://schemas.openxmlformats.org/drawingml/2006/main" xmlns:pic="http://schemas.openxmlformats.org/drawingml/2006/picture">
            <wp:extent cx="5328000" cy="2935503"/>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935503"/>
                    </a:xfrm>
                    <a:prstGeom prst="rect"/>
                  </pic:spPr>
                </pic:pic>
              </a:graphicData>
            </a:graphic>
          </wp:inline>
        </w:drawing>
      </w:r>
    </w:p>
    <w:p>
      <w:pPr>
        <w:pStyle w:val="Caption"/>
        <w:jc w:val="center"/>
      </w:pPr>
      <w:r>
        <w:rPr>
          <w:b/>
          <w:color w:val="404040"/>
        </w:rPr>
        <w:t>Field Data dialog for adding the Date field to Vehicle Table, Type Date/Time</w:t>
      </w:r>
    </w:p>
    <w:p>
      <w:pPr>
        <w:pStyle w:val="Heading3"/>
        <w:keepNext/>
        <w:keepLines/>
        <w:ind w:left="0"/>
        <w:outlineLvl w:val="2"/>
      </w:pPr>
      <w:r>
        <w:rPr>
          <w:b/>
          <w:color w:val="404040"/>
          <w:sz w:val="28"/>
          <w:rFonts w:ascii="Inter" w:hAnsi="Inter" w:eastAsia="Noto Sans CJK JP" w:cs="Noto Sans CJK JP"/>
        </w:rPr>
        <w:t>Step 9: Add the VehicleCode field to the child table</w:t>
      </w:r>
    </w:p>
    <w:p>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User Tables</w:t>
      </w:r>
      <w:r>
        <w:rPr>
          <w:color w:val="404040"/>
          <w:sz w:val="24"/>
          <w:rFonts w:ascii="Inter" w:hAnsi="Inter" w:eastAsia="Noto Sans CJK JP" w:cs="Noto Sans CJK JP"/>
        </w:rPr>
        <w:t xml:space="preserve">, select </w:t>
      </w:r>
      <w:r>
        <w:rPr>
          <w:color w:val="4472C4"/>
          <w:sz w:val="24"/>
          <w:rFonts w:ascii="Times New Roman" w:hAnsi="Times New Roman" w:eastAsia="Noto Sans CJK JP" w:cs="Noto Sans CJK JP"/>
        </w:rPr>
        <w:t>Vehicle child Table</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open the </w:t>
      </w:r>
      <w:r>
        <w:rPr>
          <w:b/>
          <w:color w:val="404040"/>
          <w:sz w:val="24"/>
          <w:rFonts w:ascii="Inter" w:hAnsi="Inter" w:eastAsia="Noto Sans CJK JP" w:cs="Noto Sans CJK JP"/>
        </w:rPr>
        <w:t>Field Data</w:t>
      </w:r>
      <w:r>
        <w:rPr>
          <w:color w:val="404040"/>
          <w:sz w:val="24"/>
          <w:rFonts w:ascii="Inter" w:hAnsi="Inter" w:eastAsia="Noto Sans CJK JP" w:cs="Noto Sans CJK JP"/>
        </w:rPr>
        <w:t xml:space="preserve"> dialog, and enter these values:</w:t>
      </w:r>
    </w:p>
    <w:p>
      <w:pPr>
        <w:pStyle w:val="ListBullet2"/>
      </w:pPr>
      <w:r>
        <w:rPr>
          <w:b/>
          <w:color w:val="404040"/>
          <w:sz w:val="24"/>
          <w:rFonts w:ascii="Inter" w:hAnsi="Inter" w:eastAsia="Noto Sans CJK JP" w:cs="Noto Sans CJK JP"/>
        </w:rPr>
        <w:t>Title:</w:t>
      </w:r>
      <w:r>
        <w:rPr>
          <w:color w:val="404040"/>
          <w:sz w:val="24"/>
          <w:rFonts w:ascii="Inter" w:hAnsi="Inter" w:eastAsia="Noto Sans CJK JP" w:cs="Noto Sans CJK JP"/>
        </w:rPr>
        <w:t xml:space="preserve"> VehicleCode</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Leave blank or enter a value as needed.</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Alphanumeric</w:t>
      </w:r>
    </w:p>
    <w:p>
      <w:pPr>
        <w:pStyle w:val="ListBullet2"/>
      </w:pPr>
      <w:r>
        <w:rPr>
          <w:b/>
          <w:color w:val="404040"/>
          <w:sz w:val="24"/>
          <w:rFonts w:ascii="Inter" w:hAnsi="Inter" w:eastAsia="Noto Sans CJK JP" w:cs="Noto Sans CJK JP"/>
        </w:rPr>
        <w:t>Length:</w:t>
      </w:r>
      <w:r>
        <w:rPr>
          <w:color w:val="404040"/>
          <w:sz w:val="24"/>
          <w:rFonts w:ascii="Inter" w:hAnsi="Inter" w:eastAsia="Noto Sans CJK JP" w:cs="Noto Sans CJK JP"/>
        </w:rPr>
        <w:t xml:space="preserve"> 10</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create the field.</w:t>
      </w:r>
    </w:p>
    <w:p>
      <w:pPr>
        <w:keepNext/>
        <w:keepLines/>
        <w:jc w:val="center"/>
      </w:pPr>
      <w:r>
        <w:drawing>
          <wp:inline xmlns:a="http://schemas.openxmlformats.org/drawingml/2006/main" xmlns:pic="http://schemas.openxmlformats.org/drawingml/2006/picture">
            <wp:extent cx="5328000" cy="2935503"/>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935503"/>
                    </a:xfrm>
                    <a:prstGeom prst="rect"/>
                  </pic:spPr>
                </pic:pic>
              </a:graphicData>
            </a:graphic>
          </wp:inline>
        </w:drawing>
      </w:r>
    </w:p>
    <w:p>
      <w:pPr>
        <w:pStyle w:val="Caption"/>
        <w:jc w:val="center"/>
      </w:pPr>
      <w:r>
        <w:rPr>
          <w:b/>
          <w:color w:val="404040"/>
        </w:rPr>
        <w:t>Field Data dialog for adding the VehicleCode field to Vehicle child Table, Type Alphanumeric, Length 10</w:t>
      </w:r>
    </w:p>
    <w:p>
      <w:pPr>
        <w:pStyle w:val="Heading3"/>
        <w:keepNext/>
        <w:keepLines/>
        <w:ind w:left="0"/>
        <w:outlineLvl w:val="2"/>
      </w:pPr>
      <w:r>
        <w:rPr>
          <w:b/>
          <w:color w:val="404040"/>
          <w:sz w:val="28"/>
          <w:rFonts w:ascii="Inter" w:hAnsi="Inter" w:eastAsia="Noto Sans CJK JP" w:cs="Noto Sans CJK JP"/>
        </w:rPr>
        <w:t>Step 10: Add the Description field to the child table</w:t>
      </w:r>
    </w:p>
    <w:p>
      <w:pPr/>
      <w:r>
        <w:rPr>
          <w:color w:val="404040"/>
          <w:sz w:val="24"/>
          <w:rFonts w:ascii="Inter" w:hAnsi="Inter" w:eastAsia="Noto Sans CJK JP" w:cs="Noto Sans CJK JP"/>
        </w:rPr>
        <w:t xml:space="preserve">Add a second field to </w:t>
      </w:r>
      <w:r>
        <w:rPr>
          <w:color w:val="4472C4"/>
          <w:sz w:val="24"/>
          <w:rFonts w:ascii="Times New Roman" w:hAnsi="Times New Roman" w:eastAsia="Noto Sans CJK JP" w:cs="Noto Sans CJK JP"/>
        </w:rPr>
        <w:t>Vehicle child Table</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Field Data</w:t>
      </w:r>
      <w:r>
        <w:rPr>
          <w:color w:val="404040"/>
          <w:sz w:val="24"/>
          <w:rFonts w:ascii="Inter" w:hAnsi="Inter" w:eastAsia="Noto Sans CJK JP" w:cs="Noto Sans CJK JP"/>
        </w:rPr>
        <w:t xml:space="preserve"> dialog, enter these values:</w:t>
      </w:r>
    </w:p>
    <w:p>
      <w:pPr>
        <w:pStyle w:val="ListBullet2"/>
      </w:pPr>
      <w:r>
        <w:rPr>
          <w:b/>
          <w:color w:val="404040"/>
          <w:sz w:val="24"/>
          <w:rFonts w:ascii="Inter" w:hAnsi="Inter" w:eastAsia="Noto Sans CJK JP" w:cs="Noto Sans CJK JP"/>
        </w:rPr>
        <w:t>Title:</w:t>
      </w:r>
      <w:r>
        <w:rPr>
          <w:color w:val="404040"/>
          <w:sz w:val="24"/>
          <w:rFonts w:ascii="Inter" w:hAnsi="Inter" w:eastAsia="Noto Sans CJK JP" w:cs="Noto Sans CJK JP"/>
        </w:rPr>
        <w:t xml:space="preserve"> Description</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Description</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Alphanumeric</w:t>
      </w:r>
    </w:p>
    <w:p>
      <w:pPr>
        <w:pStyle w:val="ListBullet2"/>
      </w:pPr>
      <w:r>
        <w:rPr>
          <w:b/>
          <w:color w:val="404040"/>
          <w:sz w:val="24"/>
          <w:rFonts w:ascii="Inter" w:hAnsi="Inter" w:eastAsia="Noto Sans CJK JP" w:cs="Noto Sans CJK JP"/>
        </w:rPr>
        <w:t>Length:</w:t>
      </w:r>
      <w:r>
        <w:rPr>
          <w:color w:val="404040"/>
          <w:sz w:val="24"/>
          <w:rFonts w:ascii="Inter" w:hAnsi="Inter" w:eastAsia="Noto Sans CJK JP" w:cs="Noto Sans CJK JP"/>
        </w:rPr>
        <w:t xml:space="preserve"> 20</w:t>
      </w:r>
    </w:p>
    <w:p>
      <w:pPr>
        <w:pStyle w:val="ListBullet2"/>
      </w:pPr>
      <w:r>
        <w:rPr>
          <w:b/>
          <w:color w:val="404040"/>
          <w:sz w:val="24"/>
          <w:rFonts w:ascii="Inter" w:hAnsi="Inter" w:eastAsia="Noto Sans CJK JP" w:cs="Noto Sans CJK JP"/>
        </w:rPr>
        <w:t>Structure:</w:t>
      </w:r>
      <w:r>
        <w:rPr>
          <w:color w:val="404040"/>
          <w:sz w:val="24"/>
          <w:rFonts w:ascii="Inter" w:hAnsi="Inter" w:eastAsia="Noto Sans CJK JP" w:cs="Noto Sans CJK JP"/>
        </w:rPr>
        <w:t xml:space="preserve"> Regular</w:t>
      </w:r>
    </w:p>
    <w:p>
      <w:pPr>
        <w:pStyle w:val="ListBullet2"/>
      </w:pPr>
      <w:r>
        <w:rPr>
          <w:b/>
          <w:color w:val="404040"/>
          <w:sz w:val="24"/>
          <w:rFonts w:ascii="Inter" w:hAnsi="Inter" w:eastAsia="Noto Sans CJK JP" w:cs="Noto Sans CJK JP"/>
        </w:rPr>
        <w:t>Validation:</w:t>
      </w:r>
      <w:r>
        <w:rPr>
          <w:color w:val="404040"/>
          <w:sz w:val="24"/>
          <w:rFonts w:ascii="Inter" w:hAnsi="Inter" w:eastAsia="Noto Sans CJK JP" w:cs="Noto Sans CJK JP"/>
        </w:rPr>
        <w:t xml:space="preserve"> None</w:t>
      </w:r>
    </w:p>
    <w:p>
      <w:pPr>
        <w:keepNext/>
        <w:keepLines/>
      </w:pPr>
      <w:r>
        <w:rPr>
          <w:color w:val="404040"/>
          <w:sz w:val="24"/>
          <w:rFonts w:ascii="Inter" w:hAnsi="Inter" w:eastAsia="Noto Sans CJK JP" w:cs="Noto Sans CJK JP"/>
        </w:rPr>
        <w:t xml:space="preserve">If you need them, you can select </w:t>
      </w:r>
      <w:r>
        <w:rPr>
          <w:b/>
          <w:color w:val="404040"/>
          <w:sz w:val="24"/>
          <w:rFonts w:ascii="Inter" w:hAnsi="Inter" w:eastAsia="Noto Sans CJK JP" w:cs="Noto Sans CJK JP"/>
        </w:rPr>
        <w:t>Set Default Value for Field</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Mandatory Field</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create the field.</w:t>
      </w:r>
    </w:p>
    <w:p>
      <w:pPr>
        <w:keepNext/>
        <w:keepLines/>
        <w:jc w:val="center"/>
      </w:pPr>
      <w:r>
        <w:drawing>
          <wp:inline xmlns:a="http://schemas.openxmlformats.org/drawingml/2006/main" xmlns:pic="http://schemas.openxmlformats.org/drawingml/2006/picture">
            <wp:extent cx="5328000" cy="2935503"/>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935503"/>
                    </a:xfrm>
                    <a:prstGeom prst="rect"/>
                  </pic:spPr>
                </pic:pic>
              </a:graphicData>
            </a:graphic>
          </wp:inline>
        </w:drawing>
      </w:r>
    </w:p>
    <w:p>
      <w:pPr>
        <w:pStyle w:val="Caption"/>
        <w:jc w:val="center"/>
      </w:pPr>
      <w:r>
        <w:rPr>
          <w:b/>
          <w:color w:val="404040"/>
        </w:rPr>
        <w:t>Field Data dialog for adding the Description field to Vehicle child Table, Type Alphanumeric, Length 20</w:t>
      </w:r>
    </w:p>
    <w:p>
      <w:pPr>
        <w:pStyle w:val="Heading3"/>
        <w:keepNext/>
        <w:keepLines/>
        <w:ind w:left="0"/>
        <w:outlineLvl w:val="2"/>
      </w:pPr>
      <w:r>
        <w:rPr>
          <w:b/>
          <w:color w:val="404040"/>
          <w:sz w:val="28"/>
          <w:rFonts w:ascii="Inter" w:hAnsi="Inter" w:eastAsia="Noto Sans CJK JP" w:cs="Noto Sans CJK JP"/>
        </w:rPr>
        <w:t>Step 11: Verify the child table fields</w:t>
      </w:r>
    </w:p>
    <w:p>
      <w:pPr/>
      <w:r>
        <w:rPr>
          <w:color w:val="404040"/>
          <w:sz w:val="24"/>
          <w:rFonts w:ascii="Inter" w:hAnsi="Inter" w:eastAsia="Noto Sans CJK JP" w:cs="Noto Sans CJK JP"/>
        </w:rPr>
        <w:t xml:space="preserve">Confirm that </w:t>
      </w:r>
      <w:r>
        <w:rPr>
          <w:color w:val="4472C4"/>
          <w:sz w:val="24"/>
          <w:rFonts w:ascii="Times New Roman" w:hAnsi="Times New Roman" w:eastAsia="Noto Sans CJK JP" w:cs="Noto Sans CJK JP"/>
        </w:rPr>
        <w:t>Vehicle child Table</w:t>
      </w:r>
      <w:r>
        <w:rPr>
          <w:color w:val="404040"/>
          <w:sz w:val="24"/>
          <w:rFonts w:ascii="Inter" w:hAnsi="Inter" w:eastAsia="Noto Sans CJK JP" w:cs="Noto Sans CJK JP"/>
        </w:rPr>
        <w:t xml:space="preserve"> now lists both fields:</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(Alphanumeric, 20)</w:t>
      </w:r>
    </w:p>
    <w:p>
      <w:pPr>
        <w:pStyle w:val="ListBullet2"/>
      </w:pPr>
      <w:r>
        <w:rPr>
          <w:b/>
          <w:color w:val="404040"/>
          <w:sz w:val="24"/>
          <w:rFonts w:ascii="Inter" w:hAnsi="Inter" w:eastAsia="Noto Sans CJK JP" w:cs="Noto Sans CJK JP"/>
        </w:rPr>
        <w:t>VehicleCode</w:t>
      </w:r>
      <w:r>
        <w:rPr>
          <w:color w:val="404040"/>
          <w:sz w:val="24"/>
          <w:rFonts w:ascii="Inter" w:hAnsi="Inter" w:eastAsia="Noto Sans CJK JP" w:cs="Noto Sans CJK JP"/>
        </w:rPr>
        <w:t xml:space="preserve"> (Alphanumeric, 10)</w:t>
      </w:r>
    </w:p>
    <w:p>
      <w:pPr>
        <w:keepNext/>
        <w:keepLines/>
      </w:pPr>
      <w:r>
        <w:rPr>
          <w:color w:val="404040"/>
          <w:sz w:val="24"/>
          <w:rFonts w:ascii="Inter" w:hAnsi="Inter" w:eastAsia="Noto Sans CJK JP" w:cs="Noto Sans CJK JP"/>
        </w:rPr>
        <w:t>Also check that the status bar displays "Operation completed successfully".</w:t>
      </w:r>
    </w:p>
    <w:p>
      <w:pPr>
        <w:keepNext/>
        <w:keepLines/>
        <w:jc w:val="center"/>
      </w:pPr>
      <w:r>
        <w:drawing>
          <wp:inline xmlns:a="http://schemas.openxmlformats.org/drawingml/2006/main" xmlns:pic="http://schemas.openxmlformats.org/drawingml/2006/picture">
            <wp:extent cx="5328000" cy="2935503"/>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935503"/>
                    </a:xfrm>
                    <a:prstGeom prst="rect"/>
                  </pic:spPr>
                </pic:pic>
              </a:graphicData>
            </a:graphic>
          </wp:inline>
        </w:drawing>
      </w:r>
    </w:p>
    <w:p>
      <w:pPr>
        <w:pStyle w:val="Caption"/>
        <w:jc w:val="center"/>
      </w:pPr>
      <w:r>
        <w:rPr>
          <w:b/>
          <w:color w:val="404040"/>
        </w:rPr>
        <w:t>User-Defined Fields – Management window listing the Description and VehicleCode fields under Vehicle child Table</w:t>
      </w:r>
    </w:p>
    <w:p>
      <w:pPr>
        <w:keepNext/>
        <w:keepLines/>
      </w:pPr>
      <w:r>
        <w:rPr>
          <w:color w:val="404040"/>
          <w:sz w:val="24"/>
          <w:rFonts w:ascii="Inter" w:hAnsi="Inter" w:eastAsia="Noto Sans CJK JP" w:cs="Noto Sans CJK JP"/>
        </w:rPr>
        <w:t xml:space="preserve">If SAP Business One shows a message about a database structure modification, read it. It says: "The database structure has been modified. In order to resume the process, all open windows will be closed. Do you want to continue adding the user-defined field?" Click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to proceed or </w:t>
      </w:r>
      <w:r>
        <w:rPr>
          <w:b/>
          <w:color w:val="404040"/>
          <w:sz w:val="24"/>
          <w:rFonts w:ascii="Inter" w:hAnsi="Inter" w:eastAsia="Noto Sans CJK JP" w:cs="Noto Sans CJK JP"/>
        </w:rPr>
        <w:t>No</w:t>
      </w:r>
      <w:r>
        <w:rPr>
          <w:color w:val="404040"/>
          <w:sz w:val="24"/>
          <w:rFonts w:ascii="Inter" w:hAnsi="Inter" w:eastAsia="Noto Sans CJK JP" w:cs="Noto Sans CJK JP"/>
        </w:rPr>
        <w:t xml:space="preserve"> to cancel the operation.</w:t>
      </w:r>
    </w:p>
    <w:p>
      <w:pPr>
        <w:keepNext/>
        <w:keepLines/>
        <w:jc w:val="center"/>
      </w:pPr>
      <w:r>
        <w:drawing>
          <wp:inline xmlns:a="http://schemas.openxmlformats.org/drawingml/2006/main" xmlns:pic="http://schemas.openxmlformats.org/drawingml/2006/picture">
            <wp:extent cx="5328000" cy="2935503"/>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935503"/>
                    </a:xfrm>
                    <a:prstGeom prst="rect"/>
                  </pic:spPr>
                </pic:pic>
              </a:graphicData>
            </a:graphic>
          </wp:inline>
        </w:drawing>
      </w:r>
    </w:p>
    <w:p>
      <w:pPr>
        <w:pStyle w:val="Caption"/>
        <w:jc w:val="center"/>
      </w:pPr>
      <w:r>
        <w:rPr>
          <w:b/>
          <w:color w:val="404040"/>
        </w:rPr>
        <w:t>System message over the User-Defined Fields – Management window asking whether to continue adding the field after a database structure modification, with Yes and No options and No highlighted</w:t>
      </w:r>
    </w:p>
    <w:p>
      <w:pPr>
        <w:pStyle w:val="Heading2"/>
        <w:keepNext/>
        <w:keepLines/>
        <w:ind w:left="0"/>
        <w:outlineLvl w:val="1"/>
      </w:pPr>
      <w:r>
        <w:rPr>
          <w:b/>
          <w:color w:val="404040"/>
          <w:sz w:val="32"/>
          <w:rFonts w:ascii="Inter" w:hAnsi="Inter" w:eastAsia="Noto Sans CJK JP" w:cs="Noto Sans CJK JP"/>
        </w:rPr>
        <w:t>Register the user-defined object</w:t>
      </w:r>
    </w:p>
    <w:p>
      <w:pPr>
        <w:pStyle w:val="Heading3"/>
        <w:keepNext/>
        <w:keepLines/>
        <w:ind w:left="0"/>
        <w:outlineLvl w:val="2"/>
      </w:pPr>
      <w:r>
        <w:rPr>
          <w:b/>
          <w:color w:val="404040"/>
          <w:sz w:val="28"/>
          <w:rFonts w:ascii="Inter" w:hAnsi="Inter" w:eastAsia="Noto Sans CJK JP" w:cs="Noto Sans CJK JP"/>
        </w:rPr>
        <w:t>Step 12: Open the Object Registration Wizard</w:t>
      </w:r>
    </w:p>
    <w:p>
      <w:pPr>
        <w:keepNext/>
        <w:keepLines/>
      </w:pPr>
      <w:r>
        <w:rPr>
          <w:color w:val="404040"/>
          <w:sz w:val="24"/>
          <w:rFonts w:ascii="Inter" w:hAnsi="Inter" w:eastAsia="Noto Sans CJK JP" w:cs="Noto Sans CJK JP"/>
        </w:rPr>
        <w:t xml:space="preserve">In the top menu, select </w:t>
      </w:r>
      <w:r>
        <w:rPr>
          <w:b/>
          <w:color w:val="404040"/>
          <w:sz w:val="24"/>
          <w:rFonts w:ascii="Inter" w:hAnsi="Inter" w:eastAsia="Noto Sans CJK JP" w:cs="Noto Sans CJK JP"/>
        </w:rPr>
        <w:t>Tools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Customization Tools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Object Registration Wizard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35503"/>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935503"/>
                    </a:xfrm>
                    <a:prstGeom prst="rect"/>
                  </pic:spPr>
                </pic:pic>
              </a:graphicData>
            </a:graphic>
          </wp:inline>
        </w:drawing>
      </w:r>
    </w:p>
    <w:p>
      <w:pPr>
        <w:pStyle w:val="Caption"/>
        <w:jc w:val="center"/>
      </w:pPr>
      <w:r>
        <w:rPr>
          <w:b/>
          <w:color w:val="404040"/>
        </w:rPr>
        <w:t>Tools menu open with Customization Tools highlighted, ready to select Object Registration Wizard</w:t>
      </w:r>
    </w:p>
    <w:p>
      <w:pPr>
        <w:pStyle w:val="Heading3"/>
        <w:keepNext/>
        <w:keepLines/>
        <w:ind w:left="0"/>
        <w:outlineLvl w:val="2"/>
      </w:pPr>
      <w:r>
        <w:rPr>
          <w:b/>
          <w:color w:val="404040"/>
          <w:sz w:val="28"/>
          <w:rFonts w:ascii="Inter" w:hAnsi="Inter" w:eastAsia="Noto Sans CJK JP" w:cs="Noto Sans CJK JP"/>
        </w:rPr>
        <w:t>Step 13: Review the wizard introduction</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User-Defined Object Registration</w:t>
      </w:r>
      <w:r>
        <w:rPr>
          <w:color w:val="404040"/>
          <w:sz w:val="24"/>
          <w:rFonts w:ascii="Inter" w:hAnsi="Inter" w:eastAsia="Noto Sans CJK JP" w:cs="Noto Sans CJK JP"/>
        </w:rPr>
        <w:t xml:space="preserve"> window opens with an introduction. It outlines three tasks:</w:t>
      </w:r>
    </w:p>
    <w:p>
      <w:pPr>
        <w:pStyle w:val="ListNumber2"/>
        <w:numPr>
          <w:ilvl w:val="0"/>
          <w:numId w:val="10"/>
        </w:numPr>
        <w:spacing w:before="120"/>
      </w:pPr>
      <w:r>
        <w:rPr>
          <w:color w:val="404040"/>
          <w:sz w:val="24"/>
          <w:rFonts w:ascii="Inter" w:hAnsi="Inter" w:eastAsia="Noto Sans CJK JP" w:cs="Noto Sans CJK JP"/>
        </w:rPr>
        <w:t>Link the user-defined object to your pre-defined user table or tables.</w:t>
      </w:r>
    </w:p>
    <w:p>
      <w:pPr>
        <w:pStyle w:val="ListNumber2"/>
        <w:numPr>
          <w:ilvl w:val="0"/>
          <w:numId w:val="10"/>
        </w:numPr>
      </w:pPr>
      <w:r>
        <w:rPr>
          <w:color w:val="404040"/>
          <w:sz w:val="24"/>
          <w:rFonts w:ascii="Inter" w:hAnsi="Inter" w:eastAsia="Noto Sans CJK JP" w:cs="Noto Sans CJK JP"/>
        </w:rPr>
        <w:t>Set SAP Business One services for your user-defined object.</w:t>
      </w:r>
    </w:p>
    <w:p>
      <w:pPr>
        <w:pStyle w:val="ListNumber2"/>
        <w:numPr>
          <w:ilvl w:val="0"/>
          <w:numId w:val="10"/>
        </w:numPr>
      </w:pPr>
      <w:r>
        <w:rPr>
          <w:color w:val="404040"/>
          <w:sz w:val="24"/>
          <w:rFonts w:ascii="Inter" w:hAnsi="Inter" w:eastAsia="Noto Sans CJK JP" w:cs="Noto Sans CJK JP"/>
        </w:rPr>
        <w:t>Optionally, link a business logic implementation (DLL).</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2935503"/>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935503"/>
                    </a:xfrm>
                    <a:prstGeom prst="rect"/>
                  </pic:spPr>
                </pic:pic>
              </a:graphicData>
            </a:graphic>
          </wp:inline>
        </w:drawing>
      </w:r>
    </w:p>
    <w:p>
      <w:pPr>
        <w:pStyle w:val="Caption"/>
        <w:jc w:val="center"/>
      </w:pPr>
      <w:r>
        <w:rPr>
          <w:b/>
          <w:color w:val="404040"/>
        </w:rPr>
        <w:t>User-Defined Object Registration wizard introduction screen</w:t>
      </w:r>
    </w:p>
    <w:p>
      <w:pPr>
        <w:pStyle w:val="Heading3"/>
        <w:keepNext/>
        <w:keepLines/>
        <w:ind w:left="0"/>
        <w:outlineLvl w:val="2"/>
      </w:pPr>
      <w:r>
        <w:rPr>
          <w:b/>
          <w:color w:val="404040"/>
          <w:sz w:val="28"/>
          <w:rFonts w:ascii="Inter" w:hAnsi="Inter" w:eastAsia="Noto Sans CJK JP" w:cs="Noto Sans CJK JP"/>
        </w:rPr>
        <w:t>Step 14: Select the registration mode</w:t>
      </w:r>
    </w:p>
    <w:p>
      <w:pPr>
        <w:keepNext/>
        <w:keepLines/>
      </w:pPr>
      <w:r>
        <w:rPr>
          <w:color w:val="404040"/>
          <w:sz w:val="24"/>
          <w:rFonts w:ascii="Inter" w:hAnsi="Inter" w:eastAsia="Noto Sans CJK JP" w:cs="Noto Sans CJK JP"/>
        </w:rPr>
        <w:t xml:space="preserve">Choose </w:t>
      </w:r>
      <w:r>
        <w:rPr>
          <w:b/>
          <w:color w:val="404040"/>
          <w:sz w:val="24"/>
          <w:rFonts w:ascii="Inter" w:hAnsi="Inter" w:eastAsia="Noto Sans CJK JP" w:cs="Noto Sans CJK JP"/>
        </w:rPr>
        <w:t>Add a New Object</w:t>
      </w:r>
      <w:r>
        <w:rPr>
          <w:color w:val="404040"/>
          <w:sz w:val="24"/>
          <w:rFonts w:ascii="Inter" w:hAnsi="Inter" w:eastAsia="Noto Sans CJK JP" w:cs="Noto Sans CJK JP"/>
        </w:rPr>
        <w:t xml:space="preserve">. The other options are </w:t>
      </w:r>
      <w:r>
        <w:rPr>
          <w:b/>
          <w:color w:val="404040"/>
          <w:sz w:val="24"/>
          <w:rFonts w:ascii="Inter" w:hAnsi="Inter" w:eastAsia="Noto Sans CJK JP" w:cs="Noto Sans CJK JP"/>
        </w:rPr>
        <w:t>Update an existing object</w:t>
      </w:r>
      <w:r>
        <w:rPr>
          <w:color w:val="404040"/>
          <w:sz w:val="24"/>
          <w:rFonts w:ascii="Inter" w:hAnsi="Inter" w:eastAsia="Noto Sans CJK JP" w:cs="Noto Sans CJK JP"/>
        </w:rPr>
        <w:t xml:space="preserve">, </w:t>
      </w:r>
      <w:r>
        <w:rPr>
          <w:b/>
          <w:color w:val="404040"/>
          <w:sz w:val="24"/>
          <w:rFonts w:ascii="Inter" w:hAnsi="Inter" w:eastAsia="Noto Sans CJK JP" w:cs="Noto Sans CJK JP"/>
        </w:rPr>
        <w:t>Unregister an existing object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Delete an existing object</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to continue.</w:t>
      </w:r>
    </w:p>
    <w:p>
      <w:pPr>
        <w:keepNext/>
        <w:keepLines/>
        <w:jc w:val="center"/>
      </w:pPr>
      <w:r>
        <w:drawing>
          <wp:inline xmlns:a="http://schemas.openxmlformats.org/drawingml/2006/main" xmlns:pic="http://schemas.openxmlformats.org/drawingml/2006/picture">
            <wp:extent cx="5328000" cy="2935503"/>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935503"/>
                    </a:xfrm>
                    <a:prstGeom prst="rect"/>
                  </pic:spPr>
                </pic:pic>
              </a:graphicData>
            </a:graphic>
          </wp:inline>
        </w:drawing>
      </w:r>
    </w:p>
    <w:p>
      <w:pPr>
        <w:pStyle w:val="Caption"/>
        <w:jc w:val="center"/>
      </w:pPr>
      <w:r>
        <w:rPr>
          <w:b/>
          <w:color w:val="404040"/>
        </w:rPr>
        <w:t>Registration mode screen with Add a New Object selected</w:t>
      </w:r>
    </w:p>
    <w:p>
      <w:pPr>
        <w:pStyle w:val="Heading3"/>
        <w:keepNext/>
        <w:keepLines/>
        <w:ind w:left="0"/>
        <w:outlineLvl w:val="2"/>
      </w:pPr>
      <w:r>
        <w:rPr>
          <w:b/>
          <w:color w:val="404040"/>
          <w:sz w:val="28"/>
          <w:rFonts w:ascii="Inter" w:hAnsi="Inter" w:eastAsia="Noto Sans CJK JP" w:cs="Noto Sans CJK JP"/>
        </w:rPr>
        <w:t>Step 15: Define the basic settings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Defining Basic Settings</w:t>
      </w:r>
      <w:r>
        <w:rPr>
          <w:color w:val="404040"/>
          <w:sz w:val="24"/>
          <w:rFonts w:ascii="Inter" w:hAnsi="Inter" w:eastAsia="Noto Sans CJK JP" w:cs="Noto Sans CJK JP"/>
        </w:rPr>
        <w:t xml:space="preserve"> window, enter these values:</w:t>
      </w:r>
    </w:p>
    <w:p>
      <w:pPr>
        <w:pStyle w:val="ListBullet2"/>
      </w:pPr>
      <w:r>
        <w:rPr>
          <w:b/>
          <w:color w:val="404040"/>
          <w:sz w:val="24"/>
          <w:rFonts w:ascii="Inter" w:hAnsi="Inter" w:eastAsia="Noto Sans CJK JP" w:cs="Noto Sans CJK JP"/>
        </w:rPr>
        <w:t>Unique ID:</w:t>
      </w:r>
      <w:r>
        <w:rPr>
          <w:color w:val="404040"/>
          <w:sz w:val="24"/>
          <w:rFonts w:ascii="Inter" w:hAnsi="Inter" w:eastAsia="Noto Sans CJK JP" w:cs="Noto Sans CJK JP"/>
        </w:rPr>
        <w:t xml:space="preserve"> VMSD</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VMSD</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Select </w:t>
      </w:r>
      <w:r>
        <w:rPr>
          <w:color w:val="4472C4"/>
          <w:sz w:val="24"/>
          <w:rFonts w:ascii="Times New Roman" w:hAnsi="Times New Roman" w:eastAsia="Noto Sans CJK JP" w:cs="Noto Sans CJK JP"/>
        </w:rPr>
        <w:t>Document</w:t>
      </w:r>
      <w:r>
        <w:rPr>
          <w:color w:val="404040"/>
          <w:sz w:val="24"/>
          <w:rFonts w:ascii="Inter" w:hAnsi="Inter" w:eastAsia="Noto Sans CJK JP" w:cs="Noto Sans CJK JP"/>
        </w:rPr>
        <w:t xml:space="preserve"> from the dropdown.</w:t>
      </w:r>
    </w:p>
    <w:p>
      <w:pPr>
        <w:keepNext/>
        <w:keepLines/>
      </w:pPr>
      <w:r>
        <w:rPr>
          <w:color w:val="404040"/>
          <w:sz w:val="24"/>
          <w:rFonts w:ascii="Inter" w:hAnsi="Inter" w:eastAsia="Noto Sans CJK JP" w:cs="Noto Sans CJK JP"/>
        </w:rPr>
        <w:t xml:space="preserve">You choose the </w:t>
      </w:r>
      <w:r>
        <w:rPr>
          <w:b/>
          <w:color w:val="404040"/>
          <w:sz w:val="24"/>
          <w:rFonts w:ascii="Inter" w:hAnsi="Inter" w:eastAsia="Noto Sans CJK JP" w:cs="Noto Sans CJK JP"/>
        </w:rPr>
        <w:t>Table Name</w:t>
      </w:r>
      <w:r>
        <w:rPr>
          <w:color w:val="404040"/>
          <w:sz w:val="24"/>
          <w:rFonts w:ascii="Inter" w:hAnsi="Inter" w:eastAsia="Noto Sans CJK JP" w:cs="Noto Sans CJK JP"/>
        </w:rPr>
        <w:t xml:space="preserve"> in the next step. At this stage, only </w:t>
      </w:r>
      <w:r>
        <w:rPr>
          <w:color w:val="4472C4"/>
          <w:sz w:val="24"/>
          <w:rFonts w:ascii="Times New Roman" w:hAnsi="Times New Roman" w:eastAsia="Noto Sans CJK JP" w:cs="Noto Sans CJK JP"/>
        </w:rPr>
        <w:t>Master Data</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Document</w:t>
      </w:r>
      <w:r>
        <w:rPr>
          <w:color w:val="404040"/>
          <w:sz w:val="24"/>
          <w:rFonts w:ascii="Inter" w:hAnsi="Inter" w:eastAsia="Noto Sans CJK JP" w:cs="Noto Sans CJK JP"/>
        </w:rPr>
        <w:t xml:space="preserve"> are available as object types.</w:t>
      </w:r>
    </w:p>
    <w:p>
      <w:pPr>
        <w:keepNext/>
        <w:keepLines/>
        <w:jc w:val="center"/>
      </w:pPr>
      <w:r>
        <w:drawing>
          <wp:inline xmlns:a="http://schemas.openxmlformats.org/drawingml/2006/main" xmlns:pic="http://schemas.openxmlformats.org/drawingml/2006/picture">
            <wp:extent cx="5328000" cy="2935503"/>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935503"/>
                    </a:xfrm>
                    <a:prstGeom prst="rect"/>
                  </pic:spPr>
                </pic:pic>
              </a:graphicData>
            </a:graphic>
          </wp:inline>
        </w:drawing>
      </w:r>
    </w:p>
    <w:p>
      <w:pPr>
        <w:pStyle w:val="Caption"/>
        <w:jc w:val="center"/>
      </w:pPr>
      <w:r>
        <w:rPr>
          <w:b/>
          <w:color w:val="404040"/>
        </w:rPr>
        <w:t>Defining Basic Settings dialog with the Unique ID and Name fields and the Type dropdown showing Master Data and Document</w:t>
      </w:r>
    </w:p>
    <w:p>
      <w:pPr>
        <w:pStyle w:val="Heading3"/>
        <w:keepNext/>
        <w:keepLines/>
        <w:ind w:left="0"/>
        <w:outlineLvl w:val="2"/>
      </w:pPr>
      <w:r>
        <w:rPr>
          <w:b/>
          <w:color w:val="404040"/>
          <w:sz w:val="28"/>
          <w:rFonts w:ascii="Inter" w:hAnsi="Inter" w:eastAsia="Noto Sans CJK JP" w:cs="Noto Sans CJK JP"/>
        </w:rPr>
        <w:t>Step 16: Open the list of user tables</w:t>
      </w:r>
    </w:p>
    <w:p>
      <w:pPr/>
      <w:r>
        <w:rPr>
          <w:color w:val="404040"/>
          <w:sz w:val="24"/>
          <w:rFonts w:ascii="Inter" w:hAnsi="Inter" w:eastAsia="Noto Sans CJK JP" w:cs="Noto Sans CJK JP"/>
        </w:rPr>
        <w:t xml:space="preserve">Click the lookup button next to </w:t>
      </w:r>
      <w:r>
        <w:rPr>
          <w:b/>
          <w:color w:val="404040"/>
          <w:sz w:val="24"/>
          <w:rFonts w:ascii="Inter" w:hAnsi="Inter" w:eastAsia="Noto Sans CJK JP" w:cs="Noto Sans CJK JP"/>
        </w:rPr>
        <w:t>Table Name</w:t>
      </w:r>
      <w:r>
        <w:rPr>
          <w:color w:val="404040"/>
          <w:sz w:val="24"/>
          <w:rFonts w:ascii="Inter" w:hAnsi="Inter" w:eastAsia="Noto Sans CJK JP" w:cs="Noto Sans CJK JP"/>
        </w:rPr>
        <w:t xml:space="preserve"> to open the </w:t>
      </w:r>
      <w:r>
        <w:rPr>
          <w:b/>
          <w:color w:val="404040"/>
          <w:sz w:val="24"/>
          <w:rFonts w:ascii="Inter" w:hAnsi="Inter" w:eastAsia="Noto Sans CJK JP" w:cs="Noto Sans CJK JP"/>
        </w:rPr>
        <w:t>List of User Tables</w:t>
      </w:r>
      <w:r>
        <w:rPr>
          <w:color w:val="404040"/>
          <w:sz w:val="24"/>
          <w:rFonts w:ascii="Inter" w:hAnsi="Inter" w:eastAsia="Noto Sans CJK JP" w:cs="Noto Sans CJK JP"/>
        </w:rPr>
        <w:t xml:space="preserve"> dialog. The list depends on the type you selected:</w:t>
      </w:r>
    </w:p>
    <w:p>
      <w:pPr>
        <w:pStyle w:val="ListBullet2"/>
      </w:pPr>
      <w:r>
        <w:rPr>
          <w:color w:val="404040"/>
          <w:sz w:val="24"/>
          <w:rFonts w:ascii="Inter" w:hAnsi="Inter" w:eastAsia="Noto Sans CJK JP" w:cs="Noto Sans CJK JP"/>
        </w:rPr>
        <w:t xml:space="preserve">If you select </w:t>
      </w:r>
      <w:r>
        <w:rPr>
          <w:color w:val="4472C4"/>
          <w:sz w:val="24"/>
          <w:rFonts w:ascii="Times New Roman" w:hAnsi="Times New Roman" w:eastAsia="Noto Sans CJK JP" w:cs="Noto Sans CJK JP"/>
        </w:rPr>
        <w:t>Master Data</w:t>
      </w:r>
      <w:r>
        <w:rPr>
          <w:color w:val="404040"/>
          <w:sz w:val="24"/>
          <w:rFonts w:ascii="Inter" w:hAnsi="Inter" w:eastAsia="Noto Sans CJK JP" w:cs="Noto Sans CJK JP"/>
        </w:rPr>
        <w:t>, the list is empty because you haven't created any master data tables.</w:t>
      </w:r>
    </w:p>
    <w:p>
      <w:pPr>
        <w:pStyle w:val="ListBullet2"/>
        <w:keepNext/>
        <w:keepLines/>
      </w:pPr>
      <w:r>
        <w:rPr>
          <w:color w:val="404040"/>
          <w:sz w:val="24"/>
          <w:rFonts w:ascii="Inter" w:hAnsi="Inter" w:eastAsia="Noto Sans CJK JP" w:cs="Noto Sans CJK JP"/>
        </w:rPr>
        <w:t xml:space="preserve">If you select </w:t>
      </w:r>
      <w:r>
        <w:rPr>
          <w:color w:val="4472C4"/>
          <w:sz w:val="24"/>
          <w:rFonts w:ascii="Times New Roman" w:hAnsi="Times New Roman" w:eastAsia="Noto Sans CJK JP" w:cs="Noto Sans CJK JP"/>
        </w:rPr>
        <w:t>Document</w:t>
      </w:r>
      <w:r>
        <w:rPr>
          <w:color w:val="404040"/>
          <w:sz w:val="24"/>
          <w:rFonts w:ascii="Inter" w:hAnsi="Inter" w:eastAsia="Noto Sans CJK JP" w:cs="Noto Sans CJK JP"/>
        </w:rPr>
        <w:t>, the list shows the available document tables.</w:t>
      </w:r>
    </w:p>
    <w:p>
      <w:pPr>
        <w:keepNext/>
        <w:keepLines/>
        <w:jc w:val="center"/>
      </w:pPr>
      <w:r>
        <w:drawing>
          <wp:inline xmlns:a="http://schemas.openxmlformats.org/drawingml/2006/main" xmlns:pic="http://schemas.openxmlformats.org/drawingml/2006/picture">
            <wp:extent cx="5328000" cy="2935503"/>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935503"/>
                    </a:xfrm>
                    <a:prstGeom prst="rect"/>
                  </pic:spPr>
                </pic:pic>
              </a:graphicData>
            </a:graphic>
          </wp:inline>
        </w:drawing>
      </w:r>
    </w:p>
    <w:p>
      <w:pPr>
        <w:pStyle w:val="Caption"/>
        <w:jc w:val="center"/>
      </w:pPr>
      <w:r>
        <w:rPr>
          <w:b/>
          <w:color w:val="404040"/>
        </w:rPr>
        <w:t>List of User Tables dialog showing no available tables for the Master Data type</w:t>
      </w:r>
    </w:p>
    <w:p>
      <w:pPr>
        <w:pStyle w:val="Heading3"/>
        <w:keepNext/>
        <w:keepLines/>
        <w:ind w:left="0"/>
        <w:outlineLvl w:val="2"/>
      </w:pPr>
      <w:r>
        <w:rPr>
          <w:b/>
          <w:color w:val="404040"/>
          <w:sz w:val="28"/>
          <w:rFonts w:ascii="Inter" w:hAnsi="Inter" w:eastAsia="Noto Sans CJK JP" w:cs="Noto Sans CJK JP"/>
        </w:rPr>
        <w:t>Step 17: Select the main document table</w:t>
      </w:r>
    </w:p>
    <w:p>
      <w:pPr/>
      <w:r>
        <w:rPr>
          <w:color w:val="404040"/>
          <w:sz w:val="24"/>
          <w:rFonts w:ascii="Inter" w:hAnsi="Inter" w:eastAsia="Noto Sans CJK JP" w:cs="Noto Sans CJK JP"/>
        </w:rPr>
        <w:t xml:space="preserve">With </w:t>
      </w:r>
      <w:r>
        <w:rPr>
          <w:color w:val="4472C4"/>
          <w:sz w:val="24"/>
          <w:rFonts w:ascii="Times New Roman" w:hAnsi="Times New Roman" w:eastAsia="Noto Sans CJK JP" w:cs="Noto Sans CJK JP"/>
        </w:rPr>
        <w:t>Document</w:t>
      </w:r>
      <w:r>
        <w:rPr>
          <w:color w:val="404040"/>
          <w:sz w:val="24"/>
          <w:rFonts w:ascii="Inter" w:hAnsi="Inter" w:eastAsia="Noto Sans CJK JP" w:cs="Noto Sans CJK JP"/>
        </w:rPr>
        <w:t xml:space="preserve"> as the type, find the table with these details in the </w:t>
      </w:r>
      <w:r>
        <w:rPr>
          <w:b/>
          <w:color w:val="404040"/>
          <w:sz w:val="24"/>
          <w:rFonts w:ascii="Inter" w:hAnsi="Inter" w:eastAsia="Noto Sans CJK JP" w:cs="Noto Sans CJK JP"/>
        </w:rPr>
        <w:t>List of User Tables</w:t>
      </w:r>
      <w:r>
        <w:rPr>
          <w:color w:val="404040"/>
          <w:sz w:val="24"/>
          <w:rFonts w:ascii="Inter" w:hAnsi="Inter" w:eastAsia="Noto Sans CJK JP" w:cs="Noto Sans CJK JP"/>
        </w:rPr>
        <w:t xml:space="preserve"> dialog:</w:t>
      </w:r>
    </w:p>
    <w:p>
      <w:pPr>
        <w:pStyle w:val="ListBullet2"/>
      </w:pPr>
      <w:r>
        <w:rPr>
          <w:b/>
          <w:color w:val="404040"/>
          <w:sz w:val="24"/>
          <w:rFonts w:ascii="Inter" w:hAnsi="Inter" w:eastAsia="Noto Sans CJK JP" w:cs="Noto Sans CJK JP"/>
        </w:rPr>
        <w:t>Table Name:</w:t>
      </w:r>
      <w:r>
        <w:rPr>
          <w:color w:val="404040"/>
          <w:sz w:val="24"/>
          <w:rFonts w:ascii="Inter" w:hAnsi="Inter" w:eastAsia="Noto Sans CJK JP" w:cs="Noto Sans CJK JP"/>
        </w:rPr>
        <w:t xml:space="preserve"> VMST</w:t>
      </w:r>
    </w:p>
    <w:p>
      <w:pPr>
        <w:pStyle w:val="ListBullet2"/>
      </w:pPr>
      <w:r>
        <w:rPr>
          <w:b/>
          <w:color w:val="404040"/>
          <w:sz w:val="24"/>
          <w:rFonts w:ascii="Inter" w:hAnsi="Inter" w:eastAsia="Noto Sans CJK JP" w:cs="Noto Sans CJK JP"/>
        </w:rPr>
        <w:t>Table Description:</w:t>
      </w:r>
      <w:r>
        <w:rPr>
          <w:color w:val="404040"/>
          <w:sz w:val="24"/>
          <w:rFonts w:ascii="Inter" w:hAnsi="Inter" w:eastAsia="Noto Sans CJK JP" w:cs="Noto Sans CJK JP"/>
        </w:rPr>
        <w:t xml:space="preserve"> Vehicle Table</w:t>
      </w:r>
    </w:p>
    <w:p>
      <w:pPr>
        <w:keepNext/>
        <w:keepLines/>
      </w:pPr>
      <w:r>
        <w:rPr>
          <w:color w:val="404040"/>
          <w:sz w:val="24"/>
          <w:rFonts w:ascii="Inter" w:hAnsi="Inter" w:eastAsia="Noto Sans CJK JP" w:cs="Noto Sans CJK JP"/>
        </w:rPr>
        <w:t xml:space="preserve">Select only the main document table, </w:t>
      </w:r>
      <w:r>
        <w:rPr>
          <w:color w:val="4472C4"/>
          <w:sz w:val="24"/>
          <w:rFonts w:ascii="Times New Roman" w:hAnsi="Times New Roman" w:eastAsia="Noto Sans CJK JP" w:cs="Noto Sans CJK JP"/>
        </w:rPr>
        <w:t>VMST</w:t>
      </w:r>
      <w:r>
        <w:rPr>
          <w:color w:val="404040"/>
          <w:sz w:val="24"/>
          <w:rFonts w:ascii="Inter" w:hAnsi="Inter" w:eastAsia="Noto Sans CJK JP" w:cs="Noto Sans CJK JP"/>
        </w:rPr>
        <w:t xml:space="preserve">. Do not select the rows table or any child table at this stage. Click </w:t>
      </w:r>
      <w:r>
        <w:rPr>
          <w:b/>
          <w:color w:val="404040"/>
          <w:sz w:val="24"/>
          <w:rFonts w:ascii="Inter" w:hAnsi="Inter" w:eastAsia="Noto Sans CJK JP" w:cs="Noto Sans CJK JP"/>
        </w:rPr>
        <w:t>Choose</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2935503"/>
            <wp:docPr id="18" name="Picture 1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935503"/>
                    </a:xfrm>
                    <a:prstGeom prst="rect"/>
                  </pic:spPr>
                </pic:pic>
              </a:graphicData>
            </a:graphic>
          </wp:inline>
        </w:drawing>
      </w:r>
    </w:p>
    <w:p>
      <w:pPr>
        <w:pStyle w:val="Caption"/>
        <w:jc w:val="center"/>
      </w:pPr>
      <w:r>
        <w:rPr>
          <w:b/>
          <w:color w:val="404040"/>
        </w:rPr>
        <w:t>List of User Tables dialog with VMST (Vehicle Table) selected as the main document table</w:t>
      </w:r>
    </w:p>
    <w:p>
      <w:pPr>
        <w:pStyle w:val="Heading2"/>
        <w:keepNext/>
        <w:keepLines/>
        <w:ind w:left="0"/>
        <w:outlineLvl w:val="1"/>
      </w:pPr>
      <w:r>
        <w:rPr>
          <w:b/>
          <w:color w:val="404040"/>
          <w:sz w:val="32"/>
          <w:rFonts w:ascii="Inter" w:hAnsi="Inter" w:eastAsia="Noto Sans CJK JP" w:cs="Noto Sans CJK JP"/>
        </w:rPr>
        <w:t>Set services and UI settings</w:t>
      </w:r>
    </w:p>
    <w:p>
      <w:pPr>
        <w:pStyle w:val="Heading3"/>
        <w:keepNext/>
        <w:keepLines/>
        <w:ind w:left="0"/>
        <w:outlineLvl w:val="2"/>
      </w:pPr>
      <w:r>
        <w:rPr>
          <w:b/>
          <w:color w:val="404040"/>
          <w:sz w:val="28"/>
          <w:rFonts w:ascii="Inter" w:hAnsi="Inter" w:eastAsia="Noto Sans CJK JP" w:cs="Noto Sans CJK JP"/>
        </w:rPr>
        <w:t>Step 18: Choose the services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Setting Services</w:t>
      </w:r>
      <w:r>
        <w:rPr>
          <w:color w:val="404040"/>
          <w:sz w:val="24"/>
          <w:rFonts w:ascii="Inter" w:hAnsi="Inter" w:eastAsia="Noto Sans CJK JP" w:cs="Noto Sans CJK JP"/>
        </w:rPr>
        <w:t xml:space="preserve"> window, review the list of services available for the object. Set the checkboxes as follows:</w:t>
      </w:r>
    </w:p>
    <w:p>
      <w:pPr>
        <w:pStyle w:val="ListBullet2"/>
      </w:pPr>
      <w:r>
        <w:rPr>
          <w:b/>
          <w:color w:val="404040"/>
          <w:sz w:val="24"/>
          <w:rFonts w:ascii="Inter" w:hAnsi="Inter" w:eastAsia="Noto Sans CJK JP" w:cs="Noto Sans CJK JP"/>
        </w:rPr>
        <w:t>Add:</w:t>
      </w:r>
      <w:r>
        <w:rPr>
          <w:color w:val="404040"/>
          <w:sz w:val="24"/>
          <w:rFonts w:ascii="Inter" w:hAnsi="Inter" w:eastAsia="Noto Sans CJK JP" w:cs="Noto Sans CJK JP"/>
        </w:rPr>
        <w:t xml:space="preserve"> Checked (mandatory)</w:t>
      </w:r>
    </w:p>
    <w:p>
      <w:pPr>
        <w:pStyle w:val="ListBullet2"/>
      </w:pPr>
      <w:r>
        <w:rPr>
          <w:b/>
          <w:color w:val="404040"/>
          <w:sz w:val="24"/>
          <w:rFonts w:ascii="Inter" w:hAnsi="Inter" w:eastAsia="Noto Sans CJK JP" w:cs="Noto Sans CJK JP"/>
        </w:rPr>
        <w:t>Delete:</w:t>
      </w:r>
      <w:r>
        <w:rPr>
          <w:color w:val="404040"/>
          <w:sz w:val="24"/>
          <w:rFonts w:ascii="Inter" w:hAnsi="Inter" w:eastAsia="Noto Sans CJK JP" w:cs="Noto Sans CJK JP"/>
        </w:rPr>
        <w:t xml:space="preserve"> Checked</w:t>
      </w:r>
    </w:p>
    <w:p>
      <w:pPr>
        <w:pStyle w:val="ListBullet2"/>
      </w:pPr>
      <w:r>
        <w:rPr>
          <w:b/>
          <w:color w:val="404040"/>
          <w:sz w:val="24"/>
          <w:rFonts w:ascii="Inter" w:hAnsi="Inter" w:eastAsia="Noto Sans CJK JP" w:cs="Noto Sans CJK JP"/>
        </w:rPr>
        <w:t>Find:</w:t>
      </w:r>
      <w:r>
        <w:rPr>
          <w:color w:val="404040"/>
          <w:sz w:val="24"/>
          <w:rFonts w:ascii="Inter" w:hAnsi="Inter" w:eastAsia="Noto Sans CJK JP" w:cs="Noto Sans CJK JP"/>
        </w:rPr>
        <w:t xml:space="preserve"> Checked (lets users search for records)</w:t>
      </w:r>
    </w:p>
    <w:p>
      <w:pPr>
        <w:pStyle w:val="ListBullet2"/>
      </w:pPr>
      <w:r>
        <w:rPr>
          <w:b/>
          <w:color w:val="404040"/>
          <w:sz w:val="24"/>
          <w:rFonts w:ascii="Inter" w:hAnsi="Inter" w:eastAsia="Noto Sans CJK JP" w:cs="Noto Sans CJK JP"/>
        </w:rPr>
        <w:t>Update:</w:t>
      </w:r>
      <w:r>
        <w:rPr>
          <w:color w:val="404040"/>
          <w:sz w:val="24"/>
          <w:rFonts w:ascii="Inter" w:hAnsi="Inter" w:eastAsia="Noto Sans CJK JP" w:cs="Noto Sans CJK JP"/>
        </w:rPr>
        <w:t xml:space="preserve"> Unchecked</w:t>
      </w:r>
    </w:p>
    <w:p>
      <w:pPr>
        <w:pStyle w:val="ListBullet2"/>
      </w:pPr>
      <w:r>
        <w:rPr>
          <w:b/>
          <w:color w:val="404040"/>
          <w:sz w:val="24"/>
          <w:rFonts w:ascii="Inter" w:hAnsi="Inter" w:eastAsia="Noto Sans CJK JP" w:cs="Noto Sans CJK JP"/>
        </w:rPr>
        <w:t>Cancel:</w:t>
      </w:r>
      <w:r>
        <w:rPr>
          <w:color w:val="404040"/>
          <w:sz w:val="24"/>
          <w:rFonts w:ascii="Inter" w:hAnsi="Inter" w:eastAsia="Noto Sans CJK JP" w:cs="Noto Sans CJK JP"/>
        </w:rPr>
        <w:t xml:space="preserve"> Unchecked</w:t>
      </w:r>
    </w:p>
    <w:p>
      <w:pPr>
        <w:pStyle w:val="ListBullet2"/>
      </w:pPr>
      <w:r>
        <w:rPr>
          <w:b/>
          <w:color w:val="404040"/>
          <w:sz w:val="24"/>
          <w:rFonts w:ascii="Inter" w:hAnsi="Inter" w:eastAsia="Noto Sans CJK JP" w:cs="Noto Sans CJK JP"/>
        </w:rPr>
        <w:t>Close:</w:t>
      </w:r>
      <w:r>
        <w:rPr>
          <w:color w:val="404040"/>
          <w:sz w:val="24"/>
          <w:rFonts w:ascii="Inter" w:hAnsi="Inter" w:eastAsia="Noto Sans CJK JP" w:cs="Noto Sans CJK JP"/>
        </w:rPr>
        <w:t xml:space="preserve"> Unchecked</w:t>
      </w:r>
    </w:p>
    <w:p>
      <w:pPr>
        <w:pStyle w:val="ListBullet2"/>
      </w:pPr>
      <w:r>
        <w:rPr>
          <w:b/>
          <w:color w:val="404040"/>
          <w:sz w:val="24"/>
          <w:rFonts w:ascii="Inter" w:hAnsi="Inter" w:eastAsia="Noto Sans CJK JP" w:cs="Noto Sans CJK JP"/>
        </w:rPr>
        <w:t>Log:</w:t>
      </w:r>
      <w:r>
        <w:rPr>
          <w:color w:val="404040"/>
          <w:sz w:val="24"/>
          <w:rFonts w:ascii="Inter" w:hAnsi="Inter" w:eastAsia="Noto Sans CJK JP" w:cs="Noto Sans CJK JP"/>
        </w:rPr>
        <w:t xml:space="preserve"> Unchecked</w:t>
      </w:r>
    </w:p>
    <w:p>
      <w:pPr>
        <w:pStyle w:val="ListBullet2"/>
      </w:pPr>
      <w:r>
        <w:rPr>
          <w:b/>
          <w:color w:val="404040"/>
          <w:sz w:val="24"/>
          <w:rFonts w:ascii="Inter" w:hAnsi="Inter" w:eastAsia="Noto Sans CJK JP" w:cs="Noto Sans CJK JP"/>
        </w:rPr>
        <w:t>Manage Series:</w:t>
      </w:r>
      <w:r>
        <w:rPr>
          <w:color w:val="404040"/>
          <w:sz w:val="24"/>
          <w:rFonts w:ascii="Inter" w:hAnsi="Inter" w:eastAsia="Noto Sans CJK JP" w:cs="Noto Sans CJK JP"/>
        </w:rPr>
        <w:t xml:space="preserve"> Unchecked</w:t>
      </w:r>
    </w:p>
    <w:p>
      <w:pPr>
        <w:pStyle w:val="ListBullet2"/>
      </w:pPr>
      <w:r>
        <w:rPr>
          <w:b/>
          <w:color w:val="404040"/>
          <w:sz w:val="24"/>
          <w:rFonts w:ascii="Inter" w:hAnsi="Inter" w:eastAsia="Noto Sans CJK JP" w:cs="Noto Sans CJK JP"/>
        </w:rPr>
        <w:t>Year Transfer:</w:t>
      </w:r>
      <w:r>
        <w:rPr>
          <w:color w:val="404040"/>
          <w:sz w:val="24"/>
          <w:rFonts w:ascii="Inter" w:hAnsi="Inter" w:eastAsia="Noto Sans CJK JP" w:cs="Noto Sans CJK JP"/>
        </w:rPr>
        <w:t xml:space="preserve"> Unchecked</w:t>
      </w:r>
    </w:p>
    <w:p>
      <w:pPr>
        <w:pStyle w:val="ListBullet2"/>
      </w:pPr>
      <w:r>
        <w:rPr>
          <w:b/>
          <w:color w:val="404040"/>
          <w:sz w:val="24"/>
          <w:rFonts w:ascii="Inter" w:hAnsi="Inter" w:eastAsia="Noto Sans CJK JP" w:cs="Noto Sans CJK JP"/>
        </w:rPr>
        <w:t>Data Archive (Requires Implementation DLL):</w:t>
      </w:r>
      <w:r>
        <w:rPr>
          <w:color w:val="404040"/>
          <w:sz w:val="24"/>
          <w:rFonts w:ascii="Inter" w:hAnsi="Inter" w:eastAsia="Noto Sans CJK JP" w:cs="Noto Sans CJK JP"/>
        </w:rPr>
        <w:t xml:space="preserve"> Unchecked</w:t>
      </w:r>
    </w:p>
    <w:p>
      <w:pPr>
        <w:pStyle w:val="ListBullet2"/>
      </w:pPr>
      <w:r>
        <w:rPr>
          <w:b/>
          <w:color w:val="404040"/>
          <w:sz w:val="24"/>
          <w:rFonts w:ascii="Inter" w:hAnsi="Inter" w:eastAsia="Noto Sans CJK JP" w:cs="Noto Sans CJK JP"/>
        </w:rPr>
        <w:t>Approve:</w:t>
      </w:r>
      <w:r>
        <w:rPr>
          <w:color w:val="404040"/>
          <w:sz w:val="24"/>
          <w:rFonts w:ascii="Inter" w:hAnsi="Inter" w:eastAsia="Noto Sans CJK JP" w:cs="Noto Sans CJK JP"/>
        </w:rPr>
        <w:t xml:space="preserve"> Unchecked</w:t>
      </w:r>
    </w:p>
    <w:p>
      <w:pPr>
        <w:keepNext/>
        <w:keepLines/>
      </w:pPr>
      <w:r>
        <w:rPr>
          <w:color w:val="404040"/>
          <w:sz w:val="24"/>
          <w:rFonts w:ascii="Inter" w:hAnsi="Inter" w:eastAsia="Noto Sans CJK JP" w:cs="Noto Sans CJK JP"/>
        </w:rPr>
        <w:t xml:space="preserve">Leave the settings as they are unless you need specific changes, then click </w:t>
      </w:r>
      <w:r>
        <w:rPr>
          <w:b/>
          <w:color w:val="404040"/>
          <w:sz w:val="24"/>
          <w:rFonts w:ascii="Inter" w:hAnsi="Inter" w:eastAsia="Noto Sans CJK JP" w:cs="Noto Sans CJK JP"/>
        </w:rPr>
        <w:t>Next &gt;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35503"/>
            <wp:docPr id="19" name="Picture 1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935503"/>
                    </a:xfrm>
                    <a:prstGeom prst="rect"/>
                  </pic:spPr>
                </pic:pic>
              </a:graphicData>
            </a:graphic>
          </wp:inline>
        </w:drawing>
      </w:r>
    </w:p>
    <w:p>
      <w:pPr>
        <w:pStyle w:val="Caption"/>
        <w:jc w:val="center"/>
      </w:pPr>
      <w:r>
        <w:rPr>
          <w:b/>
          <w:color w:val="404040"/>
        </w:rPr>
        <w:t>Setting Services window with the Add, Delete, and Find options checked</w:t>
      </w:r>
    </w:p>
    <w:p>
      <w:pPr>
        <w:pStyle w:val="Heading3"/>
        <w:keepNext/>
        <w:keepLines/>
        <w:ind w:left="0"/>
        <w:outlineLvl w:val="2"/>
      </w:pPr>
      <w:r>
        <w:rPr>
          <w:b/>
          <w:color w:val="404040"/>
          <w:sz w:val="28"/>
          <w:rFonts w:ascii="Inter" w:hAnsi="Inter" w:eastAsia="Noto Sans CJK JP" w:cs="Noto Sans CJK JP"/>
        </w:rPr>
        <w:t>Step 19: Configure the UI settings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UI Settings</w:t>
      </w:r>
      <w:r>
        <w:rPr>
          <w:color w:val="404040"/>
          <w:sz w:val="24"/>
          <w:rFonts w:ascii="Inter" w:hAnsi="Inter" w:eastAsia="Noto Sans CJK JP" w:cs="Noto Sans CJK JP"/>
        </w:rPr>
        <w:t xml:space="preserve"> window, make sure </w:t>
      </w:r>
      <w:r>
        <w:rPr>
          <w:b/>
          <w:color w:val="404040"/>
          <w:sz w:val="24"/>
          <w:rFonts w:ascii="Inter" w:hAnsi="Inter" w:eastAsia="Noto Sans CJK JP" w:cs="Noto Sans CJK JP"/>
        </w:rPr>
        <w:t>Default Form</w:t>
      </w:r>
      <w:r>
        <w:rPr>
          <w:color w:val="404040"/>
          <w:sz w:val="24"/>
          <w:rFonts w:ascii="Inter" w:hAnsi="Inter" w:eastAsia="Noto Sans CJK JP" w:cs="Noto Sans CJK JP"/>
        </w:rPr>
        <w:t xml:space="preserve"> is checked and select </w:t>
      </w:r>
      <w:r>
        <w:rPr>
          <w:b/>
          <w:color w:val="404040"/>
          <w:sz w:val="24"/>
          <w:rFonts w:ascii="Inter" w:hAnsi="Inter" w:eastAsia="Noto Sans CJK JP" w:cs="Noto Sans CJK JP"/>
        </w:rPr>
        <w:t>Header Line Style</w:t>
      </w:r>
      <w:r>
        <w:rPr>
          <w:color w:val="404040"/>
          <w:sz w:val="24"/>
          <w:rFonts w:ascii="Inter" w:hAnsi="Inter" w:eastAsia="Noto Sans CJK JP" w:cs="Noto Sans CJK JP"/>
        </w:rPr>
        <w:t xml:space="preserve"> as the form style.</w:t>
      </w:r>
    </w:p>
    <w:p>
      <w:pPr/>
      <w:r>
        <w:rPr>
          <w:color w:val="404040"/>
          <w:sz w:val="24"/>
          <w:rFonts w:ascii="Inter" w:hAnsi="Inter" w:eastAsia="Noto Sans CJK JP" w:cs="Noto Sans CJK JP"/>
        </w:rPr>
        <w:t xml:space="preserve">To add the object as a menu item, check </w:t>
      </w:r>
      <w:r>
        <w:rPr>
          <w:b/>
          <w:color w:val="404040"/>
          <w:sz w:val="24"/>
          <w:rFonts w:ascii="Inter" w:hAnsi="Inter" w:eastAsia="Noto Sans CJK JP" w:cs="Noto Sans CJK JP"/>
        </w:rPr>
        <w:t>Menu Item</w:t>
      </w:r>
      <w:r>
        <w:rPr>
          <w:color w:val="404040"/>
          <w:sz w:val="24"/>
          <w:rFonts w:ascii="Inter" w:hAnsi="Inter" w:eastAsia="Noto Sans CJK JP" w:cs="Noto Sans CJK JP"/>
        </w:rPr>
        <w:t xml:space="preserve"> and enter </w:t>
      </w:r>
      <w:r>
        <w:rPr>
          <w:b/>
          <w:color w:val="404040"/>
          <w:sz w:val="24"/>
          <w:rFonts w:ascii="Inter" w:hAnsi="Inter" w:eastAsia="Noto Sans CJK JP" w:cs="Noto Sans CJK JP"/>
        </w:rPr>
        <w:t>VMST</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Menu Caption</w:t>
      </w:r>
      <w:r>
        <w:rPr>
          <w:color w:val="404040"/>
          <w:sz w:val="24"/>
          <w:rFonts w:ascii="Inter" w:hAnsi="Inter" w:eastAsia="Noto Sans CJK JP" w:cs="Noto Sans CJK JP"/>
        </w:rPr>
        <w:t xml:space="preserve"> field. Leave </w:t>
      </w:r>
      <w:r>
        <w:rPr>
          <w:b/>
          <w:color w:val="404040"/>
          <w:sz w:val="24"/>
          <w:rFonts w:ascii="Inter" w:hAnsi="Inter" w:eastAsia="Noto Sans CJK JP" w:cs="Noto Sans CJK JP"/>
        </w:rPr>
        <w:t>Parent Menu ID</w:t>
      </w:r>
      <w:r>
        <w:rPr>
          <w:color w:val="404040"/>
          <w:sz w:val="24"/>
          <w:rFonts w:ascii="Inter" w:hAnsi="Inter" w:eastAsia="Noto Sans CJK JP" w:cs="Noto Sans CJK JP"/>
        </w:rPr>
        <w:t xml:space="preserve">, </w:t>
      </w:r>
      <w:r>
        <w:rPr>
          <w:b/>
          <w:color w:val="404040"/>
          <w:sz w:val="24"/>
          <w:rFonts w:ascii="Inter" w:hAnsi="Inter" w:eastAsia="Noto Sans CJK JP" w:cs="Noto Sans CJK JP"/>
        </w:rPr>
        <w:t>Position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Menu UID</w:t>
      </w:r>
      <w:r>
        <w:rPr>
          <w:color w:val="404040"/>
          <w:sz w:val="24"/>
          <w:rFonts w:ascii="Inter" w:hAnsi="Inter" w:eastAsia="Noto Sans CJK JP" w:cs="Noto Sans CJK JP"/>
        </w:rPr>
        <w:t xml:space="preserve"> blank for now.</w:t>
      </w:r>
    </w:p>
    <w:p>
      <w:pPr>
        <w:keepNext/>
        <w:keepLines/>
      </w:pPr>
      <w:r>
        <w:rPr>
          <w:color w:val="404040"/>
          <w:sz w:val="24"/>
          <w:rFonts w:ascii="Inter" w:hAnsi="Inter" w:eastAsia="Noto Sans CJK JP" w:cs="Noto Sans CJK JP"/>
        </w:rPr>
        <w:t xml:space="preserve">To assign the object to a specific module, 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button next to </w:t>
      </w:r>
      <w:r>
        <w:rPr>
          <w:b/>
          <w:color w:val="404040"/>
          <w:sz w:val="24"/>
          <w:rFonts w:ascii="Inter" w:hAnsi="Inter" w:eastAsia="Noto Sans CJK JP" w:cs="Noto Sans CJK JP"/>
        </w:rPr>
        <w:t>Parent Menu ID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35503"/>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935503"/>
                    </a:xfrm>
                    <a:prstGeom prst="rect"/>
                  </pic:spPr>
                </pic:pic>
              </a:graphicData>
            </a:graphic>
          </wp:inline>
        </w:drawing>
      </w:r>
    </w:p>
    <w:p>
      <w:pPr>
        <w:pStyle w:val="Caption"/>
        <w:jc w:val="center"/>
      </w:pPr>
      <w:r>
        <w:rPr>
          <w:b/>
          <w:color w:val="404040"/>
        </w:rPr>
        <w:t>UI Settings window with Menu Item checked and the Menu Caption field ready for input</w:t>
      </w:r>
    </w:p>
    <w:p>
      <w:pPr>
        <w:pStyle w:val="Heading3"/>
        <w:keepNext/>
        <w:keepLines/>
        <w:ind w:left="0"/>
        <w:outlineLvl w:val="2"/>
      </w:pPr>
      <w:r>
        <w:rPr>
          <w:b/>
          <w:color w:val="404040"/>
          <w:sz w:val="28"/>
          <w:rFonts w:ascii="Inter" w:hAnsi="Inter" w:eastAsia="Noto Sans CJK JP" w:cs="Noto Sans CJK JP"/>
        </w:rPr>
        <w:t>Step 20: Assign the object to a module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Menu Selection Form</w:t>
      </w:r>
      <w:r>
        <w:rPr>
          <w:color w:val="404040"/>
          <w:sz w:val="24"/>
          <w:rFonts w:ascii="Inter" w:hAnsi="Inter" w:eastAsia="Noto Sans CJK JP" w:cs="Noto Sans CJK JP"/>
        </w:rPr>
        <w:t xml:space="preserve"> dialog, browse the list of modules and select the one you want, for example </w:t>
      </w:r>
      <w:r>
        <w:rPr>
          <w:b/>
          <w:color w:val="404040"/>
          <w:sz w:val="24"/>
          <w:rFonts w:ascii="Inter" w:hAnsi="Inter" w:eastAsia="Noto Sans CJK JP" w:cs="Noto Sans CJK JP"/>
        </w:rPr>
        <w:t>Inventory</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2935503"/>
            <wp:docPr id="21" name="Picture 21"/>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935503"/>
                    </a:xfrm>
                    <a:prstGeom prst="rect"/>
                  </pic:spPr>
                </pic:pic>
              </a:graphicData>
            </a:graphic>
          </wp:inline>
        </w:drawing>
      </w:r>
    </w:p>
    <w:p>
      <w:pPr>
        <w:pStyle w:val="Caption"/>
        <w:jc w:val="center"/>
      </w:pPr>
      <w:r>
        <w:rPr>
          <w:b/>
          <w:color w:val="404040"/>
        </w:rPr>
        <w:t>Menu Selection Form dialog with the Inventory module highlighted</w:t>
      </w:r>
    </w:p>
    <w:p>
      <w:pPr/>
      <w:r>
        <w:rPr>
          <w:color w:val="404040"/>
          <w:sz w:val="24"/>
          <w:rFonts w:ascii="Inter" w:hAnsi="Inter" w:eastAsia="Noto Sans CJK JP" w:cs="Noto Sans CJK JP"/>
        </w:rPr>
        <w:t xml:space="preserve">Back in </w:t>
      </w:r>
      <w:r>
        <w:rPr>
          <w:b/>
          <w:color w:val="404040"/>
          <w:sz w:val="24"/>
          <w:rFonts w:ascii="Inter" w:hAnsi="Inter" w:eastAsia="Noto Sans CJK JP" w:cs="Noto Sans CJK JP"/>
        </w:rPr>
        <w:t>UI Settings</w:t>
      </w:r>
      <w:r>
        <w:rPr>
          <w:color w:val="404040"/>
          <w:sz w:val="24"/>
          <w:rFonts w:ascii="Inter" w:hAnsi="Inter" w:eastAsia="Noto Sans CJK JP" w:cs="Noto Sans CJK JP"/>
        </w:rPr>
        <w:t>, check the following:</w:t>
      </w:r>
    </w:p>
    <w:p>
      <w:pPr>
        <w:pStyle w:val="ListBullet2"/>
      </w:pPr>
      <w:r>
        <w:rPr>
          <w:b/>
          <w:color w:val="404040"/>
          <w:sz w:val="24"/>
          <w:rFonts w:ascii="Inter" w:hAnsi="Inter" w:eastAsia="Noto Sans CJK JP" w:cs="Noto Sans CJK JP"/>
        </w:rPr>
        <w:t>Parent Menu ID</w:t>
      </w:r>
      <w:r>
        <w:rPr>
          <w:color w:val="404040"/>
          <w:sz w:val="24"/>
          <w:rFonts w:ascii="Inter" w:hAnsi="Inter" w:eastAsia="Noto Sans CJK JP" w:cs="Noto Sans CJK JP"/>
        </w:rPr>
        <w:t xml:space="preserve"> now shows the ID of the module you selected, for example Inventory.</w:t>
      </w:r>
    </w:p>
    <w:p>
      <w:pPr>
        <w:pStyle w:val="ListBullet2"/>
      </w:pPr>
      <w:r>
        <w:rPr>
          <w:b/>
          <w:color w:val="404040"/>
          <w:sz w:val="24"/>
          <w:rFonts w:ascii="Inter" w:hAnsi="Inter" w:eastAsia="Noto Sans CJK JP" w:cs="Noto Sans CJK JP"/>
        </w:rPr>
        <w:t>Menu UID</w:t>
      </w:r>
      <w:r>
        <w:rPr>
          <w:color w:val="404040"/>
          <w:sz w:val="24"/>
          <w:rFonts w:ascii="Inter" w:hAnsi="Inter" w:eastAsia="Noto Sans CJK JP" w:cs="Noto Sans CJK JP"/>
        </w:rPr>
        <w:t xml:space="preserve"> is set to </w:t>
      </w:r>
      <w:r>
        <w:rPr>
          <w:b/>
          <w:color w:val="404040"/>
          <w:sz w:val="24"/>
          <w:rFonts w:ascii="Inter" w:hAnsi="Inter" w:eastAsia="Noto Sans CJK JP" w:cs="Noto Sans CJK JP"/>
        </w:rPr>
        <w:t>VMST</w:t>
      </w:r>
      <w:r>
        <w:rPr>
          <w:color w:val="404040"/>
          <w:sz w:val="24"/>
          <w:rFonts w:ascii="Inter" w:hAnsi="Inter" w:eastAsia="Noto Sans CJK JP" w:cs="Noto Sans CJK JP"/>
        </w:rPr>
        <w:t>.</w:t>
      </w:r>
    </w:p>
    <w:p>
      <w:pPr/>
      <w:r>
        <w:rPr>
          <w:color w:val="404040"/>
          <w:sz w:val="24"/>
          <w:rFonts w:ascii="Inter" w:hAnsi="Inter" w:eastAsia="Noto Sans CJK JP" w:cs="Noto Sans CJK JP"/>
        </w:rPr>
        <w:t xml:space="preserve">If needed, adjust </w:t>
      </w:r>
      <w:r>
        <w:rPr>
          <w:b/>
          <w:color w:val="404040"/>
          <w:sz w:val="24"/>
          <w:rFonts w:ascii="Inter" w:hAnsi="Inter" w:eastAsia="Noto Sans CJK JP" w:cs="Noto Sans CJK JP"/>
        </w:rPr>
        <w:t>Position</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Place at Bottom</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Next &gt;</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Set the Find and form fields</w:t>
      </w:r>
    </w:p>
    <w:p>
      <w:pPr>
        <w:pStyle w:val="Heading3"/>
        <w:keepNext/>
        <w:keepLines/>
        <w:ind w:left="0"/>
        <w:outlineLvl w:val="2"/>
      </w:pPr>
      <w:r>
        <w:rPr>
          <w:b/>
          <w:color w:val="404040"/>
          <w:sz w:val="28"/>
          <w:rFonts w:ascii="Inter" w:hAnsi="Inter" w:eastAsia="Noto Sans CJK JP" w:cs="Noto Sans CJK JP"/>
        </w:rPr>
        <w:t>Step 21: Choose the fields for Find</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Setting the fields for Find</w:t>
      </w:r>
      <w:r>
        <w:rPr>
          <w:color w:val="404040"/>
          <w:sz w:val="24"/>
          <w:rFonts w:ascii="Inter" w:hAnsi="Inter" w:eastAsia="Noto Sans CJK JP" w:cs="Noto Sans CJK JP"/>
        </w:rPr>
        <w:t xml:space="preserve"> window, review the available columns. Check the boxes for the columns you want users to search by. Columns in the list include:</w:t>
      </w:r>
    </w:p>
    <w:p>
      <w:pPr>
        <w:pStyle w:val="ListBullet2"/>
      </w:pPr>
      <w:r>
        <w:rPr>
          <w:b/>
          <w:color w:val="404040"/>
          <w:sz w:val="24"/>
          <w:rFonts w:ascii="Inter" w:hAnsi="Inter" w:eastAsia="Noto Sans CJK JP" w:cs="Noto Sans CJK JP"/>
        </w:rPr>
        <w:t>DocEntry</w:t>
      </w:r>
    </w:p>
    <w:p>
      <w:pPr>
        <w:pStyle w:val="ListBullet2"/>
      </w:pPr>
      <w:r>
        <w:rPr>
          <w:b/>
          <w:color w:val="404040"/>
          <w:sz w:val="24"/>
          <w:rFonts w:ascii="Inter" w:hAnsi="Inter" w:eastAsia="Noto Sans CJK JP" w:cs="Noto Sans CJK JP"/>
        </w:rPr>
        <w:t>DocNum</w:t>
      </w:r>
    </w:p>
    <w:p>
      <w:pPr>
        <w:pStyle w:val="ListBullet2"/>
      </w:pPr>
      <w:r>
        <w:rPr>
          <w:b/>
          <w:color w:val="404040"/>
          <w:sz w:val="24"/>
          <w:rFonts w:ascii="Inter" w:hAnsi="Inter" w:eastAsia="Noto Sans CJK JP" w:cs="Noto Sans CJK JP"/>
        </w:rPr>
        <w:t>Period</w:t>
      </w:r>
    </w:p>
    <w:p>
      <w:pPr>
        <w:pStyle w:val="ListBullet2"/>
      </w:pPr>
      <w:r>
        <w:rPr>
          <w:b/>
          <w:color w:val="404040"/>
          <w:sz w:val="24"/>
          <w:rFonts w:ascii="Inter" w:hAnsi="Inter" w:eastAsia="Noto Sans CJK JP" w:cs="Noto Sans CJK JP"/>
        </w:rPr>
        <w:t>Instance</w:t>
      </w:r>
    </w:p>
    <w:p>
      <w:pPr>
        <w:pStyle w:val="ListBullet2"/>
      </w:pPr>
      <w:r>
        <w:rPr>
          <w:b/>
          <w:color w:val="404040"/>
          <w:sz w:val="24"/>
          <w:rFonts w:ascii="Inter" w:hAnsi="Inter" w:eastAsia="Noto Sans CJK JP" w:cs="Noto Sans CJK JP"/>
        </w:rPr>
        <w:t>Series</w:t>
      </w:r>
    </w:p>
    <w:p>
      <w:pPr>
        <w:pStyle w:val="ListBullet2"/>
      </w:pPr>
      <w:r>
        <w:rPr>
          <w:b/>
          <w:color w:val="404040"/>
          <w:sz w:val="24"/>
          <w:rFonts w:ascii="Inter" w:hAnsi="Inter" w:eastAsia="Noto Sans CJK JP" w:cs="Noto Sans CJK JP"/>
        </w:rPr>
        <w:t>Handwritten</w:t>
      </w:r>
    </w:p>
    <w:p>
      <w:pPr>
        <w:pStyle w:val="ListBullet2"/>
      </w:pPr>
      <w:r>
        <w:rPr>
          <w:b/>
          <w:color w:val="404040"/>
          <w:sz w:val="24"/>
          <w:rFonts w:ascii="Inter" w:hAnsi="Inter" w:eastAsia="Noto Sans CJK JP" w:cs="Noto Sans CJK JP"/>
        </w:rPr>
        <w:t>Canceled</w:t>
      </w:r>
    </w:p>
    <w:p>
      <w:pPr>
        <w:keepNext/>
        <w:keepLines/>
      </w:pPr>
      <w:r>
        <w:rPr>
          <w:color w:val="404040"/>
          <w:sz w:val="24"/>
          <w:rFonts w:ascii="Inter" w:hAnsi="Inter" w:eastAsia="Noto Sans CJK JP" w:cs="Noto Sans CJK JP"/>
        </w:rPr>
        <w:t xml:space="preserve">Use the up and down arrows to reorder the columns. Optionally, check </w:t>
      </w:r>
      <w:r>
        <w:rPr>
          <w:b/>
          <w:color w:val="404040"/>
          <w:sz w:val="24"/>
          <w:rFonts w:ascii="Inter" w:hAnsi="Inter" w:eastAsia="Noto Sans CJK JP" w:cs="Noto Sans CJK JP"/>
        </w:rPr>
        <w:t>View Checked Columns Only</w:t>
      </w:r>
      <w:r>
        <w:rPr>
          <w:color w:val="404040"/>
          <w:sz w:val="24"/>
          <w:rFonts w:ascii="Inter" w:hAnsi="Inter" w:eastAsia="Noto Sans CJK JP" w:cs="Noto Sans CJK JP"/>
        </w:rPr>
        <w:t xml:space="preserve"> to filter the list. Click </w:t>
      </w:r>
      <w:r>
        <w:rPr>
          <w:b/>
          <w:color w:val="404040"/>
          <w:sz w:val="24"/>
          <w:rFonts w:ascii="Inter" w:hAnsi="Inter" w:eastAsia="Noto Sans CJK JP" w:cs="Noto Sans CJK JP"/>
        </w:rPr>
        <w:t>Next &gt;</w:t>
      </w:r>
      <w:r>
        <w:rPr>
          <w:color w:val="404040"/>
          <w:sz w:val="24"/>
          <w:rFonts w:ascii="Inter" w:hAnsi="Inter" w:eastAsia="Noto Sans CJK JP" w:cs="Noto Sans CJK JP"/>
        </w:rPr>
        <w:t xml:space="preserve"> to continue.</w:t>
      </w:r>
    </w:p>
    <w:p>
      <w:pPr>
        <w:keepNext/>
        <w:keepLines/>
        <w:jc w:val="center"/>
      </w:pPr>
      <w:r>
        <w:drawing>
          <wp:inline xmlns:a="http://schemas.openxmlformats.org/drawingml/2006/main" xmlns:pic="http://schemas.openxmlformats.org/drawingml/2006/picture">
            <wp:extent cx="5328000" cy="2935503"/>
            <wp:docPr id="22" name="Picture 22"/>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935503"/>
                    </a:xfrm>
                    <a:prstGeom prst="rect"/>
                  </pic:spPr>
                </pic:pic>
              </a:graphicData>
            </a:graphic>
          </wp:inline>
        </w:drawing>
      </w:r>
    </w:p>
    <w:p>
      <w:pPr>
        <w:pStyle w:val="Caption"/>
        <w:jc w:val="center"/>
      </w:pPr>
      <w:r>
        <w:rPr>
          <w:b/>
          <w:color w:val="404040"/>
        </w:rPr>
        <w:t>Setting the fields for Find window with columns such as DocEntry, DocNum, Period, Instance, Series, Handwritten, and Canceled, some checked</w:t>
      </w:r>
    </w:p>
    <w:p>
      <w:pPr>
        <w:pStyle w:val="Heading3"/>
        <w:keepNext/>
        <w:keepLines/>
        <w:ind w:left="0"/>
        <w:outlineLvl w:val="2"/>
      </w:pPr>
      <w:r>
        <w:rPr>
          <w:b/>
          <w:color w:val="404040"/>
          <w:sz w:val="28"/>
          <w:rFonts w:ascii="Inter" w:hAnsi="Inter" w:eastAsia="Noto Sans CJK JP" w:cs="Noto Sans CJK JP"/>
        </w:rPr>
        <w:t>Step 22: Recognize the U_ prefix</w:t>
      </w:r>
    </w:p>
    <w:p>
      <w:pPr>
        <w:keepNext/>
        <w:keepLines/>
      </w:pPr>
      <w:r>
        <w:rPr>
          <w:color w:val="404040"/>
          <w:sz w:val="24"/>
          <w:rFonts w:ascii="Inter" w:hAnsi="Inter" w:eastAsia="Noto Sans CJK JP" w:cs="Noto Sans CJK JP"/>
        </w:rPr>
        <w:t xml:space="preserve">SAP Business One automatically prefixes every user-defined field you create with </w:t>
      </w:r>
      <w:r>
        <w:rPr>
          <w:color w:val="4472C4"/>
          <w:sz w:val="24"/>
          <w:rFonts w:ascii="Times New Roman" w:hAnsi="Times New Roman" w:eastAsia="Noto Sans CJK JP" w:cs="Noto Sans CJK JP"/>
        </w:rPr>
        <w:t>U_</w:t>
      </w:r>
      <w:r>
        <w:rPr>
          <w:color w:val="404040"/>
          <w:sz w:val="24"/>
          <w:rFonts w:ascii="Inter" w:hAnsi="Inter" w:eastAsia="Noto Sans CJK JP" w:cs="Noto Sans CJK JP"/>
        </w:rPr>
        <w:t xml:space="preserve">. This prefix distinguishes user-defined fields from system fields. For example, the fields appear in the Find window as </w:t>
      </w:r>
      <w:r>
        <w:rPr>
          <w:color w:val="4472C4"/>
          <w:sz w:val="24"/>
          <w:rFonts w:ascii="Times New Roman" w:hAnsi="Times New Roman" w:eastAsia="Noto Sans CJK JP" w:cs="Noto Sans CJK JP"/>
        </w:rPr>
        <w:t>U_Name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U_Date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35503"/>
            <wp:docPr id="23" name="Picture 23"/>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2935503"/>
                    </a:xfrm>
                    <a:prstGeom prst="rect"/>
                  </pic:spPr>
                </pic:pic>
              </a:graphicData>
            </a:graphic>
          </wp:inline>
        </w:drawing>
      </w:r>
    </w:p>
    <w:p>
      <w:pPr>
        <w:pStyle w:val="Caption"/>
        <w:jc w:val="center"/>
      </w:pPr>
      <w:r>
        <w:rPr>
          <w:b/>
          <w:color w:val="404040"/>
        </w:rPr>
        <w:t>Setting the fields for Find window showing the user-defined fields U_Name and U_Date, both checked</w:t>
      </w:r>
    </w:p>
    <w:p>
      <w:pPr>
        <w:pStyle w:val="Heading3"/>
        <w:keepNext/>
        <w:keepLines/>
        <w:ind w:left="0"/>
        <w:outlineLvl w:val="2"/>
      </w:pPr>
      <w:r>
        <w:rPr>
          <w:b/>
          <w:color w:val="404040"/>
          <w:sz w:val="28"/>
          <w:rFonts w:ascii="Inter" w:hAnsi="Inter" w:eastAsia="Noto Sans CJK JP" w:cs="Noto Sans CJK JP"/>
        </w:rPr>
        <w:t>Step 23: Verify your user-defined fields in the Find list</w:t>
      </w:r>
    </w:p>
    <w:p>
      <w:pPr/>
      <w:r>
        <w:rPr>
          <w:color w:val="404040"/>
          <w:sz w:val="24"/>
          <w:rFonts w:ascii="Inter" w:hAnsi="Inter" w:eastAsia="Noto Sans CJK JP" w:cs="Noto Sans CJK JP"/>
        </w:rPr>
        <w:t xml:space="preserve">Scroll the list to confirm that the fields you created are present. Besides </w:t>
      </w:r>
      <w:r>
        <w:rPr>
          <w:color w:val="4472C4"/>
          <w:sz w:val="24"/>
          <w:rFonts w:ascii="Times New Roman" w:hAnsi="Times New Roman" w:eastAsia="Noto Sans CJK JP" w:cs="Noto Sans CJK JP"/>
        </w:rPr>
        <w:t>U_Name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U_Date</w:t>
      </w:r>
      <w:r>
        <w:rPr>
          <w:color w:val="404040"/>
          <w:sz w:val="24"/>
          <w:rFonts w:ascii="Inter" w:hAnsi="Inter" w:eastAsia="Noto Sans CJK JP" w:cs="Noto Sans CJK JP"/>
        </w:rPr>
        <w:t xml:space="preserve">, the window shows columns such as </w:t>
      </w:r>
      <w:r>
        <w:rPr>
          <w:color w:val="4472C4"/>
          <w:sz w:val="24"/>
          <w:rFonts w:ascii="Times New Roman" w:hAnsi="Times New Roman" w:eastAsia="Noto Sans CJK JP" w:cs="Noto Sans CJK JP"/>
        </w:rPr>
        <w:t>UpdateTime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DataSource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RequestStatus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Creator</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Remark</w:t>
      </w:r>
      <w:r>
        <w:rPr>
          <w:color w:val="404040"/>
          <w:sz w:val="24"/>
          <w:rFonts w:ascii="Inter" w:hAnsi="Inter" w:eastAsia="Noto Sans CJK JP" w:cs="Noto Sans CJK JP"/>
        </w:rPr>
        <w:t xml:space="preserve">. Only fields with the </w:t>
      </w:r>
      <w:r>
        <w:rPr>
          <w:color w:val="4472C4"/>
          <w:sz w:val="24"/>
          <w:rFonts w:ascii="Times New Roman" w:hAnsi="Times New Roman" w:eastAsia="Noto Sans CJK JP" w:cs="Noto Sans CJK JP"/>
        </w:rPr>
        <w:t>U_</w:t>
      </w:r>
      <w:r>
        <w:rPr>
          <w:color w:val="404040"/>
          <w:sz w:val="24"/>
          <w:rFonts w:ascii="Inter" w:hAnsi="Inter" w:eastAsia="Noto Sans CJK JP" w:cs="Noto Sans CJK JP"/>
        </w:rPr>
        <w:t xml:space="preserve"> prefix are user-defined.</w:t>
      </w:r>
    </w:p>
    <w:p>
      <w:pPr>
        <w:keepNext/>
        <w:keepLines/>
      </w:pPr>
      <w:r>
        <w:rPr>
          <w:color w:val="404040"/>
          <w:sz w:val="24"/>
          <w:rFonts w:ascii="Inter" w:hAnsi="Inter" w:eastAsia="Noto Sans CJK JP" w:cs="Noto Sans CJK JP"/>
        </w:rPr>
        <w:t xml:space="preserve">In this example, </w:t>
      </w:r>
      <w:r>
        <w:rPr>
          <w:color w:val="4472C4"/>
          <w:sz w:val="24"/>
          <w:rFonts w:ascii="Times New Roman" w:hAnsi="Times New Roman" w:eastAsia="Noto Sans CJK JP" w:cs="Noto Sans CJK JP"/>
        </w:rPr>
        <w:t>U_Name</w:t>
      </w:r>
      <w:r>
        <w:rPr>
          <w:color w:val="404040"/>
          <w:sz w:val="24"/>
          <w:rFonts w:ascii="Inter" w:hAnsi="Inter" w:eastAsia="Noto Sans CJK JP" w:cs="Noto Sans CJK JP"/>
        </w:rPr>
        <w:t xml:space="preserve"> is checked, so users can search by it, and </w:t>
      </w:r>
      <w:r>
        <w:rPr>
          <w:color w:val="4472C4"/>
          <w:sz w:val="24"/>
          <w:rFonts w:ascii="Times New Roman" w:hAnsi="Times New Roman" w:eastAsia="Noto Sans CJK JP" w:cs="Noto Sans CJK JP"/>
        </w:rPr>
        <w:t>U_Date</w:t>
      </w:r>
      <w:r>
        <w:rPr>
          <w:color w:val="404040"/>
          <w:sz w:val="24"/>
          <w:rFonts w:ascii="Inter" w:hAnsi="Inter" w:eastAsia="Noto Sans CJK JP" w:cs="Noto Sans CJK JP"/>
        </w:rPr>
        <w:t xml:space="preserve"> is unchecked.</w:t>
      </w:r>
    </w:p>
    <w:p>
      <w:pPr>
        <w:keepNext/>
        <w:keepLines/>
        <w:jc w:val="center"/>
      </w:pPr>
      <w:r>
        <w:drawing>
          <wp:inline xmlns:a="http://schemas.openxmlformats.org/drawingml/2006/main" xmlns:pic="http://schemas.openxmlformats.org/drawingml/2006/picture">
            <wp:extent cx="5328000" cy="2935503"/>
            <wp:docPr id="24" name="Picture 24"/>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2935503"/>
                    </a:xfrm>
                    <a:prstGeom prst="rect"/>
                  </pic:spPr>
                </pic:pic>
              </a:graphicData>
            </a:graphic>
          </wp:inline>
        </w:drawing>
      </w:r>
    </w:p>
    <w:p>
      <w:pPr>
        <w:pStyle w:val="Caption"/>
        <w:jc w:val="center"/>
      </w:pPr>
      <w:r>
        <w:rPr>
          <w:b/>
          <w:color w:val="404040"/>
        </w:rPr>
        <w:t>Setting the fields for Find window with U_Name checked and U_Date unchecked</w:t>
      </w:r>
    </w:p>
    <w:p>
      <w:pPr>
        <w:pStyle w:val="Heading3"/>
        <w:keepNext/>
        <w:keepLines/>
        <w:ind w:left="0"/>
        <w:outlineLvl w:val="2"/>
      </w:pPr>
      <w:r>
        <w:rPr>
          <w:b/>
          <w:color w:val="404040"/>
          <w:sz w:val="28"/>
          <w:rFonts w:ascii="Inter" w:hAnsi="Inter" w:eastAsia="Noto Sans CJK JP" w:cs="Noto Sans CJK JP"/>
        </w:rPr>
        <w:t>Step 24: Set the fields for the default form</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Next &gt;</w:t>
      </w:r>
      <w:r>
        <w:rPr>
          <w:color w:val="404040"/>
          <w:sz w:val="24"/>
          <w:rFonts w:ascii="Inter" w:hAnsi="Inter" w:eastAsia="Noto Sans CJK JP" w:cs="Noto Sans CJK JP"/>
        </w:rPr>
        <w:t xml:space="preserve"> to open the </w:t>
      </w:r>
      <w:r>
        <w:rPr>
          <w:b/>
          <w:color w:val="404040"/>
          <w:sz w:val="24"/>
          <w:rFonts w:ascii="Inter" w:hAnsi="Inter" w:eastAsia="Noto Sans CJK JP" w:cs="Noto Sans CJK JP"/>
        </w:rPr>
        <w:t>Setting fields for default form</w:t>
      </w:r>
      <w:r>
        <w:rPr>
          <w:color w:val="404040"/>
          <w:sz w:val="24"/>
          <w:rFonts w:ascii="Inter" w:hAnsi="Inter" w:eastAsia="Noto Sans CJK JP" w:cs="Noto Sans CJK JP"/>
        </w:rPr>
        <w:t xml:space="preserve"> window. Here you select which fields are visible and editable on the default form of your object.</w:t>
      </w:r>
    </w:p>
    <w:p>
      <w:pPr>
        <w:keepNext/>
        <w:keepLines/>
      </w:pPr>
      <w:r>
        <w:rPr>
          <w:color w:val="404040"/>
          <w:sz w:val="24"/>
          <w:rFonts w:ascii="Inter" w:hAnsi="Inter" w:eastAsia="Noto Sans CJK JP" w:cs="Noto Sans CJK JP"/>
        </w:rPr>
        <w:t xml:space="preserve">The list includes columns such as </w:t>
      </w:r>
      <w:r>
        <w:rPr>
          <w:color w:val="4472C4"/>
          <w:sz w:val="24"/>
          <w:rFonts w:ascii="Times New Roman" w:hAnsi="Times New Roman" w:eastAsia="Noto Sans CJK JP" w:cs="Noto Sans CJK JP"/>
        </w:rPr>
        <w:t>DocEntry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DocNum</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Period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Instance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Series</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Handwritten</w:t>
      </w:r>
      <w:r>
        <w:rPr>
          <w:color w:val="404040"/>
          <w:sz w:val="24"/>
          <w:rFonts w:ascii="Inter" w:hAnsi="Inter" w:eastAsia="Noto Sans CJK JP" w:cs="Noto Sans CJK JP"/>
        </w:rPr>
        <w:t xml:space="preserve">. By default, only </w:t>
      </w:r>
      <w:r>
        <w:rPr>
          <w:color w:val="4472C4"/>
          <w:sz w:val="24"/>
          <w:rFonts w:ascii="Times New Roman" w:hAnsi="Times New Roman" w:eastAsia="Noto Sans CJK JP" w:cs="Noto Sans CJK JP"/>
        </w:rPr>
        <w:t>DocEntry</w:t>
      </w:r>
      <w:r>
        <w:rPr>
          <w:color w:val="404040"/>
          <w:sz w:val="24"/>
          <w:rFonts w:ascii="Inter" w:hAnsi="Inter" w:eastAsia="Noto Sans CJK JP" w:cs="Noto Sans CJK JP"/>
        </w:rPr>
        <w:t xml:space="preserve"> is checked as visible.</w:t>
      </w:r>
    </w:p>
    <w:p>
      <w:pPr>
        <w:keepNext/>
        <w:keepLines/>
        <w:jc w:val="center"/>
      </w:pPr>
      <w:r>
        <w:drawing>
          <wp:inline xmlns:a="http://schemas.openxmlformats.org/drawingml/2006/main" xmlns:pic="http://schemas.openxmlformats.org/drawingml/2006/picture">
            <wp:extent cx="5328000" cy="2935503"/>
            <wp:docPr id="25" name="Picture 25"/>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2935503"/>
                    </a:xfrm>
                    <a:prstGeom prst="rect"/>
                  </pic:spPr>
                </pic:pic>
              </a:graphicData>
            </a:graphic>
          </wp:inline>
        </w:drawing>
      </w:r>
    </w:p>
    <w:p>
      <w:pPr>
        <w:pStyle w:val="Caption"/>
        <w:jc w:val="center"/>
      </w:pPr>
      <w:r>
        <w:rPr>
          <w:b/>
          <w:color w:val="404040"/>
        </w:rPr>
        <w:t>Setting fields for default form window with DocEntry checked as visible</w:t>
      </w:r>
    </w:p>
    <w:p>
      <w:pPr>
        <w:pStyle w:val="Heading3"/>
        <w:keepNext/>
        <w:keepLines/>
        <w:ind w:left="0"/>
        <w:outlineLvl w:val="2"/>
      </w:pPr>
      <w:r>
        <w:rPr>
          <w:b/>
          <w:color w:val="404040"/>
          <w:sz w:val="28"/>
          <w:rFonts w:ascii="Inter" w:hAnsi="Inter" w:eastAsia="Noto Sans CJK JP" w:cs="Noto Sans CJK JP"/>
        </w:rPr>
        <w:t>Step 25: Review the additional default form fields</w:t>
      </w:r>
    </w:p>
    <w:p>
      <w:pPr>
        <w:keepNext/>
        <w:keepLines/>
      </w:pPr>
      <w:r>
        <w:rPr>
          <w:color w:val="404040"/>
          <w:sz w:val="24"/>
          <w:rFonts w:ascii="Inter" w:hAnsi="Inter" w:eastAsia="Noto Sans CJK JP" w:cs="Noto Sans CJK JP"/>
        </w:rPr>
        <w:t xml:space="preserve">Scroll through the list to review more fields: </w:t>
      </w:r>
      <w:r>
        <w:rPr>
          <w:color w:val="4472C4"/>
          <w:sz w:val="24"/>
          <w:rFonts w:ascii="Times New Roman" w:hAnsi="Times New Roman" w:eastAsia="Noto Sans CJK JP" w:cs="Noto Sans CJK JP"/>
        </w:rPr>
        <w: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CreateDate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CreateTime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UpdateDate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UpdateTime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DataSource</w:t>
      </w:r>
      <w:r>
        <w:rPr>
          <w:color w:val="404040"/>
          <w:sz w:val="24"/>
          <w:rFonts w:ascii="Inter" w:hAnsi="Inter" w:eastAsia="Noto Sans CJK JP" w:cs="Noto Sans CJK JP"/>
        </w:rPr>
        <w:t>. None is checked as visible or editable by default. Check any of them if you want them to appear on the form.</w:t>
      </w:r>
    </w:p>
    <w:p>
      <w:pPr>
        <w:keepNext/>
        <w:keepLines/>
        <w:jc w:val="center"/>
      </w:pPr>
      <w:r>
        <w:drawing>
          <wp:inline xmlns:a="http://schemas.openxmlformats.org/drawingml/2006/main" xmlns:pic="http://schemas.openxmlformats.org/drawingml/2006/picture">
            <wp:extent cx="5328000" cy="2935503"/>
            <wp:docPr id="26" name="Picture 26"/>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2935503"/>
                    </a:xfrm>
                    <a:prstGeom prst="rect"/>
                  </pic:spPr>
                </pic:pic>
              </a:graphicData>
            </a:graphic>
          </wp:inline>
        </w:drawing>
      </w:r>
    </w:p>
    <w:p>
      <w:pPr>
        <w:pStyle w:val="Caption"/>
        <w:jc w:val="center"/>
      </w:pPr>
      <w:r>
        <w:rPr>
          <w:b/>
          <w:color w:val="404040"/>
        </w:rPr>
        <w:t>Setting fields for default form window showing Status, CreateDate, CreateTime, UpdateDate, UpdateTime, and DataSource, none checked</w:t>
      </w:r>
    </w:p>
    <w:p>
      <w:pPr>
        <w:pStyle w:val="Heading3"/>
        <w:keepNext/>
        <w:keepLines/>
        <w:ind w:left="0"/>
        <w:outlineLvl w:val="2"/>
      </w:pPr>
      <w:r>
        <w:rPr>
          <w:b/>
          <w:color w:val="404040"/>
          <w:sz w:val="28"/>
          <w:rFonts w:ascii="Inter" w:hAnsi="Inter" w:eastAsia="Noto Sans CJK JP" w:cs="Noto Sans CJK JP"/>
        </w:rPr>
        <w:t>Step 26: Link the child table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Linking child user tables</w:t>
      </w:r>
      <w:r>
        <w:rPr>
          <w:color w:val="404040"/>
          <w:sz w:val="24"/>
          <w:rFonts w:ascii="Inter" w:hAnsi="Inter" w:eastAsia="Noto Sans CJK JP" w:cs="Noto Sans CJK JP"/>
        </w:rPr>
        <w:t xml:space="preserve"> window, review the list of available child tables. The table </w:t>
      </w:r>
      <w:r>
        <w:rPr>
          <w:color w:val="4472C4"/>
          <w:sz w:val="24"/>
          <w:rFonts w:ascii="Times New Roman" w:hAnsi="Times New Roman" w:eastAsia="Noto Sans CJK JP" w:cs="Noto Sans CJK JP"/>
        </w:rPr>
        <w:t>VMST_CHILD</w:t>
      </w:r>
      <w:r>
        <w:rPr>
          <w:color w:val="404040"/>
          <w:sz w:val="24"/>
          <w:rFonts w:ascii="Inter" w:hAnsi="Inter" w:eastAsia="Noto Sans CJK JP" w:cs="Noto Sans CJK JP"/>
        </w:rPr>
        <w:t xml:space="preserve"> with the description "Vehicle child Table" is listed. Check the box next to </w:t>
      </w:r>
      <w:r>
        <w:rPr>
          <w:color w:val="4472C4"/>
          <w:sz w:val="24"/>
          <w:rFonts w:ascii="Times New Roman" w:hAnsi="Times New Roman" w:eastAsia="Noto Sans CJK JP" w:cs="Noto Sans CJK JP"/>
        </w:rPr>
        <w:t>VMST_CHILD</w:t>
      </w:r>
      <w:r>
        <w:rPr>
          <w:color w:val="404040"/>
          <w:sz w:val="24"/>
          <w:rFonts w:ascii="Inter" w:hAnsi="Inter" w:eastAsia="Noto Sans CJK JP" w:cs="Noto Sans CJK JP"/>
        </w:rPr>
        <w:t xml:space="preserve"> to link it to your main object, then click </w:t>
      </w:r>
      <w:r>
        <w:rPr>
          <w:b/>
          <w:color w:val="404040"/>
          <w:sz w:val="24"/>
          <w:rFonts w:ascii="Inter" w:hAnsi="Inter" w:eastAsia="Noto Sans CJK JP" w:cs="Noto Sans CJK JP"/>
        </w:rPr>
        <w:t>Next &gt;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35503"/>
            <wp:docPr id="27" name="Picture 27"/>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2935503"/>
                    </a:xfrm>
                    <a:prstGeom prst="rect"/>
                  </pic:spPr>
                </pic:pic>
              </a:graphicData>
            </a:graphic>
          </wp:inline>
        </w:drawing>
      </w:r>
    </w:p>
    <w:p>
      <w:pPr>
        <w:pStyle w:val="Caption"/>
        <w:jc w:val="center"/>
      </w:pPr>
      <w:r>
        <w:rPr>
          <w:b/>
          <w:color w:val="404040"/>
        </w:rPr>
        <w:t>Linking child user tables window with VMST_CHILD checked and the Next button highlighted</w:t>
      </w:r>
    </w:p>
    <w:p>
      <w:pPr>
        <w:pStyle w:val="Heading3"/>
        <w:keepNext/>
        <w:keepLines/>
        <w:ind w:left="0"/>
        <w:outlineLvl w:val="2"/>
      </w:pPr>
      <w:r>
        <w:rPr>
          <w:b/>
          <w:color w:val="404040"/>
          <w:sz w:val="28"/>
          <w:rFonts w:ascii="Inter" w:hAnsi="Inter" w:eastAsia="Noto Sans CJK JP" w:cs="Noto Sans CJK JP"/>
        </w:rPr>
        <w:t>Step 27: Set the fields for the child table form</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Setting fields for a child table default form</w:t>
      </w:r>
      <w:r>
        <w:rPr>
          <w:color w:val="404040"/>
          <w:sz w:val="24"/>
          <w:rFonts w:ascii="Inter" w:hAnsi="Inter" w:eastAsia="Noto Sans CJK JP" w:cs="Noto Sans CJK JP"/>
        </w:rPr>
        <w:t xml:space="preserve"> window, select which fields are visible and editable for the child table. </w:t>
      </w:r>
      <w:r>
        <w:rPr>
          <w:color w:val="4472C4"/>
          <w:sz w:val="24"/>
          <w:rFonts w:ascii="Times New Roman" w:hAnsi="Times New Roman" w:eastAsia="Noto Sans CJK JP" w:cs="Noto Sans CJK JP"/>
        </w:rPr>
        <w:t>VMST_CHILD</w:t>
      </w:r>
      <w:r>
        <w:rPr>
          <w:color w:val="404040"/>
          <w:sz w:val="24"/>
          <w:rFonts w:ascii="Inter" w:hAnsi="Inter" w:eastAsia="Noto Sans CJK JP" w:cs="Noto Sans CJK JP"/>
        </w:rPr>
        <w:t xml:space="preserve"> includes columns such as </w:t>
      </w:r>
      <w:r>
        <w:rPr>
          <w:color w:val="4472C4"/>
          <w:sz w:val="24"/>
          <w:rFonts w:ascii="Times New Roman" w:hAnsi="Times New Roman" w:eastAsia="Noto Sans CJK JP" w:cs="Noto Sans CJK JP"/>
        </w:rPr>
        <w:t>DocEntry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LineId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VisOrder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Object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LogInst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U_VehicleCode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U_Description</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Check </w:t>
      </w:r>
      <w:r>
        <w:rPr>
          <w:color w:val="4472C4"/>
          <w:sz w:val="24"/>
          <w:rFonts w:ascii="Times New Roman" w:hAnsi="Times New Roman" w:eastAsia="Noto Sans CJK JP" w:cs="Noto Sans CJK JP"/>
        </w:rPr>
        <w:t>U_VehicleCode</w:t>
      </w:r>
      <w:r>
        <w:rPr>
          <w:color w:val="404040"/>
          <w:sz w:val="24"/>
          <w:rFonts w:ascii="Inter" w:hAnsi="Inter" w:eastAsia="Noto Sans CJK JP" w:cs="Noto Sans CJK JP"/>
        </w:rPr>
        <w:t xml:space="preserve"> (Vehicle Code) and </w:t>
      </w:r>
      <w:r>
        <w:rPr>
          <w:color w:val="4472C4"/>
          <w:sz w:val="24"/>
          <w:rFonts w:ascii="Times New Roman" w:hAnsi="Times New Roman" w:eastAsia="Noto Sans CJK JP" w:cs="Noto Sans CJK JP"/>
        </w:rPr>
        <w:t>U_Description</w:t>
      </w:r>
      <w:r>
        <w:rPr>
          <w:color w:val="404040"/>
          <w:sz w:val="24"/>
          <w:rFonts w:ascii="Inter" w:hAnsi="Inter" w:eastAsia="Noto Sans CJK JP" w:cs="Noto Sans CJK JP"/>
        </w:rPr>
        <w:t xml:space="preserve"> (Description) to make them visible and editable on the child table form.</w:t>
      </w:r>
    </w:p>
    <w:p>
      <w:pPr>
        <w:keepNext/>
        <w:keepLines/>
        <w:jc w:val="center"/>
      </w:pPr>
      <w:r>
        <w:drawing>
          <wp:inline xmlns:a="http://schemas.openxmlformats.org/drawingml/2006/main" xmlns:pic="http://schemas.openxmlformats.org/drawingml/2006/picture">
            <wp:extent cx="5328000" cy="2935503"/>
            <wp:docPr id="28" name="Picture 28"/>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2935503"/>
                    </a:xfrm>
                    <a:prstGeom prst="rect"/>
                  </pic:spPr>
                </pic:pic>
              </a:graphicData>
            </a:graphic>
          </wp:inline>
        </w:drawing>
      </w:r>
    </w:p>
    <w:p>
      <w:pPr>
        <w:pStyle w:val="Caption"/>
        <w:jc w:val="center"/>
      </w:pPr>
      <w:r>
        <w:rPr>
          <w:b/>
          <w:color w:val="404040"/>
        </w:rPr>
        <w:t>Setting fields for a child table default form window with U_VehicleCode and U_Description checked</w:t>
      </w:r>
    </w:p>
    <w:p>
      <w:pPr>
        <w:pStyle w:val="Heading3"/>
        <w:keepNext/>
        <w:keepLines/>
        <w:ind w:left="0"/>
        <w:outlineLvl w:val="2"/>
      </w:pPr>
      <w:r>
        <w:rPr>
          <w:b/>
          <w:color w:val="404040"/>
          <w:sz w:val="28"/>
          <w:rFonts w:ascii="Inter" w:hAnsi="Inter" w:eastAsia="Noto Sans CJK JP" w:cs="Noto Sans CJK JP"/>
        </w:rPr>
        <w:t>Step 28: Review the generated form</w:t>
      </w:r>
    </w:p>
    <w:p>
      <w:pPr/>
      <w:r>
        <w:rPr>
          <w:color w:val="404040"/>
          <w:sz w:val="24"/>
          <w:rFonts w:ascii="Inter" w:hAnsi="Inter" w:eastAsia="Noto Sans CJK JP" w:cs="Noto Sans CJK JP"/>
        </w:rPr>
        <w:t>After you finish the field selection, the system displays the generated form for your user-defined object. It includes:</w:t>
      </w:r>
    </w:p>
    <w:p>
      <w:pPr>
        <w:pStyle w:val="ListBullet2"/>
      </w:pPr>
      <w:r>
        <w:rPr>
          <w:color w:val="4472C4"/>
          <w:sz w:val="24"/>
          <w:rFonts w:ascii="Times New Roman" w:hAnsi="Times New Roman" w:eastAsia="Noto Sans CJK JP" w:cs="Noto Sans CJK JP"/>
        </w:rPr>
        <w:t>DocEntry</w:t>
      </w:r>
      <w:r>
        <w:rPr>
          <w:color w:val="404040"/>
          <w:sz w:val="24"/>
          <w:rFonts w:ascii="Inter" w:hAnsi="Inter" w:eastAsia="Noto Sans CJK JP" w:cs="Noto Sans CJK JP"/>
        </w:rPr>
        <w:t xml:space="preserve"> (disabled)</w:t>
      </w:r>
    </w:p>
    <w:p>
      <w:pPr>
        <w:pStyle w:val="ListBullet2"/>
      </w:pPr>
      <w:r>
        <w:rPr>
          <w:color w:val="4472C4"/>
          <w:sz w:val="24"/>
          <w:rFonts w:ascii="Times New Roman" w:hAnsi="Times New Roman" w:eastAsia="Noto Sans CJK JP" w:cs="Noto Sans CJK JP"/>
        </w:rPr>
        <w:t>Date</w:t>
      </w:r>
    </w:p>
    <w:p>
      <w:pPr>
        <w:pStyle w:val="ListBullet2"/>
      </w:pPr>
      <w:r>
        <w:rPr>
          <w:color w:val="4472C4"/>
          <w:sz w:val="24"/>
          <w:rFonts w:ascii="Times New Roman" w:hAnsi="Times New Roman" w:eastAsia="Noto Sans CJK JP" w:cs="Noto Sans CJK JP"/>
        </w:rPr>
        <w:t>Name</w:t>
      </w:r>
    </w:p>
    <w:p>
      <w:pPr>
        <w:pStyle w:val="ListBullet2"/>
      </w:pPr>
      <w:r>
        <w:rPr>
          <w:color w:val="404040"/>
          <w:sz w:val="24"/>
          <w:rFonts w:ascii="Inter" w:hAnsi="Inter" w:eastAsia="Noto Sans CJK JP" w:cs="Noto Sans CJK JP"/>
        </w:rPr>
        <w:t xml:space="preserve">A table for entering </w:t>
      </w:r>
      <w:r>
        <w:rPr>
          <w:color w:val="4472C4"/>
          <w:sz w:val="24"/>
          <w:rFonts w:ascii="Times New Roman" w:hAnsi="Times New Roman" w:eastAsia="Noto Sans CJK JP" w:cs="Noto Sans CJK JP"/>
        </w:rPr>
        <w:t>Vehicle Code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Description</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buttons appear at the bottom of the form.</w:t>
      </w:r>
    </w:p>
    <w:p>
      <w:pPr>
        <w:keepNext/>
        <w:keepLines/>
        <w:jc w:val="center"/>
      </w:pPr>
      <w:r>
        <w:drawing>
          <wp:inline xmlns:a="http://schemas.openxmlformats.org/drawingml/2006/main" xmlns:pic="http://schemas.openxmlformats.org/drawingml/2006/picture">
            <wp:extent cx="5328000" cy="2935503"/>
            <wp:docPr id="29" name="Picture 29"/>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2935503"/>
                    </a:xfrm>
                    <a:prstGeom prst="rect"/>
                  </pic:spPr>
                </pic:pic>
              </a:graphicData>
            </a:graphic>
          </wp:inline>
        </w:drawing>
      </w:r>
    </w:p>
    <w:p>
      <w:pPr>
        <w:pStyle w:val="Caption"/>
        <w:jc w:val="center"/>
      </w:pPr>
      <w:r>
        <w:rPr>
          <w:b/>
          <w:color w:val="404040"/>
        </w:rPr>
        <w:t>Generated user-defined object form with DocEntry (disabled), Date, Name, and a table for Vehicle Code and Description</w:t>
      </w:r>
    </w:p>
    <w:p>
      <w:pPr>
        <w:pStyle w:val="Heading2"/>
        <w:keepNext/>
        <w:keepLines/>
        <w:ind w:left="0"/>
        <w:outlineLvl w:val="1"/>
      </w:pPr>
      <w:r>
        <w:rPr>
          <w:b/>
          <w:color w:val="404040"/>
          <w:sz w:val="32"/>
          <w:rFonts w:ascii="Inter" w:hAnsi="Inter" w:eastAsia="Noto Sans CJK JP" w:cs="Noto Sans CJK JP"/>
        </w:rPr>
        <w:t>Customize the form with Edit UI Form</w:t>
      </w:r>
    </w:p>
    <w:p>
      <w:pPr>
        <w:pStyle w:val="Heading3"/>
        <w:keepNext/>
        <w:keepLines/>
        <w:ind w:left="0"/>
        <w:outlineLvl w:val="2"/>
      </w:pPr>
      <w:r>
        <w:rPr>
          <w:b/>
          <w:color w:val="404040"/>
          <w:sz w:val="28"/>
          <w:rFonts w:ascii="Inter" w:hAnsi="Inter" w:eastAsia="Noto Sans CJK JP" w:cs="Noto Sans CJK JP"/>
        </w:rPr>
        <w:t>Step 29: Open the form settings</w:t>
      </w:r>
    </w:p>
    <w:p>
      <w:pPr/>
      <w:r>
        <w:rPr>
          <w:color w:val="404040"/>
          <w:sz w:val="24"/>
          <w:rFonts w:ascii="Inter" w:hAnsi="Inter" w:eastAsia="Noto Sans CJK JP" w:cs="Noto Sans CJK JP"/>
        </w:rPr>
        <w:t xml:space="preserve">To control which table columns are visible, select </w:t>
      </w:r>
      <w:r>
        <w:rPr>
          <w:b/>
          <w:color w:val="404040"/>
          <w:sz w:val="24"/>
          <w:rFonts w:ascii="Inter" w:hAnsi="Inter" w:eastAsia="Noto Sans CJK JP" w:cs="Noto Sans CJK JP"/>
        </w:rPr>
        <w:t>Tools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Edit UI Form</w:t>
      </w:r>
      <w:r>
        <w:rPr>
          <w:color w:val="404040"/>
          <w:sz w:val="24"/>
          <w:rFonts w:ascii="Inter" w:hAnsi="Inter" w:eastAsia="Noto Sans CJK JP" w:cs="Noto Sans CJK JP"/>
        </w:rPr>
        <w:t xml:space="preserve">. The </w:t>
      </w:r>
      <w:r>
        <w:rPr>
          <w:b/>
          <w:color w:val="404040"/>
          <w:sz w:val="24"/>
          <w:rFonts w:ascii="Inter" w:hAnsi="Inter" w:eastAsia="Noto Sans CJK JP" w:cs="Noto Sans CJK JP"/>
        </w:rPr>
        <w:t>Form Settings - VMST</w:t>
      </w:r>
      <w:r>
        <w:rPr>
          <w:color w:val="404040"/>
          <w:sz w:val="24"/>
          <w:rFonts w:ascii="Inter" w:hAnsi="Inter" w:eastAsia="Noto Sans CJK JP" w:cs="Noto Sans CJK JP"/>
        </w:rPr>
        <w:t xml:space="preserve"> window opens.</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Table Format</w:t>
      </w:r>
      <w:r>
        <w:rPr>
          <w:color w:val="404040"/>
          <w:sz w:val="24"/>
          <w:rFonts w:ascii="Inter" w:hAnsi="Inter" w:eastAsia="Noto Sans CJK JP" w:cs="Noto Sans CJK JP"/>
        </w:rPr>
        <w:t xml:space="preserve"> tab, the table columns are listed: </w:t>
      </w:r>
      <w:r>
        <w:rPr>
          <w:color w:val="4472C4"/>
          <w:sz w:val="24"/>
          <w:rFonts w:ascii="Times New Roman" w:hAnsi="Times New Roman"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Vehicle Code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Description</w:t>
      </w:r>
      <w:r>
        <w:rPr>
          <w:color w:val="404040"/>
          <w:sz w:val="24"/>
          <w:rFonts w:ascii="Inter" w:hAnsi="Inter" w:eastAsia="Noto Sans CJK JP" w:cs="Noto Sans CJK JP"/>
        </w:rPr>
        <w:t xml:space="preserve">. Check or uncheck the boxes in the </w:t>
      </w:r>
      <w:r>
        <w:rPr>
          <w:b/>
          <w:color w:val="404040"/>
          <w:sz w:val="24"/>
          <w:rFonts w:ascii="Inter" w:hAnsi="Inter" w:eastAsia="Noto Sans CJK JP" w:cs="Noto Sans CJK JP"/>
        </w:rPr>
        <w:t>Visible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Active</w:t>
      </w:r>
      <w:r>
        <w:rPr>
          <w:color w:val="404040"/>
          <w:sz w:val="24"/>
          <w:rFonts w:ascii="Inter" w:hAnsi="Inter" w:eastAsia="Noto Sans CJK JP" w:cs="Noto Sans CJK JP"/>
        </w:rPr>
        <w:t xml:space="preserve"> columns to control which fields are shown and editable. In this example, all three columns are visible and active.</w:t>
      </w:r>
    </w:p>
    <w:p>
      <w:pPr>
        <w:keepNext/>
        <w:keepLines/>
        <w:jc w:val="center"/>
      </w:pPr>
      <w:r>
        <w:drawing>
          <wp:inline xmlns:a="http://schemas.openxmlformats.org/drawingml/2006/main" xmlns:pic="http://schemas.openxmlformats.org/drawingml/2006/picture">
            <wp:extent cx="5328000" cy="2935503"/>
            <wp:docPr id="30" name="Picture 30"/>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2935503"/>
                    </a:xfrm>
                    <a:prstGeom prst="rect"/>
                  </pic:spPr>
                </pic:pic>
              </a:graphicData>
            </a:graphic>
          </wp:inline>
        </w:drawing>
      </w:r>
    </w:p>
    <w:p>
      <w:pPr>
        <w:pStyle w:val="Caption"/>
        <w:jc w:val="center"/>
      </w:pPr>
      <w:r>
        <w:rPr>
          <w:b/>
          <w:color w:val="404040"/>
        </w:rPr>
        <w:t>Form Settings - VMST window with the #, Vehicle Code, and Description columns all set as visible and active</w:t>
      </w:r>
    </w:p>
    <w:p>
      <w:pPr>
        <w:pStyle w:val="Heading3"/>
        <w:keepNext/>
        <w:keepLines/>
        <w:ind w:left="0"/>
        <w:outlineLvl w:val="2"/>
      </w:pPr>
      <w:r>
        <w:rPr>
          <w:b/>
          <w:color w:val="404040"/>
          <w:sz w:val="28"/>
          <w:rFonts w:ascii="Inter" w:hAnsi="Inter" w:eastAsia="Noto Sans CJK JP" w:cs="Noto Sans CJK JP"/>
        </w:rPr>
        <w:t>Step 30: Apply and save the changes</w:t>
      </w:r>
    </w:p>
    <w:p>
      <w:pPr>
        <w:keepNext/>
        <w:keepLines/>
      </w:pPr>
      <w:r>
        <w:rPr>
          <w:color w:val="404040"/>
          <w:sz w:val="24"/>
          <w:rFonts w:ascii="Inter" w:hAnsi="Inter" w:eastAsia="Noto Sans CJK JP" w:cs="Noto Sans CJK JP"/>
        </w:rPr>
        <w:t xml:space="preserve">After you adjust column visibility and activity,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Apply</w:t>
      </w:r>
      <w:r>
        <w:rPr>
          <w:color w:val="404040"/>
          <w:sz w:val="24"/>
          <w:rFonts w:ascii="Inter" w:hAnsi="Inter" w:eastAsia="Noto Sans CJK JP" w:cs="Noto Sans CJK JP"/>
        </w:rPr>
        <w:t xml:space="preserve"> to save your changes. You can also use the window controls to close the dialog. The changes immediately affect the layout of the VMST form.</w:t>
      </w:r>
    </w:p>
    <w:p>
      <w:pPr>
        <w:keepNext/>
        <w:keepLines/>
        <w:jc w:val="center"/>
      </w:pPr>
      <w:r>
        <w:drawing>
          <wp:inline xmlns:a="http://schemas.openxmlformats.org/drawingml/2006/main" xmlns:pic="http://schemas.openxmlformats.org/drawingml/2006/picture">
            <wp:extent cx="5328000" cy="2935503"/>
            <wp:docPr id="31" name="Picture 3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2935503"/>
                    </a:xfrm>
                    <a:prstGeom prst="rect"/>
                  </pic:spPr>
                </pic:pic>
              </a:graphicData>
            </a:graphic>
          </wp:inline>
        </w:drawing>
      </w:r>
    </w:p>
    <w:p>
      <w:pPr>
        <w:pStyle w:val="Caption"/>
        <w:jc w:val="center"/>
      </w:pPr>
      <w:r>
        <w:rPr>
          <w:b/>
          <w:color w:val="404040"/>
        </w:rPr>
        <w:t>Form Settings - VMST window with all columns visible and active, ready to apply changes</w:t>
      </w:r>
    </w:p>
    <w:p>
      <w:pPr>
        <w:pStyle w:val="Heading3"/>
        <w:keepNext/>
        <w:keepLines/>
        <w:ind w:left="0"/>
        <w:outlineLvl w:val="2"/>
      </w:pPr>
      <w:r>
        <w:rPr>
          <w:b/>
          <w:color w:val="404040"/>
          <w:sz w:val="28"/>
          <w:rFonts w:ascii="Inter" w:hAnsi="Inter" w:eastAsia="Noto Sans CJK JP" w:cs="Noto Sans CJK JP"/>
        </w:rPr>
        <w:t>Step 31: Use UI Edit Mode for further customization</w:t>
      </w:r>
    </w:p>
    <w:p>
      <w:pPr/>
      <w:r>
        <w:rPr>
          <w:color w:val="404040"/>
          <w:sz w:val="24"/>
          <w:rFonts w:ascii="Inter" w:hAnsi="Inter" w:eastAsia="Noto Sans CJK JP" w:cs="Noto Sans CJK JP"/>
        </w:rPr>
        <w:t xml:space="preserve">The VMST form now appears in </w:t>
      </w:r>
      <w:r>
        <w:rPr>
          <w:b/>
          <w:color w:val="404040"/>
          <w:sz w:val="24"/>
          <w:rFonts w:ascii="Inter" w:hAnsi="Inter" w:eastAsia="Noto Sans CJK JP" w:cs="Noto Sans CJK JP"/>
        </w:rPr>
        <w:t>UI Edit Mode</w:t>
      </w:r>
      <w:r>
        <w:rPr>
          <w:color w:val="404040"/>
          <w:sz w:val="24"/>
          <w:rFonts w:ascii="Inter" w:hAnsi="Inter" w:eastAsia="Noto Sans CJK JP" w:cs="Noto Sans CJK JP"/>
        </w:rPr>
        <w:t xml:space="preserve">. Right-click any field, such as </w:t>
      </w:r>
      <w:r>
        <w:rPr>
          <w:color w:val="4472C4"/>
          <w:sz w:val="24"/>
          <w:rFonts w:ascii="Times New Roman" w:hAnsi="Times New Roman" w:eastAsia="Noto Sans CJK JP" w:cs="Noto Sans CJK JP"/>
        </w:rPr>
        <w:t>Date</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Name</w:t>
      </w:r>
      <w:r>
        <w:rPr>
          <w:color w:val="404040"/>
          <w:sz w:val="24"/>
          <w:rFonts w:ascii="Inter" w:hAnsi="Inter" w:eastAsia="Noto Sans CJK JP" w:cs="Noto Sans CJK JP"/>
        </w:rPr>
        <w:t>, to open a context menu. The options are Save, Leave UI Edit Mode, Restore Default, Add Tab, Remove Tab, and Rename Tab.</w:t>
      </w:r>
    </w:p>
    <w:p>
      <w:pPr>
        <w:keepNext/>
        <w:keepLines/>
      </w:pPr>
      <w:r>
        <w:rPr>
          <w:color w:val="404040"/>
          <w:sz w:val="24"/>
          <w:rFonts w:ascii="Inter" w:hAnsi="Inter" w:eastAsia="Noto Sans CJK JP" w:cs="Noto Sans CJK JP"/>
        </w:rPr>
        <w:t>These options let you customize the form layout further. The status bar at the bottom confirms "UI changes saved successfully."</w:t>
      </w:r>
    </w:p>
    <w:p>
      <w:pPr>
        <w:keepNext/>
        <w:keepLines/>
        <w:jc w:val="center"/>
      </w:pPr>
      <w:r>
        <w:drawing>
          <wp:inline xmlns:a="http://schemas.openxmlformats.org/drawingml/2006/main" xmlns:pic="http://schemas.openxmlformats.org/drawingml/2006/picture">
            <wp:extent cx="5328000" cy="2935503"/>
            <wp:docPr id="32" name="Picture 32"/>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2935503"/>
                    </a:xfrm>
                    <a:prstGeom prst="rect"/>
                  </pic:spPr>
                </pic:pic>
              </a:graphicData>
            </a:graphic>
          </wp:inline>
        </w:drawing>
      </w:r>
    </w:p>
    <w:p>
      <w:pPr>
        <w:pStyle w:val="Caption"/>
        <w:jc w:val="center"/>
      </w:pPr>
      <w:r>
        <w:rPr>
          <w:b/>
          <w:color w:val="404040"/>
        </w:rPr>
        <w:t>VMST form in UI Edit Mode with the right-click context menu open, showing Save, Leave UI Edit Mode, Restore Default, Add Tab, Remove Tab, and Rename Tab</w:t>
      </w:r>
    </w:p>
    <w:p>
      <w:pPr>
        <w:pStyle w:val="Heading3"/>
        <w:keepNext/>
        <w:keepLines/>
        <w:ind w:left="0"/>
        <w:outlineLvl w:val="2"/>
      </w:pPr>
      <w:r>
        <w:rPr>
          <w:b/>
          <w:color w:val="404040"/>
          <w:sz w:val="28"/>
          <w:rFonts w:ascii="Inter" w:hAnsi="Inter" w:eastAsia="Noto Sans CJK JP" w:cs="Noto Sans CJK JP"/>
        </w:rPr>
        <w:t>Step 32: Return to the standard form view</w:t>
      </w:r>
    </w:p>
    <w:p>
      <w:pPr>
        <w:keepNext/>
        <w:keepLines/>
      </w:pPr>
      <w:r>
        <w:rPr>
          <w:color w:val="404040"/>
          <w:sz w:val="24"/>
          <w:rFonts w:ascii="Inter" w:hAnsi="Inter" w:eastAsia="Noto Sans CJK JP" w:cs="Noto Sans CJK JP"/>
        </w:rPr>
        <w:t xml:space="preserve">Exit UI Edit Mode to return to the standard VMST form view. The form reflects the changes you made. The </w:t>
      </w:r>
      <w:r>
        <w:rPr>
          <w:color w:val="4472C4"/>
          <w:sz w:val="24"/>
          <w:rFonts w:ascii="Times New Roman" w:hAnsi="Times New Roman" w:eastAsia="Noto Sans CJK JP" w:cs="Noto Sans CJK JP"/>
        </w:rPr>
        <w:t>DocEntry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Date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Name</w:t>
      </w:r>
      <w:r>
        <w:rPr>
          <w:color w:val="404040"/>
          <w:sz w:val="24"/>
          <w:rFonts w:ascii="Inter" w:hAnsi="Inter" w:eastAsia="Noto Sans CJK JP" w:cs="Noto Sans CJK JP"/>
        </w:rPr>
        <w:t xml:space="preserve"> fields appear at the top, with the table for </w:t>
      </w:r>
      <w:r>
        <w:rPr>
          <w:color w:val="4472C4"/>
          <w:sz w:val="24"/>
          <w:rFonts w:ascii="Times New Roman" w:hAnsi="Times New Roman" w:eastAsia="Noto Sans CJK JP" w:cs="Noto Sans CJK JP"/>
        </w:rPr>
        <w:t>Vehicle Code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Description</w:t>
      </w:r>
      <w:r>
        <w:rPr>
          <w:color w:val="404040"/>
          <w:sz w:val="24"/>
          <w:rFonts w:ascii="Inter" w:hAnsi="Inter" w:eastAsia="Noto Sans CJK JP" w:cs="Noto Sans CJK JP"/>
        </w:rPr>
        <w:t xml:space="preserve"> below.</w:t>
      </w:r>
    </w:p>
    <w:p>
      <w:pPr>
        <w:keepNext/>
        <w:keepLines/>
        <w:jc w:val="center"/>
      </w:pPr>
      <w:r>
        <w:drawing>
          <wp:inline xmlns:a="http://schemas.openxmlformats.org/drawingml/2006/main" xmlns:pic="http://schemas.openxmlformats.org/drawingml/2006/picture">
            <wp:extent cx="5328000" cy="2935503"/>
            <wp:docPr id="33" name="Picture 33"/>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2935503"/>
                    </a:xfrm>
                    <a:prstGeom prst="rect"/>
                  </pic:spPr>
                </pic:pic>
              </a:graphicData>
            </a:graphic>
          </wp:inline>
        </w:drawing>
      </w:r>
    </w:p>
    <w:p>
      <w:pPr>
        <w:pStyle w:val="Caption"/>
        <w:jc w:val="center"/>
      </w:pPr>
      <w:r>
        <w:rPr>
          <w:b/>
          <w:color w:val="404040"/>
        </w:rPr>
        <w:t>VMST form in standard view after UI customization, showing DocEntry, Date, Name, and the table</w:t>
      </w:r>
    </w:p>
    <w:p>
      <w:pPr>
        <w:pStyle w:val="Heading2"/>
        <w:keepNext/>
        <w:keepLines/>
        <w:ind w:left="0"/>
        <w:outlineLvl w:val="1"/>
      </w:pPr>
      <w:r>
        <w:rPr>
          <w:b/>
          <w:color w:val="404040"/>
          <w:sz w:val="32"/>
          <w:rFonts w:ascii="Inter" w:hAnsi="Inter" w:eastAsia="Noto Sans CJK JP" w:cs="Noto Sans CJK JP"/>
        </w:rPr>
        <w:t>Enter and update data</w:t>
      </w:r>
    </w:p>
    <w:p>
      <w:pPr>
        <w:pStyle w:val="Heading3"/>
        <w:keepNext/>
        <w:keepLines/>
        <w:ind w:left="0"/>
        <w:outlineLvl w:val="2"/>
      </w:pPr>
      <w:r>
        <w:rPr>
          <w:b/>
          <w:color w:val="404040"/>
          <w:sz w:val="28"/>
          <w:rFonts w:ascii="Inter" w:hAnsi="Inter" w:eastAsia="Noto Sans CJK JP" w:cs="Noto Sans CJK JP"/>
        </w:rPr>
        <w:t>Step 33: Set the date</w:t>
      </w:r>
    </w:p>
    <w:p>
      <w:pPr>
        <w:keepNext/>
        <w:keepLines/>
      </w:pPr>
      <w:r>
        <w:rPr>
          <w:color w:val="404040"/>
          <w:sz w:val="24"/>
          <w:rFonts w:ascii="Inter" w:hAnsi="Inter" w:eastAsia="Noto Sans CJK JP" w:cs="Noto Sans CJK JP"/>
        </w:rPr>
        <w:t xml:space="preserve">Click the </w:t>
      </w:r>
      <w:r>
        <w:rPr>
          <w:color w:val="4472C4"/>
          <w:sz w:val="24"/>
          <w:rFonts w:ascii="Times New Roman" w:hAnsi="Times New Roman" w:eastAsia="Noto Sans CJK JP" w:cs="Noto Sans CJK JP"/>
        </w:rPr>
        <w:t>Date</w:t>
      </w:r>
      <w:r>
        <w:rPr>
          <w:color w:val="404040"/>
          <w:sz w:val="24"/>
          <w:rFonts w:ascii="Inter" w:hAnsi="Inter" w:eastAsia="Noto Sans CJK JP" w:cs="Noto Sans CJK JP"/>
        </w:rPr>
        <w:t xml:space="preserve"> field to open the date picker, then select a date from the calendar. In this example, July 28, 2020 is chosen. The selected date fills the </w:t>
      </w:r>
      <w:r>
        <w:rPr>
          <w:color w:val="4472C4"/>
          <w:sz w:val="24"/>
          <w:rFonts w:ascii="Times New Roman" w:hAnsi="Times New Roman" w:eastAsia="Noto Sans CJK JP" w:cs="Noto Sans CJK JP"/>
        </w:rPr>
        <w:t>Date</w:t>
      </w:r>
      <w:r>
        <w:rPr>
          <w:color w:val="404040"/>
          <w:sz w:val="24"/>
          <w:rFonts w:ascii="Inter" w:hAnsi="Inter" w:eastAsia="Noto Sans CJK JP" w:cs="Noto Sans CJK JP"/>
        </w:rPr>
        <w:t xml:space="preserve"> field on the form.</w:t>
      </w:r>
    </w:p>
    <w:p>
      <w:pPr>
        <w:keepNext/>
        <w:keepLines/>
        <w:jc w:val="center"/>
      </w:pPr>
      <w:r>
        <w:drawing>
          <wp:inline xmlns:a="http://schemas.openxmlformats.org/drawingml/2006/main" xmlns:pic="http://schemas.openxmlformats.org/drawingml/2006/picture">
            <wp:extent cx="5328000" cy="2935503"/>
            <wp:docPr id="34" name="Picture 34"/>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2935503"/>
                    </a:xfrm>
                    <a:prstGeom prst="rect"/>
                  </pic:spPr>
                </pic:pic>
              </a:graphicData>
            </a:graphic>
          </wp:inline>
        </w:drawing>
      </w:r>
    </w:p>
    <w:p>
      <w:pPr>
        <w:pStyle w:val="Caption"/>
        <w:jc w:val="center"/>
      </w:pPr>
      <w:r>
        <w:rPr>
          <w:b/>
          <w:color w:val="404040"/>
        </w:rPr>
        <w:t>VMST form with the date picker open and July 28, 2020 selected</w:t>
      </w:r>
    </w:p>
    <w:p>
      <w:pPr>
        <w:pStyle w:val="Heading3"/>
        <w:keepNext/>
        <w:keepLines/>
        <w:ind w:left="0"/>
        <w:outlineLvl w:val="2"/>
      </w:pPr>
      <w:r>
        <w:rPr>
          <w:b/>
          <w:color w:val="404040"/>
          <w:sz w:val="28"/>
          <w:rFonts w:ascii="Inter" w:hAnsi="Inter" w:eastAsia="Noto Sans CJK JP" w:cs="Noto Sans CJK JP"/>
        </w:rPr>
        <w:t>Step 34: Enter data in the table</w:t>
      </w:r>
    </w:p>
    <w:p>
      <w:pPr/>
      <w:r>
        <w:rPr>
          <w:color w:val="404040"/>
          <w:sz w:val="24"/>
          <w:rFonts w:ascii="Inter" w:hAnsi="Inter" w:eastAsia="Noto Sans CJK JP" w:cs="Noto Sans CJK JP"/>
        </w:rPr>
        <w:t>In the table section, enter these values:</w:t>
      </w:r>
    </w:p>
    <w:p>
      <w:pPr>
        <w:pStyle w:val="ListBullet2"/>
      </w:pPr>
      <w:r>
        <w:rPr>
          <w:b/>
          <w:color w:val="404040"/>
          <w:sz w:val="24"/>
          <w:rFonts w:ascii="Inter" w:hAnsi="Inter" w:eastAsia="Noto Sans CJK JP" w:cs="Noto Sans CJK JP"/>
        </w:rPr>
        <w:t>Vehicle Code:</w:t>
      </w:r>
      <w:r>
        <w:rPr>
          <w:color w:val="404040"/>
          <w:sz w:val="24"/>
          <w:rFonts w:ascii="Inter" w:hAnsi="Inter" w:eastAsia="Noto Sans CJK JP" w:cs="Noto Sans CJK JP"/>
        </w:rPr>
        <w:t xml:space="preserve"> 0001</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Truck</w:t>
      </w:r>
    </w:p>
    <w:p>
      <w:pPr>
        <w:keepNext/>
        <w:keepLines/>
      </w:pPr>
      <w:r>
        <w:rPr>
          <w:color w:val="404040"/>
          <w:sz w:val="24"/>
          <w:rFonts w:ascii="Inter" w:hAnsi="Inter" w:eastAsia="Noto Sans CJK JP" w:cs="Noto Sans CJK JP"/>
        </w:rPr>
        <w:t>The row is highlighted while you enter data. The form then displays the entered data, ready for further actions such as adding or saving the record.</w:t>
      </w:r>
    </w:p>
    <w:p>
      <w:pPr>
        <w:keepNext/>
        <w:keepLines/>
        <w:jc w:val="center"/>
      </w:pPr>
      <w:r>
        <w:drawing>
          <wp:inline xmlns:a="http://schemas.openxmlformats.org/drawingml/2006/main" xmlns:pic="http://schemas.openxmlformats.org/drawingml/2006/picture">
            <wp:extent cx="5328000" cy="2935503"/>
            <wp:docPr id="35" name="Picture 35"/>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2935503"/>
                    </a:xfrm>
                    <a:prstGeom prst="rect"/>
                  </pic:spPr>
                </pic:pic>
              </a:graphicData>
            </a:graphic>
          </wp:inline>
        </w:drawing>
      </w:r>
    </w:p>
    <w:p>
      <w:pPr>
        <w:pStyle w:val="Caption"/>
        <w:jc w:val="center"/>
      </w:pPr>
      <w:r>
        <w:rPr>
          <w:b/>
          <w:color w:val="404040"/>
        </w:rPr>
        <w:t>VMST form with Vehicle Code 0001 and Description Truck entered in the table</w:t>
      </w:r>
    </w:p>
    <w:p>
      <w:pPr>
        <w:pStyle w:val="Heading3"/>
        <w:keepNext/>
        <w:keepLines/>
        <w:ind w:left="0"/>
        <w:outlineLvl w:val="2"/>
      </w:pPr>
      <w:r>
        <w:rPr>
          <w:b/>
          <w:color w:val="404040"/>
          <w:sz w:val="28"/>
          <w:rFonts w:ascii="Inter" w:hAnsi="Inter" w:eastAsia="Noto Sans CJK JP" w:cs="Noto Sans CJK JP"/>
        </w:rPr>
        <w:t>Step 35: Edit the Name field</w:t>
      </w:r>
    </w:p>
    <w:p>
      <w:pPr>
        <w:keepNext/>
        <w:keepLines/>
      </w:pPr>
      <w:r>
        <w:rPr>
          <w:color w:val="404040"/>
          <w:sz w:val="24"/>
          <w:rFonts w:ascii="Inter" w:hAnsi="Inter" w:eastAsia="Noto Sans CJK JP" w:cs="Noto Sans CJK JP"/>
        </w:rPr>
        <w:t xml:space="preserve">Click the </w:t>
      </w:r>
      <w:r>
        <w:rPr>
          <w:color w:val="4472C4"/>
          <w:sz w:val="24"/>
          <w:rFonts w:ascii="Times New Roman" w:hAnsi="Times New Roman" w:eastAsia="Noto Sans CJK JP" w:cs="Noto Sans CJK JP"/>
        </w:rPr>
        <w:t>Name</w:t>
      </w:r>
      <w:r>
        <w:rPr>
          <w:color w:val="404040"/>
          <w:sz w:val="24"/>
          <w:rFonts w:ascii="Inter" w:hAnsi="Inter" w:eastAsia="Noto Sans CJK JP" w:cs="Noto Sans CJK JP"/>
        </w:rPr>
        <w:t xml:space="preserve"> field and change the value to </w:t>
      </w:r>
      <w:r>
        <w:rPr>
          <w:color w:val="4472C4"/>
          <w:sz w:val="24"/>
          <w:rFonts w:ascii="Times New Roman" w:hAnsi="Times New Roman" w:eastAsia="Noto Sans CJK JP" w:cs="Noto Sans CJK JP"/>
        </w:rPr>
        <w:t>Mark Hamilton</w:t>
      </w:r>
      <w:r>
        <w:rPr>
          <w:color w:val="404040"/>
          <w:sz w:val="24"/>
          <w:rFonts w:ascii="Inter" w:hAnsi="Inter" w:eastAsia="Noto Sans CJK JP" w:cs="Noto Sans CJK JP"/>
        </w:rPr>
        <w:t>. If an error appears after you edit, review the data and field settings to make sure they meet SAP Business One requirements.</w:t>
      </w:r>
    </w:p>
    <w:p>
      <w:pPr>
        <w:keepNext/>
        <w:keepLines/>
        <w:jc w:val="center"/>
      </w:pPr>
      <w:r>
        <w:drawing>
          <wp:inline xmlns:a="http://schemas.openxmlformats.org/drawingml/2006/main" xmlns:pic="http://schemas.openxmlformats.org/drawingml/2006/picture">
            <wp:extent cx="5328000" cy="2935503"/>
            <wp:docPr id="36" name="Picture 36"/>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2935503"/>
                    </a:xfrm>
                    <a:prstGeom prst="rect"/>
                  </pic:spPr>
                </pic:pic>
              </a:graphicData>
            </a:graphic>
          </wp:inline>
        </w:drawing>
      </w:r>
    </w:p>
    <w:p>
      <w:pPr>
        <w:pStyle w:val="Caption"/>
        <w:jc w:val="center"/>
      </w:pPr>
      <w:r>
        <w:rPr>
          <w:b/>
          <w:color w:val="404040"/>
        </w:rPr>
        <w:t>VMST form with the Name field being edited to Mark Hamilton, showing DocEntry, Date, and the table with Vehicle Code 0001 and Description Truck</w:t>
      </w:r>
    </w:p>
    <w:p>
      <w:pPr>
        <w:pStyle w:val="Heading3"/>
        <w:keepNext/>
        <w:keepLines/>
        <w:ind w:left="0"/>
        <w:outlineLvl w:val="2"/>
      </w:pPr>
      <w:r>
        <w:rPr>
          <w:b/>
          <w:color w:val="404040"/>
          <w:sz w:val="28"/>
          <w:rFonts w:ascii="Inter" w:hAnsi="Inter" w:eastAsia="Noto Sans CJK JP" w:cs="Noto Sans CJK JP"/>
        </w:rPr>
        <w:t>Step 36: Verify the record</w:t>
      </w:r>
    </w:p>
    <w:p>
      <w:pPr>
        <w:keepNext/>
        <w:keepLines/>
      </w:pPr>
      <w:r>
        <w:rPr>
          <w:color w:val="404040"/>
          <w:sz w:val="24"/>
          <w:rFonts w:ascii="Inter" w:hAnsi="Inter" w:eastAsia="Noto Sans CJK JP" w:cs="Noto Sans CJK JP"/>
        </w:rPr>
        <w:t xml:space="preserve">Return to the VMST form and select the last record in the VMST table. Confirm that the </w:t>
      </w:r>
      <w:r>
        <w:rPr>
          <w:color w:val="4472C4"/>
          <w:sz w:val="24"/>
          <w:rFonts w:ascii="Times New Roman" w:hAnsi="Times New Roman" w:eastAsia="Noto Sans CJK JP" w:cs="Noto Sans CJK JP"/>
        </w:rPr>
        <w:t>Name</w:t>
      </w:r>
      <w:r>
        <w:rPr>
          <w:color w:val="404040"/>
          <w:sz w:val="24"/>
          <w:rFonts w:ascii="Inter" w:hAnsi="Inter" w:eastAsia="Noto Sans CJK JP" w:cs="Noto Sans CJK JP"/>
        </w:rPr>
        <w:t xml:space="preserve"> field is updated (for example, "Mark Hamilton"). Also confirm that the table shows the correct vehicle information: Vehicle Code 0001 and Description Truck.</w:t>
      </w:r>
    </w:p>
    <w:p>
      <w:pPr>
        <w:keepNext/>
        <w:keepLines/>
        <w:jc w:val="center"/>
      </w:pPr>
      <w:r>
        <w:drawing>
          <wp:inline xmlns:a="http://schemas.openxmlformats.org/drawingml/2006/main" xmlns:pic="http://schemas.openxmlformats.org/drawingml/2006/picture">
            <wp:extent cx="5328000" cy="2935503"/>
            <wp:docPr id="37" name="Picture 37"/>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935503"/>
                    </a:xfrm>
                    <a:prstGeom prst="rect"/>
                  </pic:spPr>
                </pic:pic>
              </a:graphicData>
            </a:graphic>
          </wp:inline>
        </w:drawing>
      </w:r>
    </w:p>
    <w:p>
      <w:pPr>
        <w:pStyle w:val="Caption"/>
        <w:jc w:val="center"/>
      </w:pPr>
      <w:r>
        <w:rPr>
          <w:b/>
          <w:color w:val="404040"/>
        </w:rPr>
        <w:t>VMST form showing DocEntry 1, Date 07/28/2020, Name Mark, and a table with Vehicle Code 0001 and Description Truck, with the OK and Cancel buttons visible</w:t>
      </w:r>
    </w:p>
    <w:p>
      <w:pPr>
        <w:pStyle w:val="Heading3"/>
        <w:keepNext/>
        <w:keepLines/>
        <w:ind w:left="0"/>
        <w:outlineLvl w:val="2"/>
      </w:pPr>
      <w:r>
        <w:rPr>
          <w:b/>
          <w:color w:val="404040"/>
          <w:sz w:val="28"/>
          <w:rFonts w:ascii="Inter" w:hAnsi="Inter" w:eastAsia="Noto Sans CJK JP" w:cs="Noto Sans CJK JP"/>
        </w:rPr>
        <w:t>Step 37: Test the update function</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Update</w:t>
      </w:r>
      <w:r>
        <w:rPr>
          <w:color w:val="404040"/>
          <w:sz w:val="24"/>
          <w:rFonts w:ascii="Inter" w:hAnsi="Inter" w:eastAsia="Noto Sans CJK JP" w:cs="Noto Sans CJK JP"/>
        </w:rPr>
        <w:t xml:space="preserve"> to save your changes. Make sure the navigation menu and form fields reflect the updated data.</w:t>
      </w:r>
    </w:p>
    <w:p>
      <w:pPr>
        <w:keepNext/>
        <w:keepLines/>
        <w:jc w:val="center"/>
      </w:pPr>
      <w:r>
        <w:drawing>
          <wp:inline xmlns:a="http://schemas.openxmlformats.org/drawingml/2006/main" xmlns:pic="http://schemas.openxmlformats.org/drawingml/2006/picture">
            <wp:extent cx="5328000" cy="2935503"/>
            <wp:docPr id="38" name="Picture 3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935503"/>
                    </a:xfrm>
                    <a:prstGeom prst="rect"/>
                  </pic:spPr>
                </pic:pic>
              </a:graphicData>
            </a:graphic>
          </wp:inline>
        </w:drawing>
      </w:r>
    </w:p>
    <w:p>
      <w:pPr>
        <w:pStyle w:val="Caption"/>
        <w:jc w:val="center"/>
      </w:pPr>
      <w:r>
        <w:rPr>
          <w:b/>
          <w:color w:val="404040"/>
        </w:rPr>
        <w:t>VMST form with the Name field set to Mark Hamilton, Vehicle Code 0001, and Description Truck, with the Update and Cancel buttons visible</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 xml:space="preserve">After you create your UDO, you can reopen </w:t>
      </w:r>
      <w:r>
        <w:rPr>
          <w:b/>
          <w:color w:val="404040"/>
          <w:sz w:val="24"/>
          <w:rFonts w:ascii="Inter" w:hAnsi="Inter" w:eastAsia="Noto Sans CJK JP" w:cs="Noto Sans CJK JP"/>
        </w:rPr>
        <w:t>Tools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Edit UI Form</w:t>
      </w:r>
      <w:r>
        <w:rPr>
          <w:color w:val="404040"/>
          <w:sz w:val="24"/>
          <w:rFonts w:ascii="Inter" w:hAnsi="Inter" w:eastAsia="Noto Sans CJK JP" w:cs="Noto Sans CJK JP"/>
        </w:rPr>
        <w:t xml:space="preserve"> to refine the layout. You can also return to the Object Registration Wizard to update the object later.</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created a user defined object (UDO) in SAP Business One by completing these tasks:</w:t>
      </w:r>
    </w:p>
    <w:p>
      <w:pPr>
        <w:pStyle w:val="ListBullet2"/>
      </w:pPr>
      <w:r>
        <w:rPr>
          <w:color w:val="404040"/>
          <w:sz w:val="24"/>
          <w:rFonts w:ascii="Inter" w:hAnsi="Inter" w:eastAsia="Noto Sans CJK JP" w:cs="Noto Sans CJK JP"/>
        </w:rPr>
        <w:t xml:space="preserve">Created the parent table </w:t>
      </w:r>
      <w:r>
        <w:rPr>
          <w:color w:val="4472C4"/>
          <w:sz w:val="24"/>
          <w:rFonts w:ascii="Times New Roman" w:hAnsi="Times New Roman" w:eastAsia="Noto Sans CJK JP" w:cs="Noto Sans CJK JP"/>
        </w:rPr>
        <w:t>VMST</w:t>
      </w:r>
      <w:r>
        <w:rPr>
          <w:color w:val="404040"/>
          <w:sz w:val="24"/>
          <w:rFonts w:ascii="Inter" w:hAnsi="Inter" w:eastAsia="Noto Sans CJK JP" w:cs="Noto Sans CJK JP"/>
        </w:rPr>
        <w:t xml:space="preserve"> and the child table </w:t>
      </w:r>
      <w:r>
        <w:rPr>
          <w:color w:val="4472C4"/>
          <w:sz w:val="24"/>
          <w:rFonts w:ascii="Times New Roman" w:hAnsi="Times New Roman" w:eastAsia="Noto Sans CJK JP" w:cs="Noto Sans CJK JP"/>
        </w:rPr>
        <w:t>VMST_CHILD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Added the user-defined fields </w:t>
      </w:r>
      <w:r>
        <w:rPr>
          <w:color w:val="4472C4"/>
          <w:sz w:val="24"/>
          <w:rFonts w:ascii="Times New Roman" w:hAnsi="Times New Roman" w:eastAsia="Noto Sans CJK JP" w:cs="Noto Sans CJK JP"/>
        </w:rPr>
        <w:t>Name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Date</w:t>
      </w:r>
      <w:r>
        <w:rPr>
          <w:color w:val="404040"/>
          <w:sz w:val="24"/>
          <w:rFonts w:ascii="Inter" w:hAnsi="Inter" w:eastAsia="Noto Sans CJK JP" w:cs="Noto Sans CJK JP"/>
        </w:rPr>
        <w:t xml:space="preserve"> to the parent table.</w:t>
      </w:r>
    </w:p>
    <w:p>
      <w:pPr>
        <w:pStyle w:val="ListBullet2"/>
      </w:pPr>
      <w:r>
        <w:rPr>
          <w:color w:val="404040"/>
          <w:sz w:val="24"/>
          <w:rFonts w:ascii="Inter" w:hAnsi="Inter" w:eastAsia="Noto Sans CJK JP" w:cs="Noto Sans CJK JP"/>
        </w:rPr>
        <w:t xml:space="preserve">Added </w:t>
      </w:r>
      <w:r>
        <w:rPr>
          <w:color w:val="4472C4"/>
          <w:sz w:val="24"/>
          <w:rFonts w:ascii="Times New Roman" w:hAnsi="Times New Roman" w:eastAsia="Noto Sans CJK JP" w:cs="Noto Sans CJK JP"/>
        </w:rPr>
        <w:t>VehicleCode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Description</w:t>
      </w:r>
      <w:r>
        <w:rPr>
          <w:color w:val="404040"/>
          <w:sz w:val="24"/>
          <w:rFonts w:ascii="Inter" w:hAnsi="Inter" w:eastAsia="Noto Sans CJK JP" w:cs="Noto Sans CJK JP"/>
        </w:rPr>
        <w:t xml:space="preserve"> to the child table.</w:t>
      </w:r>
    </w:p>
    <w:p>
      <w:pPr>
        <w:pStyle w:val="ListBullet2"/>
      </w:pPr>
      <w:r>
        <w:rPr>
          <w:color w:val="404040"/>
          <w:sz w:val="24"/>
          <w:rFonts w:ascii="Inter" w:hAnsi="Inter" w:eastAsia="Noto Sans CJK JP" w:cs="Noto Sans CJK JP"/>
        </w:rPr>
        <w:t>Registered the object with the Object Registration Wizard.</w:t>
      </w:r>
    </w:p>
    <w:p>
      <w:pPr>
        <w:pStyle w:val="ListBullet2"/>
      </w:pPr>
      <w:r>
        <w:rPr>
          <w:color w:val="404040"/>
          <w:sz w:val="24"/>
          <w:rFonts w:ascii="Inter" w:hAnsi="Inter" w:eastAsia="Noto Sans CJK JP" w:cs="Noto Sans CJK JP"/>
        </w:rPr>
        <w:t>Enabled the mandatory services and configured the UI settings.</w:t>
      </w:r>
    </w:p>
    <w:p>
      <w:pPr>
        <w:pStyle w:val="ListBullet2"/>
      </w:pPr>
      <w:r>
        <w:rPr>
          <w:color w:val="404040"/>
          <w:sz w:val="24"/>
          <w:rFonts w:ascii="Inter" w:hAnsi="Inter" w:eastAsia="Noto Sans CJK JP" w:cs="Noto Sans CJK JP"/>
        </w:rPr>
        <w:t>Assigned the object to the Inventory module with a menu caption.</w:t>
      </w:r>
    </w:p>
    <w:p>
      <w:pPr>
        <w:pStyle w:val="ListBullet2"/>
      </w:pPr>
      <w:r>
        <w:rPr>
          <w:color w:val="404040"/>
          <w:sz w:val="24"/>
          <w:rFonts w:ascii="Inter" w:hAnsi="Inter" w:eastAsia="Noto Sans CJK JP" w:cs="Noto Sans CJK JP"/>
        </w:rPr>
        <w:t>Chose the Find fields and the default form fields for the parent and child tables.</w:t>
      </w:r>
    </w:p>
    <w:p>
      <w:pPr>
        <w:pStyle w:val="ListBullet2"/>
      </w:pPr>
      <w:r>
        <w:rPr>
          <w:color w:val="404040"/>
          <w:sz w:val="24"/>
          <w:rFonts w:ascii="Inter" w:hAnsi="Inter" w:eastAsia="Noto Sans CJK JP" w:cs="Noto Sans CJK JP"/>
        </w:rPr>
        <w:t xml:space="preserve">Customized the form with </w:t>
      </w:r>
      <w:r>
        <w:rPr>
          <w:b/>
          <w:color w:val="404040"/>
          <w:sz w:val="24"/>
          <w:rFonts w:ascii="Inter" w:hAnsi="Inter" w:eastAsia="Noto Sans CJK JP" w:cs="Noto Sans CJK JP"/>
        </w:rPr>
        <w:t>Edit UI Form</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UI Edit Mode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Entered sample data and updated a record.</w:t>
      </w:r>
    </w:p>
    <w:p>
      <w:pPr/>
      <w:r>
        <w:br w:type="page"/>
      </w:r>
    </w:p>
    <w:sectPr w:rsidR="00FC693F" w:rsidRPr="0006063C" w:rsidSect="00034616">
      <w:headerReference w:type="default" r:id="rId36"/>
      <w:footerReference w:type="default" r:id="rId3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header" Target="header1.xml"/><Relationship Id="rId3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