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formatted search (FMS) in SAP Business One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shows you how to create a formatted search (FMS) in SAP Business One that displays a customer's phone number on the Sales Order form. You create a user-defined field (UDF) for the phone number and write a saved query that retrieves it. You then link the query to the field so it fills in automatically when you select a customer.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Before you begin, make sure you have: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SAP Business One launched and running.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The Sales Order window available under </w:t>
      </w:r>
      <w:r>
        <w:rPr>
          <w:b/>
          <w:color w:val="404040"/>
          <w:sz w:val="24"/>
          <w:rFonts w:ascii="Inter" w:hAnsi="Inter" w:eastAsia="Noto Sans CJK JP" w:cs="Noto Sans CJK JP"/>
        </w:rPr>
        <w:t>Sales - A/R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The table and field names you need. This guide uses the </w:t>
      </w:r>
      <w:r>
        <w:rPr>
          <w:color w:val="4472C4"/>
          <w:sz w:val="24"/>
          <w:rFonts w:ascii="Times New Roman" w:hAnsi="Times New Roman" w:eastAsia="Noto Sans CJK JP" w:cs="Noto Sans CJK JP"/>
        </w:rPr>
        <w:t>OCRD</w:t>
      </w:r>
      <w:r>
        <w:rPr>
          <w:color w:val="404040"/>
          <w:sz w:val="24"/>
          <w:rFonts w:ascii="Inter" w:hAnsi="Inter" w:eastAsia="Noto Sans CJK JP" w:cs="Noto Sans CJK JP"/>
        </w:rPr>
        <w:t xml:space="preserve"> table and its </w:t>
      </w:r>
      <w:r>
        <w:rPr>
          <w:color w:val="4472C4"/>
          <w:sz w:val="24"/>
          <w:rFonts w:ascii="Times New Roman" w:hAnsi="Times New Roman" w:eastAsia="Noto Sans CJK JP" w:cs="Noto Sans CJK JP"/>
        </w:rPr>
        <w:t>Phone1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color w:val="4472C4"/>
          <w:sz w:val="24"/>
          <w:rFonts w:ascii="Times New Roman" w:hAnsi="Times New Roman" w:eastAsia="Noto Sans CJK JP" w:cs="Noto Sans CJK JP"/>
        </w:rPr>
        <w:t>CardCode</w:t>
      </w:r>
      <w:r>
        <w:rPr>
          <w:color w:val="404040"/>
          <w:sz w:val="24"/>
          <w:rFonts w:ascii="Inter" w:hAnsi="Inter" w:eastAsia="Noto Sans CJK JP" w:cs="Noto Sans CJK JP"/>
        </w:rPr>
        <w:t xml:space="preserve"> fields.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Sales Order window and identify the missing information</w:t>
      </w:r>
    </w:p>
    <w:p>
      <w:pPr>
        <w:pStyle w:val="ListNumber2"/>
        <w:numPr>
          <w:ilvl w:val="0"/>
          <w:numId w:val="10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Launch SAP Business One.</w:t>
      </w:r>
    </w:p>
    <w:p>
      <w:pPr>
        <w:pStyle w:val="ListNumber2"/>
        <w:numPr>
          <w:ilvl w:val="0"/>
          <w:numId w:val="10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left navigation pane, expand </w:t>
      </w:r>
      <w:r>
        <w:rPr>
          <w:b/>
          <w:color w:val="404040"/>
          <w:sz w:val="24"/>
          <w:rFonts w:ascii="Inter" w:hAnsi="Inter" w:eastAsia="Noto Sans CJK JP" w:cs="Noto Sans CJK JP"/>
        </w:rPr>
        <w:t>Sales - A/R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0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Sales Order</w:t>
      </w:r>
      <w:r>
        <w:rPr>
          <w:color w:val="404040"/>
          <w:sz w:val="24"/>
          <w:rFonts w:ascii="Inter" w:hAnsi="Inter" w:eastAsia="Noto Sans CJK JP" w:cs="Noto Sans CJK JP"/>
        </w:rPr>
        <w:t xml:space="preserve"> to open the Sales Order window.</w:t>
      </w:r>
    </w:p>
    <w:p>
      <w:pPr>
        <w:pStyle w:val="ListNumber2"/>
        <w:keepNext/>
        <w:keepLines/>
        <w:numPr>
          <w:ilvl w:val="0"/>
          <w:numId w:val="10"/>
        </w:numPr>
      </w:pPr>
      <w:r>
        <w:rPr>
          <w:color w:val="404040"/>
          <w:sz w:val="24"/>
          <w:rFonts w:ascii="Inter" w:hAnsi="Inter" w:eastAsia="Noto Sans CJK JP" w:cs="Noto Sans CJK JP"/>
        </w:rPr>
        <w:t>Review the form. The customer phone number isn't displayed by default.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Business One main screen with Sales - A/R expanded and Sales Order about to be selected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2: Open User-Defined Fields – Management</w:t>
      </w:r>
    </w:p>
    <w:p>
      <w:pPr>
        <w:pStyle w:val="ListNumber2"/>
        <w:numPr>
          <w:ilvl w:val="0"/>
          <w:numId w:val="11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Close the Sales Order window.</w:t>
      </w:r>
    </w:p>
    <w:p>
      <w:pPr>
        <w:pStyle w:val="ListNumber2"/>
        <w:numPr>
          <w:ilvl w:val="0"/>
          <w:numId w:val="11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top menu, click </w:t>
      </w:r>
      <w:r>
        <w:rPr>
          <w:b/>
          <w:color w:val="404040"/>
          <w:sz w:val="24"/>
          <w:rFonts w:ascii="Inter" w:hAnsi="Inter" w:eastAsia="Noto Sans CJK JP" w:cs="Noto Sans CJK JP"/>
        </w:rPr>
        <w:t>Tools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1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User-Defined Fields – Management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1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User-Defined Fields – Management window, expand </w:t>
      </w:r>
      <w:r>
        <w:rPr>
          <w:b/>
          <w:color w:val="404040"/>
          <w:sz w:val="24"/>
          <w:rFonts w:ascii="Inter" w:hAnsi="Inter" w:eastAsia="Noto Sans CJK JP" w:cs="Noto Sans CJK JP"/>
        </w:rPr>
        <w:t>Marketing Documents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  <w:numPr>
          <w:ilvl w:val="0"/>
          <w:numId w:val="11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Expand </w:t>
      </w:r>
      <w:r>
        <w:rPr>
          <w:b/>
          <w:color w:val="404040"/>
          <w:sz w:val="24"/>
          <w:rFonts w:ascii="Inter" w:hAnsi="Inter" w:eastAsia="Noto Sans CJK JP" w:cs="Noto Sans CJK JP"/>
        </w:rPr>
        <w:t>Title</w:t>
      </w:r>
      <w:r>
        <w:rPr>
          <w:color w:val="404040"/>
          <w:sz w:val="24"/>
          <w:rFonts w:ascii="Inter" w:hAnsi="Inter" w:eastAsia="Noto Sans CJK JP" w:cs="Noto Sans CJK JP"/>
        </w:rPr>
        <w:t xml:space="preserve"> under Marketing Documents.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User-Defined Fields – Management window with Marketing Documents and Title expanded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3: Add a new user-defined field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Add</w:t>
      </w:r>
      <w:r>
        <w:rPr>
          <w:color w:val="404040"/>
          <w:sz w:val="24"/>
          <w:rFonts w:ascii="Inter" w:hAnsi="Inter" w:eastAsia="Noto Sans CJK JP" w:cs="Noto Sans CJK JP"/>
        </w:rPr>
        <w:t xml:space="preserve"> at the bottom of the window. In the Field Data dialog, enter the following values: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Title: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PhoneNo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Description: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Phone No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Type: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Alphanumeric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Length: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15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Structure:</w:t>
      </w:r>
      <w:r>
        <w:rPr>
          <w:color w:val="404040"/>
          <w:sz w:val="24"/>
          <w:rFonts w:ascii="Inter" w:hAnsi="Inter" w:eastAsia="Noto Sans CJK JP" w:cs="Noto Sans CJK JP"/>
        </w:rPr>
        <w:t xml:space="preserve"> leave as </w:t>
      </w:r>
      <w:r>
        <w:rPr>
          <w:color w:val="4472C4"/>
          <w:sz w:val="24"/>
          <w:rFonts w:ascii="Times New Roman" w:hAnsi="Times New Roman" w:eastAsia="Noto Sans CJK JP" w:cs="Noto Sans CJK JP"/>
        </w:rPr>
        <w:t>Regular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Validation:</w:t>
      </w:r>
      <w:r>
        <w:rPr>
          <w:color w:val="404040"/>
          <w:sz w:val="24"/>
          <w:rFonts w:ascii="Inter" w:hAnsi="Inter" w:eastAsia="Noto Sans CJK JP" w:cs="Noto Sans CJK JP"/>
        </w:rPr>
        <w:t xml:space="preserve"> leave as </w:t>
      </w:r>
      <w:r>
        <w:rPr>
          <w:color w:val="4472C4"/>
          <w:sz w:val="24"/>
          <w:rFonts w:ascii="Times New Roman" w:hAnsi="Times New Roman" w:eastAsia="Noto Sans CJK JP" w:cs="Noto Sans CJK JP"/>
        </w:rPr>
        <w:t>None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Don't select </w:t>
      </w:r>
      <w:r>
        <w:rPr>
          <w:b/>
          <w:color w:val="404040"/>
          <w:sz w:val="24"/>
          <w:rFonts w:ascii="Inter" w:hAnsi="Inter" w:eastAsia="Noto Sans CJK JP" w:cs="Noto Sans CJK JP"/>
        </w:rPr>
        <w:t>Set Default Value for Field</w:t>
      </w:r>
      <w:r>
        <w:rPr>
          <w:color w:val="404040"/>
          <w:sz w:val="24"/>
          <w:rFonts w:ascii="Inter" w:hAnsi="Inter" w:eastAsia="Noto Sans CJK JP" w:cs="Noto Sans CJK JP"/>
        </w:rPr>
        <w:t xml:space="preserve"> or </w:t>
      </w:r>
      <w:r>
        <w:rPr>
          <w:b/>
          <w:color w:val="404040"/>
          <w:sz w:val="24"/>
          <w:rFonts w:ascii="Inter" w:hAnsi="Inter" w:eastAsia="Noto Sans CJK JP" w:cs="Noto Sans CJK JP"/>
        </w:rPr>
        <w:t>Mandatory Field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Field Data dialog for the new UDF with Title PhoneNo, Description Phone No, Type Alphanumeric and Length 15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4: Confirm and add the field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Review the field settings to make sure they match: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Title: </w:t>
      </w:r>
      <w:r>
        <w:rPr>
          <w:color w:val="4472C4"/>
          <w:sz w:val="24"/>
          <w:rFonts w:ascii="Times New Roman" w:hAnsi="Times New Roman" w:eastAsia="Noto Sans CJK JP" w:cs="Noto Sans CJK JP"/>
        </w:rPr>
        <w:t>PhoneNo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Description: </w:t>
      </w:r>
      <w:r>
        <w:rPr>
          <w:color w:val="4472C4"/>
          <w:sz w:val="24"/>
          <w:rFonts w:ascii="Times New Roman" w:hAnsi="Times New Roman" w:eastAsia="Noto Sans CJK JP" w:cs="Noto Sans CJK JP"/>
        </w:rPr>
        <w:t>Phone No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Type: </w:t>
      </w:r>
      <w:r>
        <w:rPr>
          <w:color w:val="4472C4"/>
          <w:sz w:val="24"/>
          <w:rFonts w:ascii="Times New Roman" w:hAnsi="Times New Roman" w:eastAsia="Noto Sans CJK JP" w:cs="Noto Sans CJK JP"/>
        </w:rPr>
        <w:t>Alphanumeric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Length: </w:t>
      </w:r>
      <w:r>
        <w:rPr>
          <w:color w:val="4472C4"/>
          <w:sz w:val="24"/>
          <w:rFonts w:ascii="Times New Roman" w:hAnsi="Times New Roman" w:eastAsia="Noto Sans CJK JP" w:cs="Noto Sans CJK JP"/>
        </w:rPr>
        <w:t>15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Add</w:t>
      </w:r>
      <w:r>
        <w:rPr>
          <w:color w:val="404040"/>
          <w:sz w:val="24"/>
          <w:rFonts w:ascii="Inter" w:hAnsi="Inter" w:eastAsia="Noto Sans CJK JP" w:cs="Noto Sans CJK JP"/>
        </w:rPr>
        <w:t xml:space="preserve"> to create the user-defined field.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Field Data dialog with all settings filled in, ready to add the new UDF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You have now created a user-defined field for the customer phone number in the Sales Order module. Next, you assign a formatted search query to this field so it displays the phone number for the selected customer.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5: Verify the UDF placement and technical name</w:t>
      </w:r>
    </w:p>
    <w:p>
      <w:pPr>
        <w:pStyle w:val="ListNumber2"/>
        <w:numPr>
          <w:ilvl w:val="0"/>
          <w:numId w:val="12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Open the Sales Order window.</w:t>
      </w:r>
    </w:p>
    <w:p>
      <w:pPr>
        <w:pStyle w:val="ListNumber2"/>
        <w:numPr>
          <w:ilvl w:val="0"/>
          <w:numId w:val="12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On the right side of the form, find the </w:t>
      </w:r>
      <w:r>
        <w:rPr>
          <w:b/>
          <w:color w:val="404040"/>
          <w:sz w:val="24"/>
          <w:rFonts w:ascii="Inter" w:hAnsi="Inter" w:eastAsia="Noto Sans CJK JP" w:cs="Noto Sans CJK JP"/>
        </w:rPr>
        <w:t>Phone No</w:t>
      </w:r>
      <w:r>
        <w:rPr>
          <w:color w:val="404040"/>
          <w:sz w:val="24"/>
          <w:rFonts w:ascii="Inter" w:hAnsi="Inter" w:eastAsia="Noto Sans CJK JP" w:cs="Noto Sans CJK JP"/>
        </w:rPr>
        <w:t xml:space="preserve"> field under the </w:t>
      </w:r>
      <w:r>
        <w:rPr>
          <w:b/>
          <w:color w:val="404040"/>
          <w:sz w:val="24"/>
          <w:rFonts w:ascii="Inter" w:hAnsi="Inter" w:eastAsia="Noto Sans CJK JP" w:cs="Noto Sans CJK JP"/>
        </w:rPr>
        <w:t>Demo UDFs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section.</w:t>
      </w:r>
    </w:p>
    <w:p>
      <w:pPr>
        <w:pStyle w:val="ListNumber2"/>
        <w:numPr>
          <w:ilvl w:val="0"/>
          <w:numId w:val="12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Hover your mouse over the </w:t>
      </w:r>
      <w:r>
        <w:rPr>
          <w:b/>
          <w:color w:val="404040"/>
          <w:sz w:val="24"/>
          <w:rFonts w:ascii="Inter" w:hAnsi="Inter" w:eastAsia="Noto Sans CJK JP" w:cs="Noto Sans CJK JP"/>
        </w:rPr>
        <w:t>Phone No</w:t>
      </w:r>
      <w:r>
        <w:rPr>
          <w:color w:val="404040"/>
          <w:sz w:val="24"/>
          <w:rFonts w:ascii="Inter" w:hAnsi="Inter" w:eastAsia="Noto Sans CJK JP" w:cs="Noto Sans CJK JP"/>
        </w:rPr>
        <w:t xml:space="preserve"> field.</w:t>
      </w:r>
    </w:p>
    <w:p>
      <w:pPr>
        <w:pStyle w:val="ListNumber2"/>
        <w:keepNext/>
        <w:keepLines/>
        <w:numPr>
          <w:ilvl w:val="0"/>
          <w:numId w:val="12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Check the bottom left corner of the screen. The system information displays the UDF technical name, for example </w:t>
      </w:r>
      <w:r>
        <w:rPr>
          <w:color w:val="4472C4"/>
          <w:sz w:val="24"/>
          <w:rFonts w:ascii="Times New Roman" w:hAnsi="Times New Roman" w:eastAsia="Noto Sans CJK JP" w:cs="Noto Sans CJK JP"/>
        </w:rPr>
        <w:t>U_PhoneNo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 Order window with the cursor over the Phone No UDF and the system information bar showing U_PhoneNo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6: Find the item number of the Customer field</w:t>
      </w:r>
    </w:p>
    <w:p>
      <w:pPr>
        <w:pStyle w:val="ListNumber2"/>
        <w:numPr>
          <w:ilvl w:val="0"/>
          <w:numId w:val="13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Sales Order window, hover over the </w:t>
      </w:r>
      <w:r>
        <w:rPr>
          <w:b/>
          <w:color w:val="404040"/>
          <w:sz w:val="24"/>
          <w:rFonts w:ascii="Inter" w:hAnsi="Inter" w:eastAsia="Noto Sans CJK JP" w:cs="Noto Sans CJK JP"/>
        </w:rPr>
        <w:t>Customer</w:t>
      </w:r>
      <w:r>
        <w:rPr>
          <w:color w:val="404040"/>
          <w:sz w:val="24"/>
          <w:rFonts w:ascii="Inter" w:hAnsi="Inter" w:eastAsia="Noto Sans CJK JP" w:cs="Noto Sans CJK JP"/>
        </w:rPr>
        <w:t xml:space="preserve"> field.</w:t>
      </w:r>
    </w:p>
    <w:p>
      <w:pPr>
        <w:pStyle w:val="ListNumber2"/>
        <w:numPr>
          <w:ilvl w:val="0"/>
          <w:numId w:val="13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Check the system information bar at the bottom. It displays: </w:t>
      </w:r>
      <w:r>
        <w:rPr>
          <w:color w:val="4472C4"/>
          <w:sz w:val="24"/>
          <w:rFonts w:ascii="Times New Roman" w:hAnsi="Times New Roman" w:eastAsia="Noto Sans CJK JP" w:cs="Noto Sans CJK JP"/>
        </w:rPr>
        <w:t>Form=139 Item=4 Pane=0 Variable=1 ORDR,CardCode</w:t>
      </w:r>
    </w:p>
    <w:p>
      <w:pPr>
        <w:pStyle w:val="ListNumber2"/>
        <w:keepNext/>
        <w:keepLines/>
        <w:numPr>
          <w:ilvl w:val="0"/>
          <w:numId w:val="13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Note that the item number is </w:t>
      </w:r>
      <w:r>
        <w:rPr>
          <w:color w:val="4472C4"/>
          <w:sz w:val="24"/>
          <w:rFonts w:ascii="Times New Roman" w:hAnsi="Times New Roman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 This number matches the dynamic reference you use in your query.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 Order window with the cursor over the Customer field and the system information bar showing item number 4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7: Check the table and field names in Business Partner Master Data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If you're unsure about the table or field names, open </w:t>
      </w:r>
      <w:r>
        <w:rPr>
          <w:b/>
          <w:color w:val="404040"/>
          <w:sz w:val="24"/>
          <w:rFonts w:ascii="Inter" w:hAnsi="Inter" w:eastAsia="Noto Sans CJK JP" w:cs="Noto Sans CJK JP"/>
        </w:rPr>
        <w:t>Business Partner Master Data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left navigation pane under </w:t>
      </w:r>
      <w:r>
        <w:rPr>
          <w:b/>
          <w:color w:val="404040"/>
          <w:sz w:val="24"/>
          <w:rFonts w:ascii="Inter" w:hAnsi="Inter" w:eastAsia="Noto Sans CJK JP" w:cs="Noto Sans CJK JP"/>
        </w:rPr>
        <w:t>Business Partners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The </w:t>
      </w:r>
      <w:r>
        <w:rPr>
          <w:b/>
          <w:color w:val="404040"/>
          <w:sz w:val="24"/>
          <w:rFonts w:ascii="Inter" w:hAnsi="Inter" w:eastAsia="Noto Sans CJK JP" w:cs="Noto Sans CJK JP"/>
        </w:rPr>
        <w:t>Telephone 1</w:t>
      </w:r>
      <w:r>
        <w:rPr>
          <w:color w:val="404040"/>
          <w:sz w:val="24"/>
          <w:rFonts w:ascii="Inter" w:hAnsi="Inter" w:eastAsia="Noto Sans CJK JP" w:cs="Noto Sans CJK JP"/>
        </w:rPr>
        <w:t xml:space="preserve"> field corresponds to </w:t>
      </w:r>
      <w:r>
        <w:rPr>
          <w:color w:val="4472C4"/>
          <w:sz w:val="24"/>
          <w:rFonts w:ascii="Times New Roman" w:hAnsi="Times New Roman" w:eastAsia="Noto Sans CJK JP" w:cs="Noto Sans CJK JP"/>
        </w:rPr>
        <w:t>Phone1</w:t>
      </w:r>
      <w:r>
        <w:rPr>
          <w:color w:val="404040"/>
          <w:sz w:val="24"/>
          <w:rFonts w:ascii="Inter" w:hAnsi="Inter" w:eastAsia="Noto Sans CJK JP" w:cs="Noto Sans CJK JP"/>
        </w:rPr>
        <w:t xml:space="preserve"> in the </w:t>
      </w:r>
      <w:r>
        <w:rPr>
          <w:color w:val="4472C4"/>
          <w:sz w:val="24"/>
          <w:rFonts w:ascii="Times New Roman" w:hAnsi="Times New Roman" w:eastAsia="Noto Sans CJK JP" w:cs="Noto Sans CJK JP"/>
        </w:rPr>
        <w:t>OCRD</w:t>
      </w:r>
      <w:r>
        <w:rPr>
          <w:color w:val="404040"/>
          <w:sz w:val="24"/>
          <w:rFonts w:ascii="Inter" w:hAnsi="Inter" w:eastAsia="Noto Sans CJK JP" w:cs="Noto Sans CJK JP"/>
        </w:rPr>
        <w:t xml:space="preserve"> table.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The </w:t>
      </w:r>
      <w:r>
        <w:rPr>
          <w:b/>
          <w:color w:val="404040"/>
          <w:sz w:val="24"/>
          <w:rFonts w:ascii="Inter" w:hAnsi="Inter" w:eastAsia="Noto Sans CJK JP" w:cs="Noto Sans CJK JP"/>
        </w:rPr>
        <w:t>Code</w:t>
      </w:r>
      <w:r>
        <w:rPr>
          <w:color w:val="404040"/>
          <w:sz w:val="24"/>
          <w:rFonts w:ascii="Inter" w:hAnsi="Inter" w:eastAsia="Noto Sans CJK JP" w:cs="Noto Sans CJK JP"/>
        </w:rPr>
        <w:t xml:space="preserve"> field corresponds to the business partner's unique identifier (</w:t>
      </w:r>
      <w:r>
        <w:rPr>
          <w:color w:val="4472C4"/>
          <w:sz w:val="24"/>
          <w:rFonts w:ascii="Times New Roman" w:hAnsi="Times New Roman" w:eastAsia="Noto Sans CJK JP" w:cs="Noto Sans CJK JP"/>
        </w:rPr>
        <w:t>CardCode</w:t>
      </w:r>
      <w:r>
        <w:rPr>
          <w:color w:val="404040"/>
          <w:sz w:val="24"/>
          <w:rFonts w:ascii="Inter" w:hAnsi="Inter" w:eastAsia="Noto Sans CJK JP" w:cs="Noto Sans CJK JP"/>
        </w:rPr>
        <w:t>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Business Partner Master Data window showing the Tel 1 and Code fields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8: Open the Query Generator</w:t>
      </w:r>
    </w:p>
    <w:p>
      <w:pPr>
        <w:pStyle w:val="ListNumber2"/>
        <w:numPr>
          <w:ilvl w:val="0"/>
          <w:numId w:val="14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Close the Sales Order window if it's open.</w:t>
      </w:r>
    </w:p>
    <w:p>
      <w:pPr>
        <w:pStyle w:val="ListNumber2"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top menu, click </w:t>
      </w:r>
      <w:r>
        <w:rPr>
          <w:b/>
          <w:color w:val="404040"/>
          <w:sz w:val="24"/>
          <w:rFonts w:ascii="Inter" w:hAnsi="Inter" w:eastAsia="Noto Sans CJK JP" w:cs="Noto Sans CJK JP"/>
        </w:rPr>
        <w:t>Tools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Hover over </w:t>
      </w:r>
      <w:r>
        <w:rPr>
          <w:b/>
          <w:color w:val="404040"/>
          <w:sz w:val="24"/>
          <w:rFonts w:ascii="Inter" w:hAnsi="Inter" w:eastAsia="Noto Sans CJK JP" w:cs="Noto Sans CJK JP"/>
        </w:rPr>
        <w:t>Queries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Query Generator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submenu.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Tools menu open with Queries and Query Generator highlighted in SAP Business One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9: Open the query editor</w:t>
      </w:r>
    </w:p>
    <w:p>
      <w:pPr>
        <w:pStyle w:val="ListNumber2"/>
        <w:numPr>
          <w:ilvl w:val="0"/>
          <w:numId w:val="15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Query Generator window, click </w:t>
      </w:r>
      <w:r>
        <w:rPr>
          <w:b/>
          <w:color w:val="404040"/>
          <w:sz w:val="24"/>
          <w:rFonts w:ascii="Inter" w:hAnsi="Inter" w:eastAsia="Noto Sans CJK JP" w:cs="Noto Sans CJK JP"/>
        </w:rPr>
        <w:t>Execute</w:t>
      </w:r>
      <w:r>
        <w:rPr>
          <w:color w:val="404040"/>
          <w:sz w:val="24"/>
          <w:rFonts w:ascii="Inter" w:hAnsi="Inter" w:eastAsia="Noto Sans CJK JP" w:cs="Noto Sans CJK JP"/>
        </w:rPr>
        <w:t xml:space="preserve"> at the bottom left.</w:t>
      </w:r>
    </w:p>
    <w:p>
      <w:pPr>
        <w:pStyle w:val="ListNumber2"/>
        <w:keepNext/>
        <w:keepLines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>Click the pencil icon to open the query editor, where you write a custom SQL query.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Query Generator window with the Execute button highlighted, ready to write a query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10: Write the query with a dynamic condition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In the Query Preview window, make sure your SQL statement uses a dynamic reference for the customer code:</w:t>
      </w:r>
    </w:p>
    <w:p>
      <w:pPr/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Borders>
              <w:start w:sz="12" w:val="single" w:color="#365FDD"/>
            </w:tcBorders>
          </w:tcPr>
          <w:p>
            <w:r>
              <w:rPr>
                <w:sz w:val="20"/>
                <w:rFonts w:ascii="Courier New" w:hAnsi="Courier New" w:eastAsia="Noto Sans CJK JP" w:cs="Noto Sans CJK JP"/>
              </w:rPr>
              <w:t>SELECT OCRD."Phone1" FROM OCRD WHERE OCRD."CardCode" = $[$4.0.0]</w:t>
              <w:br/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The placeholder </w:t>
      </w:r>
      <w:r>
        <w:rPr>
          <w:color w:val="4472C4"/>
          <w:sz w:val="24"/>
          <w:rFonts w:ascii="Times New Roman" w:hAnsi="Times New Roman" w:eastAsia="Noto Sans CJK JP" w:cs="Noto Sans CJK JP"/>
        </w:rPr>
        <w:t>$[$4.0.0]</w:t>
      </w:r>
      <w:r>
        <w:rPr>
          <w:color w:val="404040"/>
          <w:sz w:val="24"/>
          <w:rFonts w:ascii="Inter" w:hAnsi="Inter" w:eastAsia="Noto Sans CJK JP" w:cs="Noto Sans CJK JP"/>
        </w:rPr>
        <w:t xml:space="preserve"> is built as follows: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is the item number of the </w:t>
      </w:r>
      <w:r>
        <w:rPr>
          <w:b/>
          <w:color w:val="404040"/>
          <w:sz w:val="24"/>
          <w:rFonts w:ascii="Inter" w:hAnsi="Inter" w:eastAsia="Noto Sans CJK JP" w:cs="Noto Sans CJK JP"/>
        </w:rPr>
        <w:t>Customer</w:t>
      </w:r>
      <w:r>
        <w:rPr>
          <w:color w:val="404040"/>
          <w:sz w:val="24"/>
          <w:rFonts w:ascii="Inter" w:hAnsi="Inter" w:eastAsia="Noto Sans CJK JP" w:cs="Noto Sans CJK JP"/>
        </w:rPr>
        <w:t xml:space="preserve"> field in the Sales Order form. You saw it in the system information bar in Step 6.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The first 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refers to the column index. CardCode is the first column, so the index is 0.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The second 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refers to the data type. Alphanumeric is also indexed at 0 in SAP Business One.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This reference makes the query pull the customer code from the active Sales Order form.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Query Preview window with SQL that uses a dynamic placeholder for CardCode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11: Save the query</w:t>
      </w:r>
    </w:p>
    <w:p>
      <w:pPr>
        <w:pStyle w:val="ListNumber2"/>
        <w:numPr>
          <w:ilvl w:val="0"/>
          <w:numId w:val="16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Query Preview window, click </w:t>
      </w:r>
      <w:r>
        <w:rPr>
          <w:b/>
          <w:color w:val="404040"/>
          <w:sz w:val="24"/>
          <w:rFonts w:ascii="Inter" w:hAnsi="Inter" w:eastAsia="Noto Sans CJK JP" w:cs="Noto Sans CJK JP"/>
        </w:rPr>
        <w:t>Save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Save Query dialog, select the appropriate query category, for example </w:t>
      </w:r>
      <w:r>
        <w:rPr>
          <w:b/>
          <w:color w:val="404040"/>
          <w:sz w:val="24"/>
          <w:rFonts w:ascii="Inter" w:hAnsi="Inter" w:eastAsia="Noto Sans CJK JP" w:cs="Noto Sans CJK JP"/>
        </w:rPr>
        <w:t>General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Choose the query you want to replace, for example </w:t>
      </w:r>
      <w:r>
        <w:rPr>
          <w:color w:val="4472C4"/>
          <w:sz w:val="24"/>
          <w:rFonts w:ascii="Times New Roman" w:hAnsi="Times New Roman" w:eastAsia="Noto Sans CJK JP" w:cs="Noto Sans CJK JP"/>
        </w:rPr>
        <w:t>fms_phone</w:t>
      </w:r>
      <w:r>
        <w:rPr>
          <w:color w:val="404040"/>
          <w:sz w:val="24"/>
          <w:rFonts w:ascii="Inter" w:hAnsi="Inter" w:eastAsia="Noto Sans CJK JP" w:cs="Noto Sans CJK JP"/>
        </w:rPr>
        <w:t>. If you're creating a new query, enter a new name instead.</w:t>
      </w:r>
    </w:p>
    <w:p>
      <w:pPr>
        <w:pStyle w:val="ListNumber2"/>
        <w:keepNext/>
        <w:keepLines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Save</w:t>
      </w:r>
      <w:r>
        <w:rPr>
          <w:color w:val="404040"/>
          <w:sz w:val="24"/>
          <w:rFonts w:ascii="Inter" w:hAnsi="Inter" w:eastAsia="Noto Sans CJK JP" w:cs="Noto Sans CJK JP"/>
        </w:rPr>
        <w:t xml:space="preserve"> to store the query.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 Query dialog with fms_phone selected in the General category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12: Open User-Defined Values – Setup</w:t>
      </w:r>
    </w:p>
    <w:p>
      <w:pPr>
        <w:pStyle w:val="ListNumber2"/>
        <w:numPr>
          <w:ilvl w:val="0"/>
          <w:numId w:val="17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Open the SAP Business One application and go to the main workspace.</w:t>
      </w:r>
    </w:p>
    <w:p>
      <w:pPr>
        <w:pStyle w:val="ListNumber2"/>
        <w:numPr>
          <w:ilvl w:val="0"/>
          <w:numId w:val="17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top menu, select </w:t>
      </w:r>
      <w:r>
        <w:rPr>
          <w:b/>
          <w:color w:val="404040"/>
          <w:sz w:val="24"/>
          <w:rFonts w:ascii="Inter" w:hAnsi="Inter" w:eastAsia="Noto Sans CJK JP" w:cs="Noto Sans CJK JP"/>
        </w:rPr>
        <w:t>Tools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7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Hover over </w:t>
      </w:r>
      <w:r>
        <w:rPr>
          <w:b/>
          <w:color w:val="404040"/>
          <w:sz w:val="24"/>
          <w:rFonts w:ascii="Inter" w:hAnsi="Inter" w:eastAsia="Noto Sans CJK JP" w:cs="Noto Sans CJK JP"/>
        </w:rPr>
        <w:t>Customization Tools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  <w:numPr>
          <w:ilvl w:val="0"/>
          <w:numId w:val="17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User-Defined Values – Setup</w:t>
      </w:r>
      <w:r>
        <w:rPr>
          <w:color w:val="404040"/>
          <w:sz w:val="24"/>
          <w:rFonts w:ascii="Inter" w:hAnsi="Inter" w:eastAsia="Noto Sans CJK JP" w:cs="Noto Sans CJK JP"/>
        </w:rPr>
        <w:t>. The shortcut is Shift + Alt + F2.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Tools menu open with Customization Tools highlighted and User-Defined Values – Setup selected, with a Sales Order form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13: Link the saved query to the field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In the User-Defined Values – Setup dialog, configure the formatted search:</w:t>
      </w:r>
    </w:p>
    <w:p>
      <w:pPr>
        <w:pStyle w:val="ListNumber2"/>
        <w:numPr>
          <w:ilvl w:val="0"/>
          <w:numId w:val="18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Choose </w:t>
      </w:r>
      <w:r>
        <w:rPr>
          <w:b/>
          <w:color w:val="404040"/>
          <w:sz w:val="24"/>
          <w:rFonts w:ascii="Inter" w:hAnsi="Inter" w:eastAsia="Noto Sans CJK JP" w:cs="Noto Sans CJK JP"/>
        </w:rPr>
        <w:t>Search in Existing User-Defined Values according to Saved Query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Enter </w:t>
      </w:r>
      <w:r>
        <w:rPr>
          <w:color w:val="4472C4"/>
          <w:sz w:val="24"/>
          <w:rFonts w:ascii="Times New Roman" w:hAnsi="Times New Roman" w:eastAsia="Noto Sans CJK JP" w:cs="Noto Sans CJK JP"/>
        </w:rPr>
        <w:t>fms_phone</w:t>
      </w:r>
      <w:r>
        <w:rPr>
          <w:color w:val="404040"/>
          <w:sz w:val="24"/>
          <w:rFonts w:ascii="Inter" w:hAnsi="Inter" w:eastAsia="Noto Sans CJK JP" w:cs="Noto Sans CJK JP"/>
        </w:rPr>
        <w:t xml:space="preserve"> in the field provided.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Open Saved Query</w:t>
      </w:r>
      <w:r>
        <w:rPr>
          <w:color w:val="404040"/>
          <w:sz w:val="24"/>
          <w:rFonts w:ascii="Inter" w:hAnsi="Inter" w:eastAsia="Noto Sans CJK JP" w:cs="Noto Sans CJK JP"/>
        </w:rPr>
        <w:t xml:space="preserve"> to select or review the saved query.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Make sure </w:t>
      </w:r>
      <w:r>
        <w:rPr>
          <w:b/>
          <w:color w:val="404040"/>
          <w:sz w:val="24"/>
          <w:rFonts w:ascii="Inter" w:hAnsi="Inter" w:eastAsia="Noto Sans CJK JP" w:cs="Noto Sans CJK JP"/>
        </w:rPr>
        <w:t>Auto Refresh When Field Changes</w:t>
      </w:r>
      <w:r>
        <w:rPr>
          <w:color w:val="404040"/>
          <w:sz w:val="24"/>
          <w:rFonts w:ascii="Inter" w:hAnsi="Inter" w:eastAsia="Noto Sans CJK JP" w:cs="Noto Sans CJK JP"/>
        </w:rPr>
        <w:t xml:space="preserve"> is selected.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dropdown below it, select </w:t>
      </w:r>
      <w:r>
        <w:rPr>
          <w:b/>
          <w:color w:val="404040"/>
          <w:sz w:val="24"/>
          <w:rFonts w:ascii="Inter" w:hAnsi="Inter" w:eastAsia="Noto Sans CJK JP" w:cs="Noto Sans CJK JP"/>
        </w:rPr>
        <w:t>Customer/Vendor Code</w:t>
      </w:r>
      <w:r>
        <w:rPr>
          <w:color w:val="404040"/>
          <w:sz w:val="24"/>
          <w:rFonts w:ascii="Inter" w:hAnsi="Inter" w:eastAsia="Noto Sans CJK JP" w:cs="Noto Sans CJK JP"/>
        </w:rPr>
        <w:t xml:space="preserve"> as the field that triggers the refresh.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Choose </w:t>
      </w:r>
      <w:r>
        <w:rPr>
          <w:b/>
          <w:color w:val="404040"/>
          <w:sz w:val="24"/>
          <w:rFonts w:ascii="Inter" w:hAnsi="Inter" w:eastAsia="Noto Sans CJK JP" w:cs="Noto Sans CJK JP"/>
        </w:rPr>
        <w:t>Refresh Regularly</w:t>
      </w:r>
      <w:r>
        <w:rPr>
          <w:color w:val="404040"/>
          <w:sz w:val="24"/>
          <w:rFonts w:ascii="Inter" w:hAnsi="Inter" w:eastAsia="Noto Sans CJK JP" w:cs="Noto Sans CJK JP"/>
        </w:rPr>
        <w:t xml:space="preserve"> so the values update as needed.</w:t>
      </w:r>
    </w:p>
    <w:p>
      <w:pPr>
        <w:pStyle w:val="ListNumber2"/>
        <w:keepNext/>
        <w:keepLines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setup.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User-Defined Values – Setup dialog with the saved query option selected, fms_phone entered, Auto Refresh When Field Changes selected and Customer/Vendor Code chosen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14: Test the formatted search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Once setup is complete, the </w:t>
      </w:r>
      <w:r>
        <w:rPr>
          <w:b/>
          <w:color w:val="404040"/>
          <w:sz w:val="24"/>
          <w:rFonts w:ascii="Inter" w:hAnsi="Inter" w:eastAsia="Noto Sans CJK JP" w:cs="Noto Sans CJK JP"/>
        </w:rPr>
        <w:t>Phone No</w:t>
      </w:r>
      <w:r>
        <w:rPr>
          <w:color w:val="404040"/>
          <w:sz w:val="24"/>
          <w:rFonts w:ascii="Inter" w:hAnsi="Inter" w:eastAsia="Noto Sans CJK JP" w:cs="Noto Sans CJK JP"/>
        </w:rPr>
        <w:t xml:space="preserve"> UDF fills in automatically with the phone number of the customer you select in the Sales Order form.</w:t>
      </w:r>
    </w:p>
    <w:p>
      <w:pPr>
        <w:pStyle w:val="ListNumber2"/>
        <w:numPr>
          <w:ilvl w:val="0"/>
          <w:numId w:val="19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Sales Order form,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Customer</w:t>
      </w:r>
      <w:r>
        <w:rPr>
          <w:color w:val="404040"/>
          <w:sz w:val="24"/>
          <w:rFonts w:ascii="Inter" w:hAnsi="Inter" w:eastAsia="Noto Sans CJK JP" w:cs="Noto Sans CJK JP"/>
        </w:rPr>
        <w:t xml:space="preserve"> field.</w:t>
      </w:r>
    </w:p>
    <w:p>
      <w:pPr>
        <w:pStyle w:val="ListNumber2"/>
        <w:numPr>
          <w:ilvl w:val="0"/>
          <w:numId w:val="19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List of Business Partners dialog, select a customer, for example BP Code </w:t>
      </w:r>
      <w:r>
        <w:rPr>
          <w:color w:val="4472C4"/>
          <w:sz w:val="24"/>
          <w:rFonts w:ascii="Times New Roman" w:hAnsi="Times New Roman" w:eastAsia="Noto Sans CJK JP" w:cs="Noto Sans CJK JP"/>
        </w:rPr>
        <w:t>C20000</w:t>
      </w:r>
      <w:r>
        <w:rPr>
          <w:color w:val="404040"/>
          <w:sz w:val="24"/>
          <w:rFonts w:ascii="Inter" w:hAnsi="Inter" w:eastAsia="Noto Sans CJK JP" w:cs="Noto Sans CJK JP"/>
        </w:rPr>
        <w:t xml:space="preserve">, Name </w:t>
      </w:r>
      <w:r>
        <w:rPr>
          <w:color w:val="4472C4"/>
          <w:sz w:val="24"/>
          <w:rFonts w:ascii="Times New Roman" w:hAnsi="Times New Roman" w:eastAsia="Noto Sans CJK JP" w:cs="Noto Sans CJK JP"/>
        </w:rPr>
        <w:t>Maxi-Teq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9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Choose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  <w:numPr>
          <w:ilvl w:val="0"/>
          <w:numId w:val="19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Check that the </w:t>
      </w:r>
      <w:r>
        <w:rPr>
          <w:b/>
          <w:color w:val="404040"/>
          <w:sz w:val="24"/>
          <w:rFonts w:ascii="Inter" w:hAnsi="Inter" w:eastAsia="Noto Sans CJK JP" w:cs="Noto Sans CJK JP"/>
        </w:rPr>
        <w:t>Phone No</w:t>
      </w:r>
      <w:r>
        <w:rPr>
          <w:color w:val="404040"/>
          <w:sz w:val="24"/>
          <w:rFonts w:ascii="Inter" w:hAnsi="Inter" w:eastAsia="Noto Sans CJK JP" w:cs="Noto Sans CJK JP"/>
        </w:rPr>
        <w:t xml:space="preserve"> field in the Demo UDFs panel updates with the phone number of the selected customer.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List of Business Partners dialog showing BP Codes and Names while a customer is selected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15: Repeat with another customer and review the form</w:t>
      </w:r>
    </w:p>
    <w:p>
      <w:pPr>
        <w:pStyle w:val="ListNumber2"/>
        <w:numPr>
          <w:ilvl w:val="0"/>
          <w:numId w:val="20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Select a different customer, for example BP Code </w:t>
      </w:r>
      <w:r>
        <w:rPr>
          <w:color w:val="4472C4"/>
          <w:sz w:val="24"/>
          <w:rFonts w:ascii="Times New Roman" w:hAnsi="Times New Roman" w:eastAsia="Noto Sans CJK JP" w:cs="Noto Sans CJK JP"/>
        </w:rPr>
        <w:t>C23900</w:t>
      </w:r>
      <w:r>
        <w:rPr>
          <w:color w:val="404040"/>
          <w:sz w:val="24"/>
          <w:rFonts w:ascii="Inter" w:hAnsi="Inter" w:eastAsia="Noto Sans CJK JP" w:cs="Noto Sans CJK JP"/>
        </w:rPr>
        <w:t xml:space="preserve">, Name </w:t>
      </w:r>
      <w:r>
        <w:rPr>
          <w:color w:val="4472C4"/>
          <w:sz w:val="24"/>
          <w:rFonts w:ascii="Times New Roman" w:hAnsi="Times New Roman" w:eastAsia="Noto Sans CJK JP" w:cs="Noto Sans CJK JP"/>
        </w:rPr>
        <w:t>Parameter Technology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20"/>
        </w:numPr>
      </w:pPr>
      <w:r>
        <w:rPr>
          <w:color w:val="404040"/>
          <w:sz w:val="24"/>
          <w:rFonts w:ascii="Inter" w:hAnsi="Inter" w:eastAsia="Noto Sans CJK JP" w:cs="Noto Sans CJK JP"/>
        </w:rPr>
        <w:t>Confirm that the phone number updates to match the new customer.</w:t>
      </w:r>
    </w:p>
    <w:p>
      <w:pPr>
        <w:pStyle w:val="ListNumber2"/>
        <w:keepNext/>
        <w:keepLines/>
        <w:numPr>
          <w:ilvl w:val="0"/>
          <w:numId w:val="20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Review the Sales Order form. Check that the relevant fields (Customer, Name, Contact Person, and so on) and the </w:t>
      </w:r>
      <w:r>
        <w:rPr>
          <w:b/>
          <w:color w:val="404040"/>
          <w:sz w:val="24"/>
          <w:rFonts w:ascii="Inter" w:hAnsi="Inter" w:eastAsia="Noto Sans CJK JP" w:cs="Noto Sans CJK JP"/>
        </w:rPr>
        <w:t>Phone No</w:t>
      </w:r>
      <w:r>
        <w:rPr>
          <w:color w:val="404040"/>
          <w:sz w:val="24"/>
          <w:rFonts w:ascii="Inter" w:hAnsi="Inter" w:eastAsia="Noto Sans CJK JP" w:cs="Noto Sans CJK JP"/>
        </w:rPr>
        <w:t xml:space="preserve"> UDF are populated correctly.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35503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3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Sales Order form filled with customer details and the Phone No field populated for the selected customer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You now know how to create a formatted search (FMS) in SAP Business One that displays a customer's phone number on the Sales Order form. You created the </w:t>
      </w:r>
      <w:r>
        <w:rPr>
          <w:color w:val="4472C4"/>
          <w:sz w:val="24"/>
          <w:rFonts w:ascii="Times New Roman" w:hAnsi="Times New Roman" w:eastAsia="Noto Sans CJK JP" w:cs="Noto Sans CJK JP"/>
        </w:rPr>
        <w:t>PhoneNo</w:t>
      </w:r>
      <w:r>
        <w:rPr>
          <w:color w:val="404040"/>
          <w:sz w:val="24"/>
          <w:rFonts w:ascii="Inter" w:hAnsi="Inter" w:eastAsia="Noto Sans CJK JP" w:cs="Noto Sans CJK JP"/>
        </w:rPr>
        <w:t xml:space="preserve"> user-defined field and wrote and saved the </w:t>
      </w:r>
      <w:r>
        <w:rPr>
          <w:color w:val="4472C4"/>
          <w:sz w:val="24"/>
          <w:rFonts w:ascii="Times New Roman" w:hAnsi="Times New Roman" w:eastAsia="Noto Sans CJK JP" w:cs="Noto Sans CJK JP"/>
        </w:rPr>
        <w:t>fms_phone</w:t>
      </w:r>
      <w:r>
        <w:rPr>
          <w:color w:val="404040"/>
          <w:sz w:val="24"/>
          <w:rFonts w:ascii="Inter" w:hAnsi="Inter" w:eastAsia="Noto Sans CJK JP" w:cs="Noto Sans CJK JP"/>
        </w:rPr>
        <w:t xml:space="preserve"> query. You then linked the query to the field in </w:t>
      </w:r>
      <w:r>
        <w:rPr>
          <w:b/>
          <w:color w:val="404040"/>
          <w:sz w:val="24"/>
          <w:rFonts w:ascii="Inter" w:hAnsi="Inter" w:eastAsia="Noto Sans CJK JP" w:cs="Noto Sans CJK JP"/>
        </w:rPr>
        <w:t>User-Defined Values – Setup</w:t>
      </w:r>
      <w:r>
        <w:rPr>
          <w:color w:val="404040"/>
          <w:sz w:val="24"/>
          <w:rFonts w:ascii="Inter" w:hAnsi="Inter" w:eastAsia="Noto Sans CJK JP" w:cs="Noto Sans CJK JP"/>
        </w:rPr>
        <w:t xml:space="preserve"> so it refreshes whenever the customer changes.</w:t>
      </w:r>
    </w:p>
    <w:p>
      <w:pPr/>
      <w:r>
        <w:br w:type="page"/>
      </w:r>
    </w:p>
    <w:sectPr w:rsidR="00FC693F" w:rsidRPr="0006063C" w:rsidSect="00034616">
      <w:headerReference w:type="default" r:id="rId24"/>
      <w:footerReference w:type="defaul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</w:num>
  <w:num w:numId="11">
    <w:abstractNumId w:val="10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2"/>
    <w:lvlOverride w:ilvl="0">
      <w:startOverride w:val="1"/>
    </w:lvlOverride>
  </w:num>
  <w:num w:numId="14">
    <w:abstractNumId w:val="13"/>
    <w:lvlOverride w:ilvl="0">
      <w:startOverride w:val="1"/>
    </w:lvlOverride>
  </w:num>
  <w:num w:numId="15">
    <w:abstractNumId w:val="14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16"/>
    <w:lvlOverride w:ilvl="0">
      <w:startOverride w:val="1"/>
    </w:lvlOverride>
  </w:num>
  <w:num w:numId="18">
    <w:abstractNumId w:val="17"/>
    <w:lvlOverride w:ilvl="0">
      <w:startOverride w:val="1"/>
    </w:lvlOverride>
  </w:num>
  <w:num w:numId="19">
    <w:abstractNumId w:val="18"/>
    <w:lvlOverride w:ilvl="0">
      <w:startOverride w:val="1"/>
    </w:lvlOverride>
  </w:num>
  <w:num w:numId="20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header" Target="header1.xm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