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Salesforce for Customer Relationship Management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homepage with navigation bar, welcome message, quick-start suggestions, and dashboard widgets for leads, opportunities, and contacts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Calendar view with calendar and date picker visible, showing logged meeting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Salesforce homepage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Account details page showing account information, activity options, and related records panels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Add a new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Account form with fields for Account Name, Website, Type, Description, Parent Account, Account Owner, Phone, Billing Address, and Shipping Address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View and manage the new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Set up meeting availability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Meeting Settings page with Meeting Availability grid showing days of the week and time slots, and Save Changes button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Calendar view with meeting event logged and calendar tools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Create and manage contacts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Contact details page showing contact information, activity options, and file upload section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View and manage contact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Opportunity form with fields for name, account, amount, close date, stage, probability, forecast category, next step, and description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Create a sales opportunity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Contacts page with Add a Contact button and empty contact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Update opportunity stages and add team members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Email Template details page with Related tab and file upload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Create an email marketing template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Case form with fields for status, origin, priority, owner, contact, account, subject, and description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Attach files to campaigns or templates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Email Templates page with New Email Template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Create a customer service case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summary page showing stage progression, contact roles, and opportunity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Schedule an event in the calendar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Cases page with New button for creating a new case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Confirm and track meeting activity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Calendar view with notification confirming the meeting event was created, and weekly schedule displayed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Log follow-up actions and outcomes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Review dashboards for insights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Dashboards page showing recent dashboards for service and sales performance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Return to the home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Home page with welcome message, suggestions, and quick access panels for leads, opportunities, and contacts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Event form with subject, start and end date/time, and attendees fields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