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Switch to Lightning Experience in Salesforce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Salesforce Lightning interface with the profile dropdown open and "Switch to Salesforce Classic" highlighted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Classic interface showing the "Switch to Lightning Experience" link at the top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All Users page in Salesforce Setup listing users with their roles and profiles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Open Setup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Lightning interface showing the user avatar being selected to open the Setup menu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Search for users in Setup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Setup page with "user" typed into Quick Find and the Users option highlighted under Administration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View the list of all users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Identify your test user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All Users page with the test user highlighted and the Custom Sales Profile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(Optional) Open the App Launcher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Switch from Lightning Experience to Salesforce Classic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Salesforce Classic interface as the test user, showing the "Switch to Lightning Experience" link at the top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Classic Home page as seen by the user after profile changes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Switch back to Lightning Experience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Classic Home page as seen by the user after profile changes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Confirm your administrator access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Lightning dashboard showing System Administrator access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Log in as the test user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Setup "All Users" page with the Login link next to the test user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Check whether the test user can switch to Lightning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Classic interface as seen by the test user, with no option to switch to Lightning Experience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Open the user's profile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Profiles page showing the Custom Sales Profile with the Edit button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Review the Lightning Experience User setting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Profiles page showing the Lightning Experience User checkbox unchecked in the Custom Sales Profile permissions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Log in as the user to verify access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"All Users" page with the Login link next to the test user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Switch to Classic as the test user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Switch back to Lightning as the test user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Salesforce Custom Sales Profile detail page with the login button highlighted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Classic Home page as seen by the user after the profile changes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16: Return to your administrator account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Thank you for watching screen with "LIKE AND SUBSCRIBE" message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17: Open the user's profile to disable Lightning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Custom Sales Profile page with the Edit button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18: Disable Lightning Experience for the user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Lightning dashboard after logging out as the test user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19: Review Lightning-related permissions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Profiles permissions page showing Lightning-related permissions and checkboxes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20: Review tab and feature visibility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Profiles tab and feature visibility settings with dropdowns for each item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21: Edit and save the custom profile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_</w:t>
      </w:r>
      <w:r>
        <w:rPr>
          <w:color w:val="404040"/>
          <w:sz w:val="24"/>
          <w:rFonts w:ascii="Inter" w:hAnsi="Inter" w:eastAsia="Noto Sans CJK JP" w:cs="Noto Sans CJK JP"/>
        </w:rPr>
        <w:t>_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_</w:t>
      </w:r>
      <w:r>
        <w:rPr>
          <w:color w:val="404040"/>
          <w:sz w:val="24"/>
          <w:rFonts w:ascii="Inter" w:hAnsi="Inter" w:eastAsia="Noto Sans CJK JP" w:cs="Noto Sans CJK JP"/>
        </w:rPr>
        <w:t>_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Salesforce "All Users" page with the Custom Sales Profile listed for the test user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Custom Sales Profile edit screen with Lightning app settings and the Save button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22: Verify the profile changes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23: Test the updated user experience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Salesforce Lightning interface with the App Launcher icon highlighted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Lightning interface as the test user, with the profile dropdown open and "Switch to Salesforce Classic" highlighted</w:t>
      </w:r>
    </w:p>
    <w:p>
      <w:pPr/>
      <w:r>
        <w:br w:type="page"/>
      </w:r>
    </w:p>
    <w:sectPr w:rsidR="00FC693F" w:rsidRPr="0006063C" w:rsidSect="00034616">
      <w:headerReference w:type="default" r:id="rId23"/>
      <w:footerReference w:type="default" r:id="rId2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header" Target="header1.xml"/><Relationship Id="rId2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