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Export Data from Salesforce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1: Exporting using Reports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the Salesforce Home dashboard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dashboard showing widgets and the navigation sidebar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Open the App Launcher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Salesforce Home dashboard with the cursor positioned near the App Launcher icon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Search for and select Reports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App Launcher open with the search bar and a list of apps and items, including Reports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Choose the report you want to export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Reports page showing a list of recent reports, with "New Accounts Report"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Open the export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Open report with the More Actions dropdown expanded and the Export option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Choose your export format and file type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Export dialog with options for Formatted Report, Details Only, and file type selection, with CSV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Download and save the file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File save dialog showing the file name and type fields, with Save and Cancel buttons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2: Exporting using the Data Export feature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Open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Find the Data Export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Quick Settings panel open, showing the "Open Advanced Setup" button and customization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Choose an export method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Monthly Export Service screen with Export Now and Schedule Export buttons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Set your export parameters (if scheduling)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 Data Export screen showing frequency, date, encoding, and data inclusion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Select the objects to export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Exported Data section with Account, Contact, and Lead objects selected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Start the export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Download your exported files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Monthly Export Service screen showing an available export file ready for download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