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report in Salesforce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Access the Reports tab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login screen with username and password fields, "Log In" button, and Dreamforce event banner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home screen with the App Launcher open, a search bar, and a list of available apps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Start a new report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Choose a report type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"Create Report" dialog with the "Accounts" report type selected under Recently Used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Add filters to narrow down data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Report Builder with the Filters tab active, the "Add filter" field, and "owner" being typed into the filter search box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Preview and adjust your report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Add columns to your report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Report Builder with "Phone" being added as a column, visible in the Columns section and report preview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Group data for summaries and trends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Report Builder with data grouped by "Type," showing Customer, Prospect, and Reseller sections with subtotals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Run the report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report with grouped data, applied filters, and toggles for Detail Rows, Subtotals, and Grand Total enabled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Add a chart to visualize your data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report with a bar chart showing record counts for Customer, Prospect, and Reseller account types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Review and export your visualization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report with a bar chart visualizing account types and record counts, with the export option visible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Save your report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Create a folder to organize your report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Reports screen showing the "Public Reports" list, with options to create a new folder and manage reports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Move your report into the new folder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Reports screen showing the "Accounts by Type" report during the process of moving it to a new folder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Manage sharing settings for the folder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"All Folders" view showing the "Account Reports" folder with the "Accounts by Type" report inside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Review your final report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report "Accounts by Type" open, showing grouped data, columns, and summary toggles enabled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Printed infographic with various circular charts and a "Subscribe" button overlay, encouraging users to subscribe for more content</w:t>
      </w:r>
    </w:p>
    <w:p>
      <w:pPr/>
      <w:r>
        <w:br w:type="page"/>
      </w:r>
    </w:p>
    <w:sectPr w:rsidR="00FC693F" w:rsidRPr="0006063C" w:rsidSect="00034616">
      <w:headerReference w:type="default" r:id="rId18"/>
      <w:foot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