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Queue in Salesforce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"Change Lead Owner" dialog with APAC Leads selected as the new owner for a lead.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Understanding Salesforce queues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with large text: "What are the Key Benefits?" on a black grid background, SF BEN logo in the corner.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Where to find queues in Salesforce Setup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Salesforce Setup Home screen with the Quick Find bar, navigation menu, and dashboard cards for Your Account, Activate Digital Trust Cards, and Einstein.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Queues setup screen showing a list of queues with their names, emails, supported objects, and modification details.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Key components of a queue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Queues setup screen showing the Available Members and Selected Members lists while a user is being added.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Leads list view showing leads owned by the APAC Leads queue, with columns for name, company, status, and owner.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Lead Assignment Rules screen showing criteria that route leads to different queues based on country.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Queues vs. public groups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Public Groups setup screen showing group details and the member list for Team XRAY.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Sharing Settings screen configuring how leads owned by a public group are shared with Team XRAY.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with large, bold, partially glitched text: "How do Queues Work?" on a black grid background, SF BEN logo in the corner.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How to create a queue in Salesforce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New Queue creation screen with fields for label, queue name, email, and supported objects selection.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Navigate to queues setup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Create a new queue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_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Setup Home screen with the Quick Find box open and Queues highlighted in the sidebar.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Select the supported object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Add the object to the queue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"New Queue" screen showing the Supported Objects section with Lead highlighted in the Available Objects list.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Add queue members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Queues setup screen listing all queues, their emails, supported objects, and modification details.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How to create a lead assignment rule for a queue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Search for lead assignment rules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Open the rule you want to edit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Salesforce Setup screen with "lead assignment rules" searched and Lead Assignment Rules highlighted in the sidebar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Lead Assignment Rules screen showing a list of rules, including Demo Rule and Main Lead Assignments.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Review rule entries and add a new one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Salesforce Queues setup screen showing available and selected queue members, including individual users and a group.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Main Lead Assignments rule detail screen showing existing rule entries and the New button selected.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Set the sort order and criteria field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Rule Entry Edit screen with Sort Order set to 2 and criteria fields available for configuration.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Set the criteria value and assign the queue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q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Rule Entry Edit screen with criteria set to Lead: Country equals France and assignment set to Queue: EMEA Leads.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Testing the assignment rule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Open the EMEA Leads list view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Leads screen with the list view dropdown open, showing options such as AMER Leads, APAC Leads, EMEA Leads, and My Unread Leads.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Create a test lead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Lead creation form with fields filled in for a test lead, including name, company, and email.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Verifying lead assignment and queue functionality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Confirm lead creation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Leads list view dropdown open, with EMEA Leads selected and owner aliases displayed in the lead list.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Check the queue list view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Log in as a queue member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Setup Users screen showing user details and the Login button selected.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View the queue as a member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EMEA Leads list view showing the test lead assigned to the EMEA Leads queue.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Check unread leads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My Unread Leads list view showing the test lead marked as unread.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Understand ownership restrictions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!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Salesforce lead record screen showing a confirmation banner, lead details, and activity options.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lead record screen showing a red error banner restricting an action on a queue-owned lead.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Expanding queue usage to other objects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smiling and speaking into a microphone, with a dark background and the "SF BEN" logo in the lower right corner. The speaker is encouraging the extension of queues to other teams.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Review supported objects across queues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Setup screen with "lead assignment rules" searched and Lead Assignment Rules highlighted in the sidebar.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Create a new queue for other objects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Salesforce "New Queue" screen with EMEA Leads as the Label, EMEA_Leads as the Queue Name, and a Queue Email entered.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New Queue screen showing available and selected objects alongside a user search for queue members.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Assign objects and members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"New Queue" screen showing Lead highlighted in the Available Objects list with the cursor pointing to the Add button.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Additional resource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Bar chart showing Salesforce adoption trends and statistics, with a banner linking to salesforceben.com/ibm.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speaking into a microphone, with a dark background and the "SF BEN" logo in the lower right corner. The speaker is explaining the importance of queues when team members are absent.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Purple background with large white text "SF BEN" centered, representing the source or brand of the tutorial.</w:t>
      </w:r>
    </w:p>
    <w:p>
      <w:pPr/>
      <w:r>
        <w:br w:type="page"/>
      </w:r>
    </w:p>
    <w:sectPr w:rsidR="00FC693F" w:rsidRPr="0006063C" w:rsidSect="00034616">
      <w:headerReference w:type="default" r:id="rId30"/>
      <w:footerReference w:type="default" r:id="rId3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header" Target="header1.xm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