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Page Layout in Salesforce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Exploring the Salesforce Home page and an Opportunity record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 page showing the Quarterly Performance dashboard, Today's Events, Today's Tasks, and the Assistant panel with new leads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Opportunity record for Pyramid Emergency Generators showing details and related lists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Opportunity details page showing grouped fields and related lists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Viewing page layout assignments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record with the Setup menu open and 'Edit Object' highlighted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Page Layout Assignment screen showing profiles and their assigned page layouts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Assigning layouts by profile and record type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Page Layout Assignment screen showing profiles and their assigned page layouts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Page Layout Assignment table with a single record type and page layout assignments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Page Layout Assignment table with cursor highlighting the assignment logic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Page Layout Assignment table with cursor over a profile assignment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and editing a page layout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Page Layouts screen with the 'New' button highlighted for creating a new layout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Opportunity page layout editor showing fields, actions, and layout customization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Customizing sections, fields, and actions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showing multiple collapsible sections and visible headers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the remove icon for a field in the Opportunity Information section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Dragging the Forecast Category field from the palette into the layout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Buttons and quick actions configuration in the Opportunity page layout editor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Configuring related lists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showing the Related Lists section with Products and Orders, including columns and action buttons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related lists during layout customization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showing related lists and sample data for Products and Orders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with related lists being dragged and dropped, highlighting Service Appointments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after quick save, showing layout options and related lists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Rearranging fields and adjusting section properties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with fields being rearranged in the Opportunity Detail section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Section Properties dialog in the Salesforce Opportunity page layout editor, showing options for layout and tab-key order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showing the finalized layout with the updated Opportunity Detail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new page layout from a clone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"Create New Page Layout" screen for Opportunity, with "Opportunity Layout" selected and "New opportunity layo" entered as the name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showing fields, layout palette, and Opportunity Detail section with sample data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with fields and Opportunity Detail section, highlighting limited information for restricted users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page layout editor after quick save, showing the layout palette and Opportunity Detail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Verifying the new layout on a record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record view showing details, related lists, and section headers after the layout update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record view with accordion sections and related lists, showing streamlined information display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Opportunity record view with the final layout, showing Opportunity Information, related lists, and section headers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large white text "THANKS FOR WATCHING :)" on a blue gradient background. No other objects, people, or UI elements are present.</w:t>
      </w:r>
    </w:p>
    <w:p>
      <w:pPr/>
      <w:r>
        <w:br w:type="page"/>
      </w:r>
    </w:p>
    <w:sectPr w:rsidR="00FC693F" w:rsidRPr="0006063C" w:rsidSect="00034616">
      <w:headerReference w:type="default" r:id="rId35"/>
      <w:footerReference w:type="default" r:id="rId3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header" Target="header1.xml"/><Relationship Id="rId3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