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Creating a New Custom Object in Salesforce Lightning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Navigate to the Salesforce home page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⚙</w:t>
      </w:r>
      <w:r>
        <w:rPr>
          <w:color w:val="404040"/>
          <w:sz w:val="24"/>
          <w:rFonts w:ascii="Inter" w:hAnsi="Inter" w:eastAsia="Noto Sans CJK JP" w:cs="Noto Sans CJK JP"/>
        </w:rPr>
        <w:t>️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home page with the gear icon dropdown open and the cursor on "Setup"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Access the Setup home page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Setup Home page with the navigation sidebar and a security alert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Open the Object Manager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Setup Home page with the Object Manager tab highlighted and featured setup options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Start creating a new custom object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Object Manager with the Create dropdown open and "Custom Object" selected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Open the New Custom Object wizard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New Custom Object wizard loading with a blank main panel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Enter custom object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New Custom Object form with the Label, Plural Label, and Object Name fields being filled in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Complete the object description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New Custom Object form fully filled in, including the description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Review the form and enter record name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New Custom Object form with Object Name, Description, and Record Name fields filled in, no errors shown yet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Attempt to save the object and address validation errors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>_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New Custom Object form showing an error for an invalid Object Name, with error messages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Attempt to save again after the error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>_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New Custom Object form with Save clicked again, error for invalid Object Name still present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