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Creating and Managing Campaigns in Salesforce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Accessing the Campaigns tab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a new campaign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$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$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Reviewing the created campaign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%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Managing leads and contacts in your campaign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Reviewing campaign reporting and metrics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2997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9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