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Add Salesforce to Outlook: Setup, Customization, and Rollout Guide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Title screen for "Implement: Sales Cloud: Outlook Integration and Salesforce Inbox," with the Salesforce logo over a mountain and cityscape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Learning Objectives slide with the same four checkmarked objectives and a Salesforce character in the lower left corner.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Why add Salesforce to Outlook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for "Implement: Sales Cloud: Outlook Integration and Salesforce Inbox," with the Salesforce logo over a mountain and cityscape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Learning Objectives screen listing two goals: "Identify the requirements for using the Outlook integration" and "Steps for setting up the integrations," each marked with a checkmark icon.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integration pane with the People, Accounts, and Opportunities sections highlighted.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Slide titled "Benefits of Outlook Integration" showing two points, each with an icon: eliminating time spent on redundant data entry, and having a single source of truth for targeted emails.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Slide with large text reading "Outlook + Salesforce = Increased Efficiency and Productivity."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Feature comparison table listing Gmail/Outlook Basic Integration features against Salesforce Inbox Premium Features, including desktop apps, contextual CRM, quick create, manual logging, Lightning components, side panel configurability, Einstein Activity Capture, and mobile/Inbox-only features.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Prerequisites: System requirements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reading: "An email server is the system that stores and delivers email and calendar-event data," with the Salesforce logo over a mountain and cityscape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listing supported email servers: Exchange Online with Office 365, Exchange 2019/2016/2013 on-premises, and Exchange Online with GCC High, with a note that GCC High is not supported alongside Salesforce Inbox.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reading: "An email client is the application that allows users to read and write emails and calendar events," with the Salesforce logo over a mountain and cityscape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listing supported email clients, including Office 365/2019, Office 2021, Outlook 2019, Outlook on the web, and Outlook for Mac.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Setting up the Outlook integration and Salesforce Inbox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dashboard with charts, graphs, and quick links, with the Setup gear icon visible in the top right corner.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dashboard with the Setup gear icon highlighted to show where to access Setup.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Outlook inbox with the Salesforce integration pane open, showing RELATED, TRACKING, and SCHEDULED tabs, a "Log Email" button, and sections for People, Accounts, and Opportunities.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Setup screen showing the Outlook Integration and Lightning Sync section with the "Let users access Salesforce records from Outlook" toggle enabled.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Setup screen showing the Microsoft Outlook Web App Domain section, with Office 365 domains listed and the "Add New" button highlighted.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Setup screen with the Inbox in the Outlook Integration section visible and the "Edit Settings" button highlighted.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Inbox setup page with options to enable Inbox features and make Inbox available to users.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Assigning permission sets and connecting Salesforce to Outlook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Setup screen showing the Permission Sets page with available permission sets listed for assignment.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integration pane with the "Log Email" button highlighted.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screen listing users with checkboxes for assignment, showing columns for Full Name, Email, Username, Profile, Active, and User Type, with one user selected.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Setup screen showing the Give Users the Integration in Outlook section, with links for Microsoft AppSource and Get Manifest File.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Setup screen showing Outlook Integration options, with a note that the Exchange administrator can give all team members access simultaneously.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Outlook interface with the Salesforce cloud icon highlighted in the ribbon, shown against a stylized Salesforce landscape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Cover of the Salesforce Outlook Integration Implementation Guide, Summer '24, featuring Salesforce mascots in a canoe.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screen showing sample displayed fields in Outlook: a People entry for Ms. Rose Gonzalez with phone and email, and an Accounts entry for Universal Services.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Customizing the application pane and using productivity features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Permission Set overview screen for "Inbox Without Einstein Activity Capture," showing its description, API name, and permission categories, with a help tip about consulting the documentation.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Display Fields screen showing a sample contact (Ms. Rose Gonzalez) and account (Universal Services), with text noting that only the first three fields appear in the application pane.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Display Fields screen with a note that different fields can be assigned to different record types, shown with the same sample contact and account.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Global Actions dropdown menu showing options to create a new Event, Task, Contact, Opportunity, Case, or Lead from the application pane.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Comparison of two Salesforce application pane layouts: one for Sales User (People, Opportunities) and one for Support User (People, Cases, Opportunities).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Salesforce screen showing the Insert Availability feature with a calendar interface and meeting configuration options.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screen listing Inbox productivity features: scheduling emails, text shortcuts, email engagement tracking, and templates.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Best practices for rolling out the integration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Roll Out Best Practices slide showing Best Practice #1: Test, with a computer and magnifying glass icon.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Roll Out Best Practices slide with Best Practice #1 (Test) and Best Practice #2 (Train, with a person at a whiteboard icon), and a note about the Trailhead module.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Roll Out Best Practices slide with three columns: Best Practice #1 (Test), Best Practice #2 and #3 not yet filled in, and a note about creating a Slack channel for feedback and adoption.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Roll Out Best Practices slide with all three practices filled in: Test, Train, and Talk (with a group chat icon), plus a note about pre- and post-training communications.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Learning Objectives screen listing four goals: identify requirements, setup steps, customization options for the application pane, and best practices for rollout, each marked with a checkmark icon.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h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f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9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Learning Objectives slide with four checkmarks for: identifying requirements, setup steps, customization options, and best practices for rollout.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Customer Success screen with the Salesforce logo, "Customer Success" text, and a butterfly on the letter "C" against a blue sky background.</w:t>
      </w:r>
    </w:p>
    <w:p>
      <w:pPr/>
      <w:r>
        <w:br w:type="page"/>
      </w:r>
    </w:p>
    <w:sectPr w:rsidR="00FC693F" w:rsidRPr="0006063C" w:rsidSect="00034616">
      <w:headerReference w:type="default" r:id="rId31"/>
      <w:footerReference w:type="default" r:id="rId3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hyperlink" Target="https://help.salesforce.com" TargetMode="External"/><Relationship Id="rId30" Type="http://schemas.openxmlformats.org/officeDocument/2006/relationships/image" Target="media/image21.jpg"/><Relationship Id="rId31" Type="http://schemas.openxmlformats.org/officeDocument/2006/relationships/header" Target="header1.xm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