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Write an After-Action Report and Improvement Plan After an Exercise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An animated cityscape with a green sign reading "Developing an After-Action Report and Improvement Plan," alongside a document icon, a coffee cup, and an Exercise Cycle diagram, captioned "Once an exercise has ended and data has been collected."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Diverse team members holding clocks and calendars, emphasizing the importance of time-bound corrective actions.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Event Summary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magnifying glass highlighting the words "Analysis Techniques" against a brown background, emphasizing the range of methods used in analysis.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Objectives Reviewed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firefighter holding a HAZMAT Response Plan document, set against a background of emergency vehicles, helicopters, and a large clock, illustrating incident response and timing analysis.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An evaluator at a desk reviewing an interview recording on a computer monitor, labeled "Data Synthesis," with papers and a folder nearby.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trend analysis chart with upward arrows alongside documents labeled "Version 1" and "Version 2," representing the identification of patterns over time.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group of people discussing findings in a coffee shop setting, with staff behind the counter, representing collaborative data analysis.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Timeline of Key Events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Various labeled exercise documents, including Player Products, Debrief Notes, Interview Notes, Raw Evaluator Notes, Feedback Forms, EEG, Timelines, and Hotwash Notes, spread out on a table.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large municipal building with a person standing in front, representing the venue used for the After-Action Meeting.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Three illustrated community panels—Bayport (beach cleanup), Central City (construction worker with clipboard), and Harvest Junction (farmer with checklist)—representing diverse community involvement in the meeting.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meeting room with a presenter at a podium and a projected slide reading "Assign corrective actions – Adding deadlines," showing a calendar marked December 12, with participants seated at tables.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town square with people, vehicles, and buildings, representing the community setting used to reach consensus on the report and plan.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community scene with an ambulance and residents, symbolizing the transfer of responsibility for corrective actions.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Strengths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Areas for Improvement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group of evaluators seated around a table, each holding documents such as Player Products, Timelines, EEGs, Feedback Forms, and Debrief Notes, with a box labeled "Exercise Observations and Data" and coffee cups nearby.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tree diagram labeling the tree as "Symptom," the roots as "Problem," and the root branches as "Cause," with a person digging to represent root cause analysis.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four-panel illustration showing data synthesis, event reconstruction, trend analysis, and root cause analysis side by side, representing an integrated review approach.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cityscape depicting smoke and flooding, representing the simulation of threats and hazards for evaluation purposes.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cityscape with homes and buildings enclosed under a protective dome, symbolizing community-wide continuous improvement.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Corrective Action Plan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coffee cup labeled "After-Action Report and Improvement Plans" beside a chocolate donut with sprinkles, symbolizing the completion and review process.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coffee cup diagram with two labeled lines, "Desired Capability Level" above and "Current Capability Level" below, representing the gap that corrective actions must close.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Preparedness Cycle diagram with arrows pointing to Plans, Policies, and Procedures; Organizational Structures; Equipment or Resources; Training; and Exercises, showing where corrective actions apply.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-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city street scene showing people performing different tasks, illustrating the need to specify the five W's in each corrective action.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group of people holding a ruler, a tape measure, and a calculator, representing measurable corrective actions.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Three people holding a green bar between two checkered flags, representing teamwork toward achievable, mission-relevant goals.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Three community panels—Bayport, Central City, and Harvest Junction—each showing a local representative with a checklist or clipboard.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diverse group of people standing together holding coffee cups, with a cityscape in the background, representing collaborative report development.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Appendices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Two documents pinned to a board, one labeled "After-Action Report" and the other "Improvement Plan," with a checklist clipboard between them.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close-up of a checklist clipboard, representing the ongoing tracking of corrective actions and improvements.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close-up of a coffee cup with the text: "For more information, please reference the January 2020 Homeland Security Exercise and Evaluation Program Doctrine," alongside FEMA and Exercise Cycle references.</w:t>
      </w:r>
    </w:p>
    <w:p>
      <w:pPr/>
      <w:r>
        <w:br w:type="page"/>
      </w:r>
    </w:p>
    <w:sectPr w:rsidR="00FC693F" w:rsidRPr="0006063C" w:rsidSect="00034616">
      <w:headerReference w:type="default" r:id="rId26"/>
      <w:footerReference w:type="default" r:id="rId2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image" Target="media/image15.jpg"/><Relationship Id="rId24" Type="http://schemas.openxmlformats.org/officeDocument/2006/relationships/image" Target="media/image16.jpg"/><Relationship Id="rId25" Type="http://schemas.openxmlformats.org/officeDocument/2006/relationships/image" Target="media/image17.jpg"/><Relationship Id="rId26" Type="http://schemas.openxmlformats.org/officeDocument/2006/relationships/header" Target="header1.xm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